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A871A7" w:rsidRPr="00C01E58" w14:paraId="7D88CD88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5F67626A" w14:textId="67D16525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C375CDE" w14:textId="77777777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2F27AC1" w14:textId="77777777" w:rsidR="00A871A7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17854C" wp14:editId="29618FCC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E5A7C4" w14:textId="630F94EE" w:rsidR="00A871A7" w:rsidRPr="00072389" w:rsidRDefault="00B721EA" w:rsidP="00A871A7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6761DFFE" w14:textId="77777777" w:rsidR="00A871A7" w:rsidRPr="00072389" w:rsidRDefault="00A871A7" w:rsidP="00A871A7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30DB12A7" w14:textId="77777777" w:rsidR="00A871A7" w:rsidRPr="00F37AD5" w:rsidRDefault="00A871A7" w:rsidP="00A871A7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1785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4AE5A7C4" w14:textId="630F94EE" w:rsidR="00A871A7" w:rsidRPr="00072389" w:rsidRDefault="00B721EA" w:rsidP="00A871A7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6761DFFE" w14:textId="77777777" w:rsidR="00A871A7" w:rsidRPr="00072389" w:rsidRDefault="00A871A7" w:rsidP="00A871A7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30DB12A7" w14:textId="77777777" w:rsidR="00A871A7" w:rsidRPr="00F37AD5" w:rsidRDefault="00A871A7" w:rsidP="00A871A7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7B5C0A3D" w14:textId="77777777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501B4FB" w14:textId="77777777" w:rsidR="00A871A7" w:rsidRPr="00C01E58" w:rsidRDefault="00A871A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A871A7" w:rsidRPr="00C01E58" w14:paraId="5463EE1B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0441DE22" w14:textId="77777777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DF37E6A" w14:textId="77777777" w:rsidR="00A871A7" w:rsidRPr="00C01E58" w:rsidRDefault="00A871A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1458DF6" w14:textId="2B31DBA3" w:rsidR="00A871A7" w:rsidRPr="00C01E58" w:rsidRDefault="00B721EA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COMUNA STUDINA </w:t>
            </w:r>
            <w:r w:rsidR="00A871A7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OLT</w:t>
            </w:r>
          </w:p>
        </w:tc>
      </w:tr>
      <w:tr w:rsidR="00A871A7" w:rsidRPr="00C01E58" w14:paraId="1486B952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18B2768D" w14:textId="77777777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117AB28D" w14:textId="77777777" w:rsidR="00A871A7" w:rsidRPr="00C01E58" w:rsidRDefault="00A871A7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B208EF6" w14:textId="1724CE91" w:rsidR="00A871A7" w:rsidRPr="00C01E58" w:rsidRDefault="00A871A7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B721E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1B192EA3" w14:textId="77777777" w:rsidR="00A871A7" w:rsidRPr="00C01E58" w:rsidRDefault="00A871A7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D5A069F" w14:textId="77777777" w:rsidR="00B721EA" w:rsidRPr="00B721EA" w:rsidRDefault="00B721EA" w:rsidP="00B721E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B721E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41BCE33E" w14:textId="77777777" w:rsidR="00B721EA" w:rsidRPr="00B721EA" w:rsidRDefault="00B721EA" w:rsidP="00B721E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B721E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16D56B6C" w14:textId="0666A76E" w:rsidR="00A871A7" w:rsidRPr="00C01E58" w:rsidRDefault="00B721EA" w:rsidP="00B721E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B721E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A871A7" w:rsidRPr="00C01E58" w14:paraId="55AA74F5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0F804347" w14:textId="77777777" w:rsidR="00A871A7" w:rsidRPr="00C01E58" w:rsidRDefault="00A871A7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6A1AF05" w14:textId="77777777" w:rsidR="00A871A7" w:rsidRPr="00C01E58" w:rsidRDefault="00A871A7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3C41D72" w14:textId="77777777" w:rsidR="00A871A7" w:rsidRPr="00C01E58" w:rsidRDefault="00A871A7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A871A7" w:rsidRPr="00C01E58" w14:paraId="7CD9C1B7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0755ACFB" w14:textId="77777777" w:rsidR="00A871A7" w:rsidRPr="00C01E58" w:rsidRDefault="00A871A7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A39D405" w14:textId="77777777" w:rsidR="009366A3" w:rsidRPr="00CA091F" w:rsidRDefault="009366A3">
      <w:pPr>
        <w:spacing w:line="168" w:lineRule="auto"/>
        <w:rPr>
          <w:lang w:val="ro-RO"/>
        </w:rPr>
      </w:pPr>
    </w:p>
    <w:p w14:paraId="378778B7" w14:textId="77777777" w:rsidR="009366A3" w:rsidRPr="00CA091F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CA091F">
        <w:rPr>
          <w:b/>
          <w:sz w:val="28"/>
          <w:szCs w:val="28"/>
          <w:lang w:val="ro-RO"/>
        </w:rPr>
        <w:t>CONFIRMARE</w:t>
      </w:r>
    </w:p>
    <w:p w14:paraId="632EE775" w14:textId="77777777" w:rsidR="009366A3" w:rsidRPr="00CA091F" w:rsidRDefault="00000000">
      <w:pPr>
        <w:spacing w:after="120"/>
        <w:jc w:val="center"/>
        <w:rPr>
          <w:lang w:val="ro-RO"/>
        </w:rPr>
      </w:pPr>
      <w:r w:rsidRPr="00CA091F">
        <w:rPr>
          <w:sz w:val="19"/>
          <w:lang w:val="ro-RO"/>
        </w:rPr>
        <w:t>privind recepționarea și înregistrarea notificării</w:t>
      </w:r>
    </w:p>
    <w:p w14:paraId="197271B0" w14:textId="77777777" w:rsidR="009366A3" w:rsidRPr="00CA091F" w:rsidRDefault="009366A3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:rsidRPr="00CA091F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sz w:val="16"/>
                <w:lang w:val="ro-RO"/>
              </w:rPr>
              <w:t xml:space="preserve"> 1. </w:t>
            </w:r>
            <w:r w:rsidRPr="00CA091F">
              <w:rPr>
                <w:b/>
                <w:color w:val="000000"/>
                <w:sz w:val="18"/>
                <w:lang w:val="ro-RO"/>
              </w:rPr>
              <w:t>REFERINȚE</w:t>
            </w:r>
          </w:p>
        </w:tc>
      </w:tr>
      <w:tr w:rsidR="009366A3" w:rsidRPr="00CA091F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Notificarea nr.</w:t>
            </w:r>
          </w:p>
          <w:p w14:paraId="097BE182" w14:textId="77777777" w:rsidR="009366A3" w:rsidRPr="00CA091F" w:rsidRDefault="009366A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  <w:gridSpan w:val="2"/>
          </w:tcPr>
          <w:p w14:paraId="7086F118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din data</w:t>
            </w:r>
          </w:p>
          <w:p w14:paraId="03DC20C1" w14:textId="77777777" w:rsidR="009366A3" w:rsidRPr="00CA091F" w:rsidRDefault="009366A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2EE1497B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a beneficiarului</w:t>
            </w:r>
          </w:p>
          <w:p w14:paraId="13CCC476" w14:textId="77777777" w:rsidR="009366A3" w:rsidRPr="00CA091F" w:rsidRDefault="009366A3">
            <w:pPr>
              <w:keepNext/>
              <w:rPr>
                <w:lang w:val="ro-RO"/>
              </w:rPr>
            </w:pPr>
          </w:p>
        </w:tc>
      </w:tr>
      <w:tr w:rsidR="009366A3" w:rsidRPr="00CA091F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Proiect nr. / cod</w:t>
            </w:r>
          </w:p>
          <w:p w14:paraId="581E06AE" w14:textId="77777777" w:rsidR="009366A3" w:rsidRPr="00CA091F" w:rsidRDefault="009366A3">
            <w:pPr>
              <w:rPr>
                <w:lang w:val="ro-RO"/>
              </w:rPr>
            </w:pPr>
          </w:p>
        </w:tc>
        <w:tc>
          <w:tcPr>
            <w:tcW w:w="6424" w:type="dxa"/>
            <w:gridSpan w:val="2"/>
          </w:tcPr>
          <w:p w14:paraId="12F33787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Imobilul</w:t>
            </w:r>
          </w:p>
          <w:p w14:paraId="17A5E241" w14:textId="77777777" w:rsidR="009366A3" w:rsidRPr="00CA091F" w:rsidRDefault="009366A3">
            <w:pPr>
              <w:rPr>
                <w:lang w:val="ro-RO"/>
              </w:rPr>
            </w:pPr>
          </w:p>
        </w:tc>
      </w:tr>
    </w:tbl>
    <w:p w14:paraId="6F0CF7E7" w14:textId="77777777" w:rsidR="009366A3" w:rsidRPr="00CA091F" w:rsidRDefault="009366A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:rsidRPr="00CA091F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sz w:val="16"/>
                <w:lang w:val="ro-RO"/>
              </w:rPr>
              <w:t xml:space="preserve"> 2. </w:t>
            </w:r>
            <w:r w:rsidRPr="00CA091F">
              <w:rPr>
                <w:b/>
                <w:color w:val="000000"/>
                <w:sz w:val="18"/>
                <w:lang w:val="ro-RO"/>
              </w:rPr>
              <w:t>CONFIRMAREA</w:t>
            </w:r>
          </w:p>
        </w:tc>
      </w:tr>
      <w:tr w:rsidR="009366A3" w:rsidRPr="00CA091F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A091F" w:rsidRDefault="00000000">
            <w:pPr>
              <w:keepNext/>
              <w:spacing w:line="228" w:lineRule="auto"/>
              <w:rPr>
                <w:lang w:val="ro-RO"/>
              </w:rPr>
            </w:pPr>
            <w:r w:rsidRPr="00CA091F">
              <w:rPr>
                <w:lang w:val="ro-RO"/>
              </w:rPr>
              <w:t>Se confirmă recepționarea și înregistrarea notificării privind executarea lucrărilor în baza procedurii simplificate. Pentru depunerea digitală, confirmarea se generează automat; pentru depunerea în format scris se eliberează la data depunerii.</w:t>
            </w:r>
          </w:p>
        </w:tc>
      </w:tr>
      <w:tr w:rsidR="009366A3" w:rsidRPr="00CA091F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Nr. de înregistrare</w:t>
            </w:r>
          </w:p>
          <w:p w14:paraId="60159E0C" w14:textId="77777777" w:rsidR="009366A3" w:rsidRPr="00CA091F" w:rsidRDefault="009366A3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385D1B69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Data și ora</w:t>
            </w:r>
          </w:p>
          <w:p w14:paraId="66F157F2" w14:textId="77777777" w:rsidR="009366A3" w:rsidRPr="00CA091F" w:rsidRDefault="009366A3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53C7BFB8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Termenul de la care pot începe lucrările</w:t>
            </w:r>
          </w:p>
          <w:p w14:paraId="3112E9C2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i/>
                <w:color w:val="7A7A7A"/>
                <w:lang w:val="ro-RO"/>
              </w:rPr>
              <w:t>15 zile de la înregistrare, în lipsa clarificărilor</w:t>
            </w:r>
          </w:p>
          <w:p w14:paraId="3D9E913E" w14:textId="77777777" w:rsidR="009366A3" w:rsidRPr="00CA091F" w:rsidRDefault="009366A3">
            <w:pPr>
              <w:rPr>
                <w:lang w:val="ro-RO"/>
              </w:rPr>
            </w:pPr>
          </w:p>
        </w:tc>
      </w:tr>
    </w:tbl>
    <w:p w14:paraId="5AC60894" w14:textId="77777777" w:rsidR="009366A3" w:rsidRPr="00CA091F" w:rsidRDefault="009366A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:rsidRPr="00CA091F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Pr="00CA091F" w:rsidRDefault="00000000">
            <w:pPr>
              <w:keepNext/>
              <w:rPr>
                <w:lang w:val="ro-RO"/>
              </w:rPr>
            </w:pPr>
            <w:r w:rsidRPr="00CA091F">
              <w:rPr>
                <w:b/>
                <w:sz w:val="16"/>
                <w:lang w:val="ro-RO"/>
              </w:rPr>
              <w:t xml:space="preserve"> 3. </w:t>
            </w:r>
            <w:r w:rsidRPr="00CA091F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9366A3" w:rsidRPr="00CA091F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Reprezentantul autorității — numele</w:t>
            </w:r>
          </w:p>
          <w:p w14:paraId="166708BF" w14:textId="77777777" w:rsidR="009366A3" w:rsidRPr="00CA091F" w:rsidRDefault="009366A3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09C73EEA" w14:textId="77777777" w:rsidR="009366A3" w:rsidRPr="00CA091F" w:rsidRDefault="00000000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Data</w:t>
            </w:r>
          </w:p>
          <w:p w14:paraId="3BC53AF9" w14:textId="77777777" w:rsidR="009366A3" w:rsidRPr="00CA091F" w:rsidRDefault="009366A3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1874437E" w14:textId="40101083" w:rsidR="009366A3" w:rsidRPr="00CA091F" w:rsidRDefault="00E079E1">
            <w:pPr>
              <w:rPr>
                <w:lang w:val="ro-RO"/>
              </w:rPr>
            </w:pPr>
            <w:r w:rsidRPr="00CA091F">
              <w:rPr>
                <w:b/>
                <w:color w:val="0D5F78"/>
                <w:lang w:val="ro-RO"/>
              </w:rPr>
              <w:t>S</w:t>
            </w:r>
            <w:r w:rsidR="00C61280" w:rsidRPr="00CA091F">
              <w:rPr>
                <w:b/>
                <w:color w:val="0D5F78"/>
                <w:lang w:val="ro-RO"/>
              </w:rPr>
              <w:t>emnătura</w:t>
            </w:r>
          </w:p>
          <w:p w14:paraId="3F4DF4DE" w14:textId="77777777" w:rsidR="009366A3" w:rsidRPr="00CA091F" w:rsidRDefault="009366A3">
            <w:pPr>
              <w:rPr>
                <w:lang w:val="ro-RO"/>
              </w:rPr>
            </w:pPr>
          </w:p>
        </w:tc>
      </w:tr>
    </w:tbl>
    <w:p w14:paraId="1ECFDC8D" w14:textId="77777777" w:rsidR="009366A3" w:rsidRPr="00CA091F" w:rsidRDefault="009366A3">
      <w:pPr>
        <w:spacing w:line="168" w:lineRule="auto"/>
        <w:rPr>
          <w:lang w:val="ro-RO"/>
        </w:rPr>
      </w:pPr>
    </w:p>
    <w:sectPr w:rsidR="009366A3" w:rsidRPr="00CA091F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0FFF5" w14:textId="77777777" w:rsidR="00B17652" w:rsidRDefault="00B17652">
      <w:r>
        <w:separator/>
      </w:r>
    </w:p>
  </w:endnote>
  <w:endnote w:type="continuationSeparator" w:id="0">
    <w:p w14:paraId="53FA0802" w14:textId="77777777" w:rsidR="00B17652" w:rsidRDefault="00B17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>F_NOT_02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D396" w14:textId="77777777" w:rsidR="00B17652" w:rsidRDefault="00B17652">
      <w:r>
        <w:separator/>
      </w:r>
    </w:p>
  </w:footnote>
  <w:footnote w:type="continuationSeparator" w:id="0">
    <w:p w14:paraId="56120E8D" w14:textId="77777777" w:rsidR="00B17652" w:rsidRDefault="00B17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A8"/>
    <w:rsid w:val="0015074B"/>
    <w:rsid w:val="001F115B"/>
    <w:rsid w:val="00220302"/>
    <w:rsid w:val="0029639D"/>
    <w:rsid w:val="002D47F9"/>
    <w:rsid w:val="00326F90"/>
    <w:rsid w:val="00366DA3"/>
    <w:rsid w:val="004E7DF2"/>
    <w:rsid w:val="006149AC"/>
    <w:rsid w:val="006C103E"/>
    <w:rsid w:val="006D3AEC"/>
    <w:rsid w:val="009366A3"/>
    <w:rsid w:val="00A871A7"/>
    <w:rsid w:val="00AA1D8D"/>
    <w:rsid w:val="00B17652"/>
    <w:rsid w:val="00B35F12"/>
    <w:rsid w:val="00B47730"/>
    <w:rsid w:val="00B721EA"/>
    <w:rsid w:val="00C61280"/>
    <w:rsid w:val="00CA091F"/>
    <w:rsid w:val="00CB0664"/>
    <w:rsid w:val="00D51610"/>
    <w:rsid w:val="00E079E1"/>
    <w:rsid w:val="00E61A6B"/>
    <w:rsid w:val="00F13EE2"/>
    <w:rsid w:val="00F951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6</cp:revision>
  <dcterms:created xsi:type="dcterms:W3CDTF">2013-12-23T23:15:00Z</dcterms:created>
  <dcterms:modified xsi:type="dcterms:W3CDTF">2026-09-23T12:18:00Z</dcterms:modified>
  <cp:category/>
</cp:coreProperties>
</file>