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803C5E" w:rsidRPr="00C01E58" w14:paraId="0E8D23A3" w14:textId="77777777" w:rsidTr="00E02CFA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78836CE3" w14:textId="607FE889" w:rsidR="00803C5E" w:rsidRPr="00C01E58" w:rsidRDefault="00803C5E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64F534C0" w14:textId="77777777" w:rsidR="00803C5E" w:rsidRPr="00C01E58" w:rsidRDefault="00803C5E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2DF5A65B" w14:textId="77777777" w:rsidR="00803C5E" w:rsidRDefault="00803C5E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E83184F" wp14:editId="164870DC">
                      <wp:simplePos x="0" y="0"/>
                      <wp:positionH relativeFrom="column">
                        <wp:posOffset>-72283</wp:posOffset>
                      </wp:positionH>
                      <wp:positionV relativeFrom="page">
                        <wp:posOffset>1036708</wp:posOffset>
                      </wp:positionV>
                      <wp:extent cx="1495994" cy="472440"/>
                      <wp:effectExtent l="0" t="0" r="0" b="381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994" cy="472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44529E" w14:textId="77777777" w:rsidR="00803C5E" w:rsidRDefault="00803C5E" w:rsidP="00803C5E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4224C71" w14:textId="04AD4064" w:rsidR="00803C5E" w:rsidRPr="00072389" w:rsidRDefault="00803C5E" w:rsidP="00803C5E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="008E079B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OMUNA STUDINA</w:t>
                                  </w:r>
                                </w:p>
                                <w:p w14:paraId="72DB6B1B" w14:textId="77777777" w:rsidR="00803C5E" w:rsidRPr="00072389" w:rsidRDefault="00803C5E" w:rsidP="00803C5E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OLT</w:t>
                                  </w:r>
                                </w:p>
                                <w:p w14:paraId="66A8E5C4" w14:textId="77777777" w:rsidR="00803C5E" w:rsidRPr="00F37AD5" w:rsidRDefault="00803C5E" w:rsidP="00803C5E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8318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5.7pt;margin-top:81.65pt;width:117.8pt;height:3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" filled="f" stroked="f">
                      <v:textbox inset=",0">
                        <w:txbxContent>
                          <w:p w14:paraId="5C44529E" w14:textId="77777777" w:rsidR="00803C5E" w:rsidRDefault="00803C5E" w:rsidP="00803C5E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</w:p>
                          <w:p w14:paraId="44224C71" w14:textId="04AD4064" w:rsidR="00803C5E" w:rsidRPr="00072389" w:rsidRDefault="00803C5E" w:rsidP="00803C5E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C</w:t>
                            </w:r>
                            <w:r w:rsidR="008E079B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OMUNA STUDINA</w:t>
                            </w:r>
                          </w:p>
                          <w:p w14:paraId="72DB6B1B" w14:textId="77777777" w:rsidR="00803C5E" w:rsidRPr="00072389" w:rsidRDefault="00803C5E" w:rsidP="00803C5E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OLT</w:t>
                            </w:r>
                          </w:p>
                          <w:p w14:paraId="66A8E5C4" w14:textId="77777777" w:rsidR="00803C5E" w:rsidRPr="00F37AD5" w:rsidRDefault="00803C5E" w:rsidP="00803C5E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43FBCD85" w14:textId="77777777" w:rsidR="00803C5E" w:rsidRPr="00C01E58" w:rsidRDefault="00803C5E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2E0846B4" w14:textId="77777777" w:rsidR="00803C5E" w:rsidRPr="00C01E58" w:rsidRDefault="00803C5E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Județul  OLT</w:t>
            </w:r>
          </w:p>
        </w:tc>
      </w:tr>
      <w:tr w:rsidR="00803C5E" w:rsidRPr="00C01E58" w14:paraId="6998FE1C" w14:textId="77777777" w:rsidTr="00E02CFA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579CD930" w14:textId="77777777" w:rsidR="00803C5E" w:rsidRPr="00C01E58" w:rsidRDefault="00803C5E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3744F063" w14:textId="77777777" w:rsidR="00803C5E" w:rsidRPr="00C01E58" w:rsidRDefault="00803C5E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Autoritatea administrației publice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6AC6D9A8" w14:textId="63ADED40" w:rsidR="00803C5E" w:rsidRPr="00C01E58" w:rsidRDefault="00803C5E" w:rsidP="00E02CFA">
            <w:pPr>
              <w:spacing w:after="200" w:line="168" w:lineRule="exact"/>
              <w:rPr>
                <w:rFonts w:cs="Times New Roman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</w:t>
            </w:r>
            <w:r w:rsidR="008E079B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MUNA STUDINA</w:t>
            </w: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OLT</w:t>
            </w:r>
          </w:p>
        </w:tc>
      </w:tr>
      <w:tr w:rsidR="00803C5E" w:rsidRPr="00C01E58" w14:paraId="07CF6E08" w14:textId="77777777" w:rsidTr="00E02CFA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2D597095" w14:textId="77777777" w:rsidR="00803C5E" w:rsidRPr="00C01E58" w:rsidRDefault="00803C5E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5B40D9FF" w14:textId="77777777" w:rsidR="00803C5E" w:rsidRPr="00C01E58" w:rsidRDefault="00803C5E" w:rsidP="00E02CFA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Cod de identificare fiscală (CIF)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61F7EB9E" w14:textId="5904D812" w:rsidR="00803C5E" w:rsidRPr="00C01E58" w:rsidRDefault="00803C5E" w:rsidP="00E02CFA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</w:t>
            </w:r>
            <w:r w:rsidR="008E079B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491300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7F170062" w14:textId="77777777" w:rsidR="00803C5E" w:rsidRPr="00C01E58" w:rsidRDefault="00803C5E" w:rsidP="00E02CFA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Adresa oficială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6B8AF7BD" w14:textId="77777777" w:rsidR="008E079B" w:rsidRPr="008E079B" w:rsidRDefault="008E079B" w:rsidP="008E079B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8E079B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Str. I.L. Caragiale nr.14 Studina CP 237445</w:t>
            </w:r>
          </w:p>
          <w:p w14:paraId="4D4EF523" w14:textId="77777777" w:rsidR="008E079B" w:rsidRPr="008E079B" w:rsidRDefault="008E079B" w:rsidP="008E079B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8E079B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 xml:space="preserve">Tel: 0249/511007 </w:t>
            </w:r>
          </w:p>
          <w:p w14:paraId="2E54D72C" w14:textId="691F13B5" w:rsidR="00803C5E" w:rsidRPr="00C01E58" w:rsidRDefault="008E079B" w:rsidP="008E079B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8E079B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e-mail: primariastudinaott@yahoo.com</w:t>
            </w:r>
          </w:p>
        </w:tc>
      </w:tr>
      <w:tr w:rsidR="00803C5E" w:rsidRPr="00C01E58" w14:paraId="2A15674E" w14:textId="77777777" w:rsidTr="00E02CFA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3BBCE17A" w14:textId="77777777" w:rsidR="00803C5E" w:rsidRPr="00C01E58" w:rsidRDefault="00803C5E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5822E47A" w14:textId="77777777" w:rsidR="00803C5E" w:rsidRPr="00C01E58" w:rsidRDefault="00803C5E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Număr de înregistrare </w:t>
            </w:r>
          </w:p>
        </w:tc>
        <w:tc>
          <w:tcPr>
            <w:tcW w:w="2004" w:type="dxa"/>
            <w:shd w:val="clear" w:color="auto" w:fill="FFFFFF" w:themeFill="background1"/>
          </w:tcPr>
          <w:p w14:paraId="4DA41062" w14:textId="77777777" w:rsidR="00803C5E" w:rsidRPr="00C01E58" w:rsidRDefault="00803C5E" w:rsidP="00E02CFA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Data</w:t>
            </w:r>
          </w:p>
        </w:tc>
      </w:tr>
      <w:tr w:rsidR="00803C5E" w:rsidRPr="00C01E58" w14:paraId="44D1B95F" w14:textId="77777777" w:rsidTr="00E02CFA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1228DDCD" w14:textId="77777777" w:rsidR="00803C5E" w:rsidRPr="00C01E58" w:rsidRDefault="00803C5E" w:rsidP="00E02CFA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  <w:lang w:val="ro-RO"/>
              </w:rPr>
              <w:t>se completează de autoritate — solicitantul nu scrie în această zonă</w:t>
            </w:r>
          </w:p>
        </w:tc>
      </w:tr>
    </w:tbl>
    <w:p w14:paraId="7EE44070" w14:textId="77777777" w:rsidR="00A93F43" w:rsidRPr="003B21BC" w:rsidRDefault="00A93F43">
      <w:pPr>
        <w:spacing w:line="168" w:lineRule="auto"/>
        <w:rPr>
          <w:lang w:val="ro-RO"/>
        </w:rPr>
      </w:pPr>
    </w:p>
    <w:p w14:paraId="1588FC01" w14:textId="77777777" w:rsidR="00A93F43" w:rsidRPr="003B21BC" w:rsidRDefault="00000000">
      <w:pPr>
        <w:spacing w:before="140" w:after="40"/>
        <w:jc w:val="center"/>
        <w:rPr>
          <w:sz w:val="28"/>
          <w:szCs w:val="28"/>
          <w:lang w:val="ro-RO"/>
        </w:rPr>
      </w:pPr>
      <w:r w:rsidRPr="003B21BC">
        <w:rPr>
          <w:b/>
          <w:sz w:val="28"/>
          <w:szCs w:val="28"/>
          <w:lang w:val="ro-RO"/>
        </w:rPr>
        <w:t>SOLICITARE</w:t>
      </w:r>
    </w:p>
    <w:p w14:paraId="43387AD2" w14:textId="77777777" w:rsidR="00A93F43" w:rsidRPr="003B21BC" w:rsidRDefault="00000000">
      <w:pPr>
        <w:spacing w:after="120"/>
        <w:jc w:val="center"/>
        <w:rPr>
          <w:lang w:val="ro-RO"/>
        </w:rPr>
      </w:pPr>
      <w:r w:rsidRPr="003B21BC">
        <w:rPr>
          <w:sz w:val="19"/>
          <w:lang w:val="ro-RO"/>
        </w:rPr>
        <w:t>de clarificări, completări sau documente privind notificarea</w:t>
      </w:r>
    </w:p>
    <w:p w14:paraId="68CC9690" w14:textId="77777777" w:rsidR="00A93F43" w:rsidRPr="003B21BC" w:rsidRDefault="00A93F43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A93F43" w:rsidRPr="003B21BC" w14:paraId="5583E99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BB90F12" w14:textId="77777777" w:rsidR="00A93F43" w:rsidRPr="003B21BC" w:rsidRDefault="00000000">
            <w:pPr>
              <w:keepNext/>
              <w:rPr>
                <w:lang w:val="ro-RO"/>
              </w:rPr>
            </w:pPr>
            <w:r w:rsidRPr="003B21BC">
              <w:rPr>
                <w:b/>
                <w:sz w:val="16"/>
                <w:lang w:val="ro-RO"/>
              </w:rPr>
              <w:t xml:space="preserve"> 1. </w:t>
            </w:r>
            <w:r w:rsidRPr="003B21BC">
              <w:rPr>
                <w:b/>
                <w:color w:val="000000"/>
                <w:sz w:val="18"/>
                <w:lang w:val="ro-RO"/>
              </w:rPr>
              <w:t>REFERINȚE</w:t>
            </w:r>
          </w:p>
        </w:tc>
      </w:tr>
      <w:tr w:rsidR="00A93F43" w:rsidRPr="003B21BC" w14:paraId="3EB27B2C" w14:textId="77777777">
        <w:trPr>
          <w:cantSplit/>
          <w:trHeight w:val="510"/>
        </w:trPr>
        <w:tc>
          <w:tcPr>
            <w:tcW w:w="2409" w:type="dxa"/>
          </w:tcPr>
          <w:p w14:paraId="40A4838B" w14:textId="77777777" w:rsidR="00A93F43" w:rsidRPr="003B21BC" w:rsidRDefault="00000000">
            <w:pPr>
              <w:keepNext/>
              <w:rPr>
                <w:lang w:val="ro-RO"/>
              </w:rPr>
            </w:pPr>
            <w:r w:rsidRPr="003B21BC">
              <w:rPr>
                <w:b/>
                <w:color w:val="0D5F78"/>
                <w:lang w:val="ro-RO"/>
              </w:rPr>
              <w:t>Notificarea nr.</w:t>
            </w:r>
          </w:p>
          <w:p w14:paraId="02574EDB" w14:textId="77777777" w:rsidR="00A93F43" w:rsidRPr="003B21BC" w:rsidRDefault="00A93F43">
            <w:pPr>
              <w:keepNext/>
              <w:rPr>
                <w:lang w:val="ro-RO"/>
              </w:rPr>
            </w:pPr>
          </w:p>
        </w:tc>
        <w:tc>
          <w:tcPr>
            <w:tcW w:w="2409" w:type="dxa"/>
            <w:gridSpan w:val="2"/>
          </w:tcPr>
          <w:p w14:paraId="6A78D57D" w14:textId="77777777" w:rsidR="00A93F43" w:rsidRPr="003B21BC" w:rsidRDefault="00000000">
            <w:pPr>
              <w:keepNext/>
              <w:rPr>
                <w:lang w:val="ro-RO"/>
              </w:rPr>
            </w:pPr>
            <w:r w:rsidRPr="003B21BC">
              <w:rPr>
                <w:b/>
                <w:color w:val="0D5F78"/>
                <w:lang w:val="ro-RO"/>
              </w:rPr>
              <w:t>din data</w:t>
            </w:r>
          </w:p>
          <w:p w14:paraId="38A30384" w14:textId="77777777" w:rsidR="00A93F43" w:rsidRPr="003B21BC" w:rsidRDefault="00A93F43">
            <w:pPr>
              <w:keepNext/>
              <w:rPr>
                <w:lang w:val="ro-RO"/>
              </w:rPr>
            </w:pPr>
          </w:p>
        </w:tc>
        <w:tc>
          <w:tcPr>
            <w:tcW w:w="4818" w:type="dxa"/>
          </w:tcPr>
          <w:p w14:paraId="60CAA708" w14:textId="77777777" w:rsidR="00A93F43" w:rsidRPr="003B21BC" w:rsidRDefault="00000000">
            <w:pPr>
              <w:keepNext/>
              <w:rPr>
                <w:lang w:val="ro-RO"/>
              </w:rPr>
            </w:pPr>
            <w:r w:rsidRPr="003B21BC">
              <w:rPr>
                <w:b/>
                <w:color w:val="0D5F78"/>
                <w:lang w:val="ro-RO"/>
              </w:rPr>
              <w:t>a beneficiarului</w:t>
            </w:r>
          </w:p>
          <w:p w14:paraId="5976D411" w14:textId="77777777" w:rsidR="00A93F43" w:rsidRPr="003B21BC" w:rsidRDefault="00A93F43">
            <w:pPr>
              <w:keepNext/>
              <w:rPr>
                <w:lang w:val="ro-RO"/>
              </w:rPr>
            </w:pPr>
          </w:p>
        </w:tc>
      </w:tr>
      <w:tr w:rsidR="00A93F43" w:rsidRPr="003B21BC" w14:paraId="4494E44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02C2F82" w14:textId="77777777" w:rsidR="00A93F43" w:rsidRPr="003B21BC" w:rsidRDefault="00000000">
            <w:pPr>
              <w:rPr>
                <w:lang w:val="ro-RO"/>
              </w:rPr>
            </w:pPr>
            <w:r w:rsidRPr="003B21BC">
              <w:rPr>
                <w:b/>
                <w:color w:val="0D5F78"/>
                <w:lang w:val="ro-RO"/>
              </w:rPr>
              <w:t>Proiect nr. / cod</w:t>
            </w:r>
          </w:p>
          <w:p w14:paraId="1A2776FB" w14:textId="77777777" w:rsidR="00A93F43" w:rsidRPr="003B21BC" w:rsidRDefault="00A93F43">
            <w:pPr>
              <w:rPr>
                <w:lang w:val="ro-RO"/>
              </w:rPr>
            </w:pPr>
          </w:p>
        </w:tc>
        <w:tc>
          <w:tcPr>
            <w:tcW w:w="6424" w:type="dxa"/>
            <w:gridSpan w:val="2"/>
          </w:tcPr>
          <w:p w14:paraId="770C2C1C" w14:textId="77777777" w:rsidR="00A93F43" w:rsidRPr="003B21BC" w:rsidRDefault="00000000">
            <w:pPr>
              <w:rPr>
                <w:lang w:val="ro-RO"/>
              </w:rPr>
            </w:pPr>
            <w:r w:rsidRPr="003B21BC">
              <w:rPr>
                <w:b/>
                <w:color w:val="0D5F78"/>
                <w:lang w:val="ro-RO"/>
              </w:rPr>
              <w:t>Imobilul</w:t>
            </w:r>
          </w:p>
          <w:p w14:paraId="29051F77" w14:textId="77777777" w:rsidR="00A93F43" w:rsidRPr="003B21BC" w:rsidRDefault="00A93F43">
            <w:pPr>
              <w:rPr>
                <w:lang w:val="ro-RO"/>
              </w:rPr>
            </w:pPr>
          </w:p>
        </w:tc>
      </w:tr>
    </w:tbl>
    <w:p w14:paraId="1F068602" w14:textId="77777777" w:rsidR="00A93F43" w:rsidRPr="003B21BC" w:rsidRDefault="00A93F43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93F43" w:rsidRPr="003B21BC" w14:paraId="083060A5" w14:textId="77777777">
        <w:trPr>
          <w:cantSplit/>
        </w:trPr>
        <w:tc>
          <w:tcPr>
            <w:tcW w:w="9636" w:type="dxa"/>
            <w:shd w:val="clear" w:color="auto" w:fill="F4F4F4"/>
          </w:tcPr>
          <w:p w14:paraId="584FCB20" w14:textId="77777777" w:rsidR="00A93F43" w:rsidRPr="003B21BC" w:rsidRDefault="00000000">
            <w:pPr>
              <w:keepNext/>
              <w:rPr>
                <w:lang w:val="ro-RO"/>
              </w:rPr>
            </w:pPr>
            <w:r w:rsidRPr="003B21BC">
              <w:rPr>
                <w:b/>
                <w:sz w:val="16"/>
                <w:lang w:val="ro-RO"/>
              </w:rPr>
              <w:t xml:space="preserve"> 2. </w:t>
            </w:r>
            <w:r w:rsidRPr="003B21BC">
              <w:rPr>
                <w:b/>
                <w:color w:val="000000"/>
                <w:sz w:val="18"/>
                <w:lang w:val="ro-RO"/>
              </w:rPr>
              <w:t>SOLICITAREA</w:t>
            </w:r>
          </w:p>
        </w:tc>
      </w:tr>
      <w:tr w:rsidR="00A93F43" w:rsidRPr="003B21BC" w14:paraId="4DC130E2" w14:textId="77777777">
        <w:trPr>
          <w:cantSplit/>
        </w:trPr>
        <w:tc>
          <w:tcPr>
            <w:tcW w:w="9636" w:type="dxa"/>
            <w:shd w:val="clear" w:color="auto" w:fill="F4F4F4"/>
          </w:tcPr>
          <w:p w14:paraId="42F86180" w14:textId="77777777" w:rsidR="00A93F43" w:rsidRPr="003B21BC" w:rsidRDefault="00000000">
            <w:pPr>
              <w:keepNext/>
              <w:rPr>
                <w:lang w:val="ro-RO"/>
              </w:rPr>
            </w:pPr>
            <w:r w:rsidRPr="003B21BC">
              <w:rPr>
                <w:sz w:val="16"/>
                <w:lang w:val="ro-RO"/>
              </w:rPr>
              <w:t xml:space="preserve"> Clarificările / completările / documentele solicitate</w:t>
            </w:r>
          </w:p>
        </w:tc>
      </w:tr>
      <w:tr w:rsidR="00A93F43" w:rsidRPr="003B21BC" w14:paraId="4ADE3FFD" w14:textId="77777777">
        <w:trPr>
          <w:cantSplit/>
        </w:trPr>
        <w:tc>
          <w:tcPr>
            <w:tcW w:w="9636" w:type="dxa"/>
          </w:tcPr>
          <w:p w14:paraId="077D2F96" w14:textId="77777777" w:rsidR="00A93F43" w:rsidRPr="003B21BC" w:rsidRDefault="00A93F43">
            <w:pPr>
              <w:keepNext/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68974D07" w14:textId="77777777" w:rsidR="00A93F43" w:rsidRPr="003B21BC" w:rsidRDefault="00A93F43">
            <w:pPr>
              <w:keepNext/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0F7306F3" w14:textId="77777777" w:rsidR="00A93F43" w:rsidRPr="003B21BC" w:rsidRDefault="00A93F43">
            <w:pPr>
              <w:keepNext/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</w:tc>
      </w:tr>
      <w:tr w:rsidR="00A93F43" w:rsidRPr="003B21BC" w14:paraId="6DF94E88" w14:textId="77777777">
        <w:trPr>
          <w:cantSplit/>
          <w:trHeight w:val="510"/>
        </w:trPr>
        <w:tc>
          <w:tcPr>
            <w:tcW w:w="9636" w:type="dxa"/>
          </w:tcPr>
          <w:p w14:paraId="4B49B117" w14:textId="77777777" w:rsidR="00A93F43" w:rsidRPr="003B21BC" w:rsidRDefault="00000000">
            <w:pPr>
              <w:keepNext/>
              <w:rPr>
                <w:lang w:val="ro-RO"/>
              </w:rPr>
            </w:pPr>
            <w:r w:rsidRPr="003B21BC">
              <w:rPr>
                <w:b/>
                <w:color w:val="0D5F78"/>
                <w:lang w:val="ro-RO"/>
              </w:rPr>
              <w:t>Termenul de transmitere</w:t>
            </w:r>
          </w:p>
          <w:p w14:paraId="651B9393" w14:textId="77777777" w:rsidR="00A93F43" w:rsidRPr="003B21BC" w:rsidRDefault="00A93F43">
            <w:pPr>
              <w:keepNext/>
              <w:rPr>
                <w:lang w:val="ro-RO"/>
              </w:rPr>
            </w:pPr>
          </w:p>
        </w:tc>
      </w:tr>
      <w:tr w:rsidR="00A93F43" w:rsidRPr="003B21BC" w14:paraId="0440CA86" w14:textId="77777777">
        <w:trPr>
          <w:cantSplit/>
        </w:trPr>
        <w:tc>
          <w:tcPr>
            <w:tcW w:w="9636" w:type="dxa"/>
            <w:shd w:val="clear" w:color="auto" w:fill="F4F4F4"/>
          </w:tcPr>
          <w:p w14:paraId="1046B956" w14:textId="77777777" w:rsidR="00A93F43" w:rsidRPr="003B21BC" w:rsidRDefault="00000000">
            <w:pPr>
              <w:spacing w:line="228" w:lineRule="auto"/>
              <w:rPr>
                <w:lang w:val="ro-RO"/>
              </w:rPr>
            </w:pPr>
            <w:r w:rsidRPr="003B21BC">
              <w:rPr>
                <w:lang w:val="ro-RO"/>
              </w:rPr>
              <w:t>Termenul de începere a lucrărilor curge de la data depunerii clarificărilor solicitate.</w:t>
            </w:r>
          </w:p>
        </w:tc>
      </w:tr>
    </w:tbl>
    <w:p w14:paraId="44A62596" w14:textId="77777777" w:rsidR="00A93F43" w:rsidRPr="003B21BC" w:rsidRDefault="00A93F43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A93F43" w:rsidRPr="003B21BC" w14:paraId="5E7BF2F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4FCBA18" w14:textId="77777777" w:rsidR="00A93F43" w:rsidRPr="003B21BC" w:rsidRDefault="00000000">
            <w:pPr>
              <w:keepNext/>
              <w:rPr>
                <w:lang w:val="ro-RO"/>
              </w:rPr>
            </w:pPr>
            <w:r w:rsidRPr="003B21BC">
              <w:rPr>
                <w:b/>
                <w:sz w:val="16"/>
                <w:lang w:val="ro-RO"/>
              </w:rPr>
              <w:t xml:space="preserve"> 3. </w:t>
            </w:r>
            <w:r w:rsidRPr="003B21BC">
              <w:rPr>
                <w:b/>
                <w:color w:val="000000"/>
                <w:sz w:val="18"/>
                <w:lang w:val="ro-RO"/>
              </w:rPr>
              <w:t>SEMNĂTURA</w:t>
            </w:r>
          </w:p>
        </w:tc>
      </w:tr>
      <w:tr w:rsidR="00A93F43" w:rsidRPr="003B21BC" w14:paraId="2858BD6C" w14:textId="77777777">
        <w:trPr>
          <w:cantSplit/>
          <w:trHeight w:val="510"/>
        </w:trPr>
        <w:tc>
          <w:tcPr>
            <w:tcW w:w="5621" w:type="dxa"/>
          </w:tcPr>
          <w:p w14:paraId="54243203" w14:textId="4C0CD6ED" w:rsidR="00A93F43" w:rsidRPr="003B21BC" w:rsidRDefault="00000000">
            <w:pPr>
              <w:rPr>
                <w:lang w:val="ro-RO"/>
              </w:rPr>
            </w:pPr>
            <w:r w:rsidRPr="003B21BC">
              <w:rPr>
                <w:b/>
                <w:color w:val="0D5F78"/>
                <w:lang w:val="ro-RO"/>
              </w:rPr>
              <w:t>Reprezentantul autorității — numele</w:t>
            </w:r>
          </w:p>
          <w:p w14:paraId="0B9F7FD9" w14:textId="29F15FF8" w:rsidR="00A93F43" w:rsidRPr="003B21BC" w:rsidRDefault="003B144E">
            <w:pPr>
              <w:rPr>
                <w:lang w:val="ro-RO"/>
              </w:rPr>
            </w:pPr>
            <w:r>
              <w:rPr>
                <w:lang w:val="ro-RO"/>
              </w:rPr>
              <w:t>VASILE MARIAN</w:t>
            </w:r>
          </w:p>
        </w:tc>
        <w:tc>
          <w:tcPr>
            <w:tcW w:w="2409" w:type="dxa"/>
          </w:tcPr>
          <w:p w14:paraId="00F86ABF" w14:textId="77777777" w:rsidR="00A93F43" w:rsidRPr="003B21BC" w:rsidRDefault="00000000">
            <w:pPr>
              <w:rPr>
                <w:lang w:val="ro-RO"/>
              </w:rPr>
            </w:pPr>
            <w:r w:rsidRPr="003B21BC">
              <w:rPr>
                <w:b/>
                <w:color w:val="0D5F78"/>
                <w:lang w:val="ro-RO"/>
              </w:rPr>
              <w:t>Data</w:t>
            </w:r>
          </w:p>
          <w:p w14:paraId="5523DCBB" w14:textId="77777777" w:rsidR="00A93F43" w:rsidRPr="003B21BC" w:rsidRDefault="00A93F43">
            <w:pPr>
              <w:rPr>
                <w:lang w:val="ro-RO"/>
              </w:rPr>
            </w:pPr>
          </w:p>
        </w:tc>
        <w:tc>
          <w:tcPr>
            <w:tcW w:w="1606" w:type="dxa"/>
          </w:tcPr>
          <w:p w14:paraId="5BD7C661" w14:textId="6BE1ED55" w:rsidR="00A93F43" w:rsidRPr="003B21BC" w:rsidRDefault="00F66EA5">
            <w:pPr>
              <w:rPr>
                <w:lang w:val="ro-RO"/>
              </w:rPr>
            </w:pPr>
            <w:r w:rsidRPr="003B21BC">
              <w:rPr>
                <w:b/>
                <w:color w:val="0D5F78"/>
                <w:lang w:val="ro-RO"/>
              </w:rPr>
              <w:t>Semnatura</w:t>
            </w:r>
          </w:p>
          <w:p w14:paraId="7FE25160" w14:textId="77777777" w:rsidR="00A93F43" w:rsidRPr="003B21BC" w:rsidRDefault="00A93F43">
            <w:pPr>
              <w:rPr>
                <w:lang w:val="ro-RO"/>
              </w:rPr>
            </w:pPr>
          </w:p>
        </w:tc>
      </w:tr>
    </w:tbl>
    <w:p w14:paraId="6F67A149" w14:textId="77777777" w:rsidR="00A93F43" w:rsidRPr="003B21BC" w:rsidRDefault="00A93F43">
      <w:pPr>
        <w:spacing w:line="168" w:lineRule="auto"/>
        <w:rPr>
          <w:lang w:val="ro-RO"/>
        </w:rPr>
      </w:pPr>
    </w:p>
    <w:sectPr w:rsidR="00A93F43" w:rsidRPr="003B21BC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0731F" w14:textId="77777777" w:rsidR="00595229" w:rsidRDefault="00595229">
      <w:r>
        <w:separator/>
      </w:r>
    </w:p>
  </w:endnote>
  <w:endnote w:type="continuationSeparator" w:id="0">
    <w:p w14:paraId="14A859F1" w14:textId="77777777" w:rsidR="00595229" w:rsidRDefault="00595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AC04" w14:textId="77777777" w:rsidR="00A93F43" w:rsidRDefault="00000000">
    <w:pPr>
      <w:pStyle w:val="Subsol"/>
      <w:tabs>
        <w:tab w:val="right" w:pos="9639"/>
      </w:tabs>
    </w:pPr>
    <w:r>
      <w:rPr>
        <w:color w:val="595959"/>
      </w:rPr>
      <w:t>F_NOT_03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F66EA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F66EA5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B2B98" w14:textId="77777777" w:rsidR="00595229" w:rsidRDefault="00595229">
      <w:r>
        <w:separator/>
      </w:r>
    </w:p>
  </w:footnote>
  <w:footnote w:type="continuationSeparator" w:id="0">
    <w:p w14:paraId="74D8A612" w14:textId="77777777" w:rsidR="00595229" w:rsidRDefault="005952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6846629">
    <w:abstractNumId w:val="8"/>
  </w:num>
  <w:num w:numId="2" w16cid:durableId="718280180">
    <w:abstractNumId w:val="6"/>
  </w:num>
  <w:num w:numId="3" w16cid:durableId="206646641">
    <w:abstractNumId w:val="5"/>
  </w:num>
  <w:num w:numId="4" w16cid:durableId="1817065279">
    <w:abstractNumId w:val="4"/>
  </w:num>
  <w:num w:numId="5" w16cid:durableId="331614462">
    <w:abstractNumId w:val="7"/>
  </w:num>
  <w:num w:numId="6" w16cid:durableId="486480204">
    <w:abstractNumId w:val="3"/>
  </w:num>
  <w:num w:numId="7" w16cid:durableId="434132356">
    <w:abstractNumId w:val="2"/>
  </w:num>
  <w:num w:numId="8" w16cid:durableId="1727799628">
    <w:abstractNumId w:val="1"/>
  </w:num>
  <w:num w:numId="9" w16cid:durableId="740323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3E77"/>
    <w:rsid w:val="00132008"/>
    <w:rsid w:val="0015074B"/>
    <w:rsid w:val="001B704F"/>
    <w:rsid w:val="0029639D"/>
    <w:rsid w:val="00326F90"/>
    <w:rsid w:val="003B144E"/>
    <w:rsid w:val="003B21BC"/>
    <w:rsid w:val="004E7DF2"/>
    <w:rsid w:val="00595229"/>
    <w:rsid w:val="006C103E"/>
    <w:rsid w:val="006D3AEC"/>
    <w:rsid w:val="00780098"/>
    <w:rsid w:val="007867E7"/>
    <w:rsid w:val="00803C5E"/>
    <w:rsid w:val="008E079B"/>
    <w:rsid w:val="00953D4D"/>
    <w:rsid w:val="00A93F43"/>
    <w:rsid w:val="00AA1D8D"/>
    <w:rsid w:val="00B47730"/>
    <w:rsid w:val="00BF56AD"/>
    <w:rsid w:val="00CB0664"/>
    <w:rsid w:val="00D16FF9"/>
    <w:rsid w:val="00E61A6B"/>
    <w:rsid w:val="00F66EA5"/>
    <w:rsid w:val="00FA08E1"/>
    <w:rsid w:val="00FA5D13"/>
    <w:rsid w:val="00FB44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A7BA11C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Asus2</cp:lastModifiedBy>
  <cp:revision>7</cp:revision>
  <dcterms:created xsi:type="dcterms:W3CDTF">2013-12-23T23:15:00Z</dcterms:created>
  <dcterms:modified xsi:type="dcterms:W3CDTF">2026-09-24T09:34:00Z</dcterms:modified>
  <cp:category/>
</cp:coreProperties>
</file>