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FE6A04" w:rsidRPr="00C01E58" w14:paraId="20E45F2F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0D1BCF9B" w14:textId="694FE2A4" w:rsidR="00FE6A04" w:rsidRPr="00C01E58" w:rsidRDefault="00FE6A04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7EF815EB" w14:textId="77777777" w:rsidR="00FE6A04" w:rsidRPr="00C01E58" w:rsidRDefault="00FE6A04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0E6DC372" w14:textId="77777777" w:rsidR="00FE6A04" w:rsidRDefault="00FE6A04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B435A9" wp14:editId="357B8DA1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D3E4AC" w14:textId="77777777" w:rsidR="00FE6A04" w:rsidRDefault="00FE6A04" w:rsidP="00FE6A04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8F87C91" w14:textId="34AAA5BA" w:rsidR="00FE6A04" w:rsidRPr="00072389" w:rsidRDefault="00FE6A04" w:rsidP="00FE6A04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</w:t>
                                  </w:r>
                                  <w:r w:rsidR="00AA0DDF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MUNA STUDINA</w:t>
                                  </w:r>
                                </w:p>
                                <w:p w14:paraId="7FCF9798" w14:textId="77777777" w:rsidR="00FE6A04" w:rsidRPr="00072389" w:rsidRDefault="00FE6A04" w:rsidP="00FE6A04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59F7A903" w14:textId="77777777" w:rsidR="00FE6A04" w:rsidRPr="00F37AD5" w:rsidRDefault="00FE6A04" w:rsidP="00FE6A04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B435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51D3E4AC" w14:textId="77777777" w:rsidR="00FE6A04" w:rsidRDefault="00FE6A04" w:rsidP="00FE6A04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48F87C91" w14:textId="34AAA5BA" w:rsidR="00FE6A04" w:rsidRPr="00072389" w:rsidRDefault="00FE6A04" w:rsidP="00FE6A04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</w:t>
                            </w:r>
                            <w:r w:rsidR="00AA0DDF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MUNA STUDINA</w:t>
                            </w:r>
                          </w:p>
                          <w:p w14:paraId="7FCF9798" w14:textId="77777777" w:rsidR="00FE6A04" w:rsidRPr="00072389" w:rsidRDefault="00FE6A04" w:rsidP="00FE6A04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59F7A903" w14:textId="77777777" w:rsidR="00FE6A04" w:rsidRPr="00F37AD5" w:rsidRDefault="00FE6A04" w:rsidP="00FE6A04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23EFB59F" w14:textId="77777777" w:rsidR="00FE6A04" w:rsidRPr="00C01E58" w:rsidRDefault="00FE6A04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3E1759FF" w14:textId="77777777" w:rsidR="00FE6A04" w:rsidRPr="00C01E58" w:rsidRDefault="00FE6A04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FE6A04" w:rsidRPr="00C01E58" w14:paraId="0F1B722D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742455DA" w14:textId="77777777" w:rsidR="00FE6A04" w:rsidRPr="00C01E58" w:rsidRDefault="00FE6A04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30FE8CD9" w14:textId="77777777" w:rsidR="00FE6A04" w:rsidRPr="00C01E58" w:rsidRDefault="00FE6A04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306E3607" w14:textId="25D7F7F3" w:rsidR="00FE6A04" w:rsidRPr="00C01E58" w:rsidRDefault="00FE6A04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</w:t>
            </w:r>
            <w:r w:rsidR="00AA0DDF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MUNA STUDINA</w:t>
            </w: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FE6A04" w:rsidRPr="00C01E58" w14:paraId="273B1101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2AF7F4B4" w14:textId="77777777" w:rsidR="00FE6A04" w:rsidRPr="00C01E58" w:rsidRDefault="00FE6A04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05735464" w14:textId="77777777" w:rsidR="00FE6A04" w:rsidRPr="00C01E58" w:rsidRDefault="00FE6A04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3479403E" w14:textId="7F268AF1" w:rsidR="00FE6A04" w:rsidRPr="00C01E58" w:rsidRDefault="00FE6A04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AA0DD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2AA2620B" w14:textId="77777777" w:rsidR="00FE6A04" w:rsidRPr="00C01E58" w:rsidRDefault="00FE6A04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4C99856E" w14:textId="77777777" w:rsidR="00AA0DDF" w:rsidRPr="00AA0DDF" w:rsidRDefault="00AA0DDF" w:rsidP="00AA0DDF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AA0DD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38A0A766" w14:textId="77777777" w:rsidR="00AA0DDF" w:rsidRPr="00AA0DDF" w:rsidRDefault="00AA0DDF" w:rsidP="00AA0DDF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AA0DD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69EF952F" w14:textId="0642D71D" w:rsidR="00FE6A04" w:rsidRPr="00C01E58" w:rsidRDefault="00AA0DDF" w:rsidP="00AA0DDF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AA0DD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FE6A04" w:rsidRPr="00C01E58" w14:paraId="5E21CB59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2008208B" w14:textId="77777777" w:rsidR="00FE6A04" w:rsidRPr="00C01E58" w:rsidRDefault="00FE6A04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72D52B6A" w14:textId="77777777" w:rsidR="00FE6A04" w:rsidRPr="00C01E58" w:rsidRDefault="00FE6A04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76EF872D" w14:textId="77777777" w:rsidR="00FE6A04" w:rsidRPr="00C01E58" w:rsidRDefault="00FE6A04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FE6A04" w:rsidRPr="00C01E58" w14:paraId="27F8B2D4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5182F4DD" w14:textId="77777777" w:rsidR="00FE6A04" w:rsidRPr="00C01E58" w:rsidRDefault="00FE6A04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4721E137" w14:textId="77777777" w:rsidR="001A0C53" w:rsidRPr="003F1B9E" w:rsidRDefault="001A0C53">
      <w:pPr>
        <w:spacing w:line="168" w:lineRule="auto"/>
        <w:rPr>
          <w:lang w:val="ro-RO"/>
        </w:rPr>
      </w:pPr>
    </w:p>
    <w:p w14:paraId="79C9CC6D" w14:textId="77777777" w:rsidR="001A0C53" w:rsidRPr="003F1B9E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3F1B9E">
        <w:rPr>
          <w:b/>
          <w:sz w:val="28"/>
          <w:szCs w:val="28"/>
          <w:lang w:val="ro-RO"/>
        </w:rPr>
        <w:t>INFORMARE</w:t>
      </w:r>
    </w:p>
    <w:p w14:paraId="4DB45C72" w14:textId="77777777" w:rsidR="001A0C53" w:rsidRPr="003F1B9E" w:rsidRDefault="00000000">
      <w:pPr>
        <w:spacing w:after="120"/>
        <w:jc w:val="center"/>
        <w:rPr>
          <w:lang w:val="ro-RO"/>
        </w:rPr>
      </w:pPr>
      <w:r w:rsidRPr="003F1B9E">
        <w:rPr>
          <w:sz w:val="19"/>
          <w:lang w:val="ro-RO"/>
        </w:rPr>
        <w:t>privind necesitatea solicitării și emiterii unei autorizații de construire</w:t>
      </w:r>
    </w:p>
    <w:p w14:paraId="1B4B5C28" w14:textId="77777777" w:rsidR="001A0C53" w:rsidRPr="003F1B9E" w:rsidRDefault="001A0C53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:rsidRPr="003F1B9E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Pr="003F1B9E" w:rsidRDefault="00000000">
            <w:pPr>
              <w:keepNext/>
              <w:rPr>
                <w:lang w:val="ro-RO"/>
              </w:rPr>
            </w:pPr>
            <w:r w:rsidRPr="003F1B9E">
              <w:rPr>
                <w:b/>
                <w:sz w:val="16"/>
                <w:lang w:val="ro-RO"/>
              </w:rPr>
              <w:t xml:space="preserve"> 1. </w:t>
            </w:r>
            <w:r w:rsidRPr="003F1B9E">
              <w:rPr>
                <w:b/>
                <w:color w:val="000000"/>
                <w:sz w:val="18"/>
                <w:lang w:val="ro-RO"/>
              </w:rPr>
              <w:t>REFERINȚE</w:t>
            </w:r>
          </w:p>
        </w:tc>
      </w:tr>
      <w:tr w:rsidR="001A0C53" w:rsidRPr="003F1B9E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Pr="003F1B9E" w:rsidRDefault="00000000">
            <w:pPr>
              <w:keepNext/>
              <w:rPr>
                <w:lang w:val="ro-RO"/>
              </w:rPr>
            </w:pPr>
            <w:r w:rsidRPr="003F1B9E">
              <w:rPr>
                <w:b/>
                <w:color w:val="0D5F78"/>
                <w:lang w:val="ro-RO"/>
              </w:rPr>
              <w:t>Notificarea nr.</w:t>
            </w:r>
          </w:p>
          <w:p w14:paraId="2ABB0E32" w14:textId="77777777" w:rsidR="001A0C53" w:rsidRPr="003F1B9E" w:rsidRDefault="001A0C53">
            <w:pPr>
              <w:keepNext/>
              <w:rPr>
                <w:lang w:val="ro-RO"/>
              </w:rPr>
            </w:pPr>
          </w:p>
        </w:tc>
        <w:tc>
          <w:tcPr>
            <w:tcW w:w="2409" w:type="dxa"/>
            <w:gridSpan w:val="2"/>
          </w:tcPr>
          <w:p w14:paraId="651C4F0E" w14:textId="77777777" w:rsidR="001A0C53" w:rsidRPr="003F1B9E" w:rsidRDefault="00000000">
            <w:pPr>
              <w:keepNext/>
              <w:rPr>
                <w:lang w:val="ro-RO"/>
              </w:rPr>
            </w:pPr>
            <w:r w:rsidRPr="003F1B9E">
              <w:rPr>
                <w:b/>
                <w:color w:val="0D5F78"/>
                <w:lang w:val="ro-RO"/>
              </w:rPr>
              <w:t>din data</w:t>
            </w:r>
          </w:p>
          <w:p w14:paraId="0A11C373" w14:textId="77777777" w:rsidR="001A0C53" w:rsidRPr="003F1B9E" w:rsidRDefault="001A0C53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6683D3D0" w14:textId="77777777" w:rsidR="001A0C53" w:rsidRPr="003F1B9E" w:rsidRDefault="00000000">
            <w:pPr>
              <w:keepNext/>
              <w:rPr>
                <w:lang w:val="ro-RO"/>
              </w:rPr>
            </w:pPr>
            <w:r w:rsidRPr="003F1B9E">
              <w:rPr>
                <w:b/>
                <w:color w:val="0D5F78"/>
                <w:lang w:val="ro-RO"/>
              </w:rPr>
              <w:t>a beneficiarului</w:t>
            </w:r>
          </w:p>
          <w:p w14:paraId="6A61C5E0" w14:textId="77777777" w:rsidR="001A0C53" w:rsidRPr="003F1B9E" w:rsidRDefault="001A0C53">
            <w:pPr>
              <w:keepNext/>
              <w:rPr>
                <w:lang w:val="ro-RO"/>
              </w:rPr>
            </w:pPr>
          </w:p>
        </w:tc>
      </w:tr>
      <w:tr w:rsidR="001A0C53" w:rsidRPr="003F1B9E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Pr="003F1B9E" w:rsidRDefault="00000000">
            <w:pPr>
              <w:rPr>
                <w:lang w:val="ro-RO"/>
              </w:rPr>
            </w:pPr>
            <w:r w:rsidRPr="003F1B9E">
              <w:rPr>
                <w:b/>
                <w:color w:val="0D5F78"/>
                <w:lang w:val="ro-RO"/>
              </w:rPr>
              <w:t>Proiect nr. / cod</w:t>
            </w:r>
          </w:p>
          <w:p w14:paraId="0705968E" w14:textId="77777777" w:rsidR="001A0C53" w:rsidRPr="003F1B9E" w:rsidRDefault="001A0C53">
            <w:pPr>
              <w:rPr>
                <w:lang w:val="ro-RO"/>
              </w:rPr>
            </w:pPr>
          </w:p>
        </w:tc>
        <w:tc>
          <w:tcPr>
            <w:tcW w:w="6424" w:type="dxa"/>
            <w:gridSpan w:val="2"/>
          </w:tcPr>
          <w:p w14:paraId="7C6D893E" w14:textId="77777777" w:rsidR="001A0C53" w:rsidRPr="003F1B9E" w:rsidRDefault="00000000">
            <w:pPr>
              <w:rPr>
                <w:lang w:val="ro-RO"/>
              </w:rPr>
            </w:pPr>
            <w:r w:rsidRPr="003F1B9E">
              <w:rPr>
                <w:b/>
                <w:color w:val="0D5F78"/>
                <w:lang w:val="ro-RO"/>
              </w:rPr>
              <w:t>Imobilul</w:t>
            </w:r>
          </w:p>
          <w:p w14:paraId="1137108E" w14:textId="77777777" w:rsidR="001A0C53" w:rsidRPr="003F1B9E" w:rsidRDefault="001A0C53">
            <w:pPr>
              <w:rPr>
                <w:lang w:val="ro-RO"/>
              </w:rPr>
            </w:pPr>
          </w:p>
        </w:tc>
      </w:tr>
    </w:tbl>
    <w:p w14:paraId="1B7E8474" w14:textId="77777777" w:rsidR="001A0C53" w:rsidRPr="003F1B9E" w:rsidRDefault="001A0C5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:rsidRPr="003F1B9E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Pr="003F1B9E" w:rsidRDefault="00000000">
            <w:pPr>
              <w:keepNext/>
              <w:rPr>
                <w:lang w:val="ro-RO"/>
              </w:rPr>
            </w:pPr>
            <w:r w:rsidRPr="003F1B9E">
              <w:rPr>
                <w:b/>
                <w:sz w:val="16"/>
                <w:lang w:val="ro-RO"/>
              </w:rPr>
              <w:t xml:space="preserve"> 2. </w:t>
            </w:r>
            <w:r w:rsidRPr="003F1B9E">
              <w:rPr>
                <w:b/>
                <w:color w:val="000000"/>
                <w:sz w:val="18"/>
                <w:lang w:val="ro-RO"/>
              </w:rPr>
              <w:t>INFORMAREA</w:t>
            </w:r>
          </w:p>
        </w:tc>
      </w:tr>
      <w:tr w:rsidR="001A0C53" w:rsidRPr="003F1B9E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Pr="003F1B9E" w:rsidRDefault="00000000">
            <w:pPr>
              <w:keepNext/>
              <w:spacing w:line="228" w:lineRule="auto"/>
              <w:rPr>
                <w:lang w:val="ro-RO"/>
              </w:rPr>
            </w:pPr>
            <w:r w:rsidRPr="003F1B9E">
              <w:rPr>
                <w:lang w:val="ro-RO"/>
              </w:rPr>
              <w:t>Lucrările care fac obiectul notificării NU se încadrează în categoriile prevăzute la art. 294 din Lege</w:t>
            </w:r>
            <w:r w:rsidR="00290F63" w:rsidRPr="003F1B9E">
              <w:rPr>
                <w:lang w:val="ro-RO"/>
              </w:rPr>
              <w:t>a nr.169/2026</w:t>
            </w:r>
            <w:r w:rsidRPr="003F1B9E">
              <w:rPr>
                <w:lang w:val="ro-RO"/>
              </w:rPr>
              <w:t xml:space="preserve"> și necesită obținerea autorizației de construire.</w:t>
            </w:r>
          </w:p>
        </w:tc>
      </w:tr>
      <w:tr w:rsidR="001A0C53" w:rsidRPr="003F1B9E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Pr="003F1B9E" w:rsidRDefault="00000000">
            <w:pPr>
              <w:keepNext/>
              <w:rPr>
                <w:lang w:val="ro-RO"/>
              </w:rPr>
            </w:pPr>
            <w:r w:rsidRPr="003F1B9E">
              <w:rPr>
                <w:sz w:val="16"/>
                <w:lang w:val="ro-RO"/>
              </w:rPr>
              <w:t xml:space="preserve"> Motivarea încadrării</w:t>
            </w:r>
          </w:p>
        </w:tc>
      </w:tr>
      <w:tr w:rsidR="001A0C53" w:rsidRPr="003F1B9E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Pr="003F1B9E" w:rsidRDefault="001A0C53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7382B824" w14:textId="77777777" w:rsidR="001A0C53" w:rsidRPr="003F1B9E" w:rsidRDefault="001A0C53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78DF37BC" w14:textId="77777777" w:rsidR="001A0C53" w:rsidRPr="003F1B9E" w:rsidRDefault="001A0C53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4DBA1671" w14:textId="77777777" w:rsidR="001A0C53" w:rsidRPr="003F1B9E" w:rsidRDefault="001A0C53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:rsidRPr="003F1B9E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Pr="003F1B9E" w:rsidRDefault="00000000">
            <w:pPr>
              <w:keepNext/>
              <w:rPr>
                <w:lang w:val="ro-RO"/>
              </w:rPr>
            </w:pPr>
            <w:r w:rsidRPr="003F1B9E">
              <w:rPr>
                <w:b/>
                <w:sz w:val="16"/>
                <w:lang w:val="ro-RO"/>
              </w:rPr>
              <w:t xml:space="preserve"> 3. </w:t>
            </w:r>
            <w:r w:rsidRPr="003F1B9E">
              <w:rPr>
                <w:b/>
                <w:color w:val="000000"/>
                <w:sz w:val="18"/>
                <w:lang w:val="ro-RO"/>
              </w:rPr>
              <w:t>SEMNĂTURA</w:t>
            </w:r>
          </w:p>
        </w:tc>
      </w:tr>
      <w:tr w:rsidR="001A0C53" w:rsidRPr="003F1B9E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Pr="003F1B9E" w:rsidRDefault="00000000">
            <w:pPr>
              <w:rPr>
                <w:lang w:val="ro-RO"/>
              </w:rPr>
            </w:pPr>
            <w:r w:rsidRPr="003F1B9E">
              <w:rPr>
                <w:b/>
                <w:color w:val="0D5F78"/>
                <w:lang w:val="ro-RO"/>
              </w:rPr>
              <w:t xml:space="preserve">Reprezentantul autorității — numele </w:t>
            </w:r>
          </w:p>
          <w:p w14:paraId="4CDCF2FE" w14:textId="227DB229" w:rsidR="001A0C53" w:rsidRPr="003F1B9E" w:rsidRDefault="00F03913">
            <w:pPr>
              <w:rPr>
                <w:lang w:val="ro-RO"/>
              </w:rPr>
            </w:pPr>
            <w:r>
              <w:rPr>
                <w:lang w:val="ro-RO"/>
              </w:rPr>
              <w:t>VASILE MARIAN</w:t>
            </w:r>
          </w:p>
        </w:tc>
        <w:tc>
          <w:tcPr>
            <w:tcW w:w="2409" w:type="dxa"/>
          </w:tcPr>
          <w:p w14:paraId="5362DCF4" w14:textId="77777777" w:rsidR="001A0C53" w:rsidRPr="003F1B9E" w:rsidRDefault="00000000">
            <w:pPr>
              <w:rPr>
                <w:lang w:val="ro-RO"/>
              </w:rPr>
            </w:pPr>
            <w:r w:rsidRPr="003F1B9E">
              <w:rPr>
                <w:b/>
                <w:color w:val="0D5F78"/>
                <w:lang w:val="ro-RO"/>
              </w:rPr>
              <w:t>Data</w:t>
            </w:r>
          </w:p>
          <w:p w14:paraId="12C35EF3" w14:textId="77777777" w:rsidR="001A0C53" w:rsidRPr="003F1B9E" w:rsidRDefault="001A0C53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6C1E4FBD" w14:textId="3985B498" w:rsidR="001A0C53" w:rsidRPr="003F1B9E" w:rsidRDefault="00290F63">
            <w:pPr>
              <w:rPr>
                <w:lang w:val="ro-RO"/>
              </w:rPr>
            </w:pPr>
            <w:r w:rsidRPr="003F1B9E">
              <w:rPr>
                <w:b/>
                <w:color w:val="0D5F78"/>
                <w:lang w:val="ro-RO"/>
              </w:rPr>
              <w:t>Semnatura</w:t>
            </w:r>
          </w:p>
          <w:p w14:paraId="61E60017" w14:textId="77777777" w:rsidR="001A0C53" w:rsidRPr="003F1B9E" w:rsidRDefault="001A0C53">
            <w:pPr>
              <w:rPr>
                <w:lang w:val="ro-RO"/>
              </w:rPr>
            </w:pPr>
          </w:p>
        </w:tc>
      </w:tr>
    </w:tbl>
    <w:p w14:paraId="0B7E368F" w14:textId="77777777" w:rsidR="001A0C53" w:rsidRPr="003F1B9E" w:rsidRDefault="001A0C53">
      <w:pPr>
        <w:spacing w:line="168" w:lineRule="auto"/>
        <w:rPr>
          <w:lang w:val="ro-RO"/>
        </w:rPr>
      </w:pPr>
    </w:p>
    <w:sectPr w:rsidR="001A0C53" w:rsidRPr="003F1B9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497E2" w14:textId="77777777" w:rsidR="00326CB8" w:rsidRDefault="00326CB8">
      <w:r>
        <w:separator/>
      </w:r>
    </w:p>
  </w:endnote>
  <w:endnote w:type="continuationSeparator" w:id="0">
    <w:p w14:paraId="71439080" w14:textId="77777777" w:rsidR="00326CB8" w:rsidRDefault="00326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>F_NOT_04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5694A" w14:textId="77777777" w:rsidR="00326CB8" w:rsidRDefault="00326CB8">
      <w:r>
        <w:separator/>
      </w:r>
    </w:p>
  </w:footnote>
  <w:footnote w:type="continuationSeparator" w:id="0">
    <w:p w14:paraId="08363B67" w14:textId="77777777" w:rsidR="00326CB8" w:rsidRDefault="00326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0C53"/>
    <w:rsid w:val="00290F63"/>
    <w:rsid w:val="0029639D"/>
    <w:rsid w:val="002E74BD"/>
    <w:rsid w:val="00326CB8"/>
    <w:rsid w:val="00326F90"/>
    <w:rsid w:val="003F1B9E"/>
    <w:rsid w:val="004E7DF2"/>
    <w:rsid w:val="006062AF"/>
    <w:rsid w:val="006C103E"/>
    <w:rsid w:val="006D3AEC"/>
    <w:rsid w:val="00924D74"/>
    <w:rsid w:val="00AA0DDF"/>
    <w:rsid w:val="00AA1D8D"/>
    <w:rsid w:val="00AB207E"/>
    <w:rsid w:val="00AB3EBC"/>
    <w:rsid w:val="00AF59B9"/>
    <w:rsid w:val="00B47730"/>
    <w:rsid w:val="00CB0664"/>
    <w:rsid w:val="00E25259"/>
    <w:rsid w:val="00E44460"/>
    <w:rsid w:val="00E61A6B"/>
    <w:rsid w:val="00E71288"/>
    <w:rsid w:val="00F03913"/>
    <w:rsid w:val="00FB42CD"/>
    <w:rsid w:val="00FC693F"/>
    <w:rsid w:val="00FE6A04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7</cp:revision>
  <dcterms:created xsi:type="dcterms:W3CDTF">2013-12-23T23:15:00Z</dcterms:created>
  <dcterms:modified xsi:type="dcterms:W3CDTF">2026-09-24T09:34:00Z</dcterms:modified>
  <cp:category/>
</cp:coreProperties>
</file>