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D5787F" w:rsidRPr="00C01E58" w14:paraId="53CA94E7" w14:textId="77777777" w:rsidTr="00E02CFA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2ABC64AC" w14:textId="3BF43886" w:rsidR="00D5787F" w:rsidRPr="00C01E58" w:rsidRDefault="00D5787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186EF05B" w14:textId="77777777" w:rsidR="00D5787F" w:rsidRPr="00C01E58" w:rsidRDefault="00D5787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73078CAD" w14:textId="77777777" w:rsidR="00D5787F" w:rsidRDefault="00D5787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71920E" wp14:editId="45FD1D25">
                      <wp:simplePos x="0" y="0"/>
                      <wp:positionH relativeFrom="column">
                        <wp:posOffset>-72283</wp:posOffset>
                      </wp:positionH>
                      <wp:positionV relativeFrom="page">
                        <wp:posOffset>1036708</wp:posOffset>
                      </wp:positionV>
                      <wp:extent cx="1495994" cy="472440"/>
                      <wp:effectExtent l="0" t="0" r="0" b="381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472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0DD898" w14:textId="77777777" w:rsidR="00D5787F" w:rsidRDefault="00D5787F" w:rsidP="00D5787F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2E76C89" w14:textId="0A7AE9CD" w:rsidR="00D5787F" w:rsidRPr="00072389" w:rsidRDefault="003750E0" w:rsidP="00D5787F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 xml:space="preserve">COMUNA STUDINA </w:t>
                                  </w:r>
                                  <w:r w:rsidR="00D5787F"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533B7320" w14:textId="77777777" w:rsidR="00D5787F" w:rsidRPr="00F37AD5" w:rsidRDefault="00D5787F" w:rsidP="00D5787F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71920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7pt;margin-top:81.65pt;width:117.8pt;height:3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" filled="f" stroked="f">
                      <v:textbox inset=",0">
                        <w:txbxContent>
                          <w:p w14:paraId="1A0DD898" w14:textId="77777777" w:rsidR="00D5787F" w:rsidRDefault="00D5787F" w:rsidP="00D5787F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</w:p>
                          <w:p w14:paraId="12E76C89" w14:textId="0A7AE9CD" w:rsidR="00D5787F" w:rsidRPr="00072389" w:rsidRDefault="003750E0" w:rsidP="00D5787F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 xml:space="preserve">COMUNA STUDINA </w:t>
                            </w:r>
                            <w:r w:rsidR="00D5787F"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533B7320" w14:textId="77777777" w:rsidR="00D5787F" w:rsidRPr="00F37AD5" w:rsidRDefault="00D5787F" w:rsidP="00D5787F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03ACBCD7" w14:textId="77777777" w:rsidR="00D5787F" w:rsidRPr="00C01E58" w:rsidRDefault="00D5787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14D53E7A" w14:textId="77777777" w:rsidR="00D5787F" w:rsidRPr="00C01E58" w:rsidRDefault="00D5787F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D5787F" w:rsidRPr="00C01E58" w14:paraId="5C97E156" w14:textId="77777777" w:rsidTr="00E02CFA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1DBF3FCE" w14:textId="77777777" w:rsidR="00D5787F" w:rsidRPr="00C01E58" w:rsidRDefault="00D5787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4CFF8C2A" w14:textId="77777777" w:rsidR="00D5787F" w:rsidRPr="00C01E58" w:rsidRDefault="00D5787F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02B1084B" w14:textId="751EDC3E" w:rsidR="00D5787F" w:rsidRPr="00C01E58" w:rsidRDefault="00D5787F" w:rsidP="00E02CFA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</w:t>
            </w:r>
            <w:r w:rsidR="003750E0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MUNA STUDINA</w:t>
            </w: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OLT</w:t>
            </w:r>
          </w:p>
        </w:tc>
      </w:tr>
      <w:tr w:rsidR="00D5787F" w:rsidRPr="00C01E58" w14:paraId="48F9BEE3" w14:textId="77777777" w:rsidTr="00E02CFA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49AC9402" w14:textId="77777777" w:rsidR="00D5787F" w:rsidRPr="00C01E58" w:rsidRDefault="00D5787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7CB6F38E" w14:textId="77777777" w:rsidR="00D5787F" w:rsidRPr="00C01E58" w:rsidRDefault="00D5787F" w:rsidP="00E02CFA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11AA7ED5" w14:textId="0DEDD15D" w:rsidR="00D5787F" w:rsidRPr="00C01E58" w:rsidRDefault="00D5787F" w:rsidP="00E02CFA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3750E0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54D068C0" w14:textId="77777777" w:rsidR="00D5787F" w:rsidRPr="00C01E58" w:rsidRDefault="00D5787F" w:rsidP="00E02CFA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09CCFEA4" w14:textId="77777777" w:rsidR="003750E0" w:rsidRPr="003750E0" w:rsidRDefault="003750E0" w:rsidP="003750E0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3750E0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18519CDE" w14:textId="77777777" w:rsidR="003750E0" w:rsidRPr="003750E0" w:rsidRDefault="003750E0" w:rsidP="003750E0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3750E0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209681AE" w14:textId="0DFBA879" w:rsidR="00D5787F" w:rsidRPr="00C01E58" w:rsidRDefault="003750E0" w:rsidP="003750E0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3750E0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D5787F" w:rsidRPr="00C01E58" w14:paraId="59102454" w14:textId="77777777" w:rsidTr="00E02CFA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301CD9AA" w14:textId="77777777" w:rsidR="00D5787F" w:rsidRPr="00C01E58" w:rsidRDefault="00D5787F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5DD7285F" w14:textId="77777777" w:rsidR="00D5787F" w:rsidRPr="00C01E58" w:rsidRDefault="00D5787F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2234A7A5" w14:textId="77777777" w:rsidR="00D5787F" w:rsidRPr="00C01E58" w:rsidRDefault="00D5787F" w:rsidP="00E02CFA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D5787F" w:rsidRPr="00C01E58" w14:paraId="720F7C80" w14:textId="77777777" w:rsidTr="00E02CFA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5B4E9DFB" w14:textId="77777777" w:rsidR="00D5787F" w:rsidRPr="00C01E58" w:rsidRDefault="00D5787F" w:rsidP="00E02CFA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04C23BE6" w14:textId="77777777" w:rsidR="009E1767" w:rsidRPr="00977118" w:rsidRDefault="009E1767">
      <w:pPr>
        <w:spacing w:line="168" w:lineRule="auto"/>
        <w:rPr>
          <w:lang w:val="ro-RO"/>
        </w:rPr>
      </w:pPr>
    </w:p>
    <w:p w14:paraId="2A80A2F3" w14:textId="77777777" w:rsidR="009E1767" w:rsidRPr="00977118" w:rsidRDefault="00000000">
      <w:pPr>
        <w:spacing w:before="140" w:after="40"/>
        <w:jc w:val="center"/>
        <w:rPr>
          <w:sz w:val="28"/>
          <w:szCs w:val="28"/>
          <w:lang w:val="ro-RO"/>
        </w:rPr>
      </w:pPr>
      <w:r w:rsidRPr="00977118">
        <w:rPr>
          <w:b/>
          <w:sz w:val="28"/>
          <w:szCs w:val="28"/>
          <w:lang w:val="ro-RO"/>
        </w:rPr>
        <w:t>EXTRAS / DOVADĂ</w:t>
      </w:r>
    </w:p>
    <w:p w14:paraId="23F80731" w14:textId="77777777" w:rsidR="009E1767" w:rsidRPr="00977118" w:rsidRDefault="00000000">
      <w:pPr>
        <w:spacing w:after="120"/>
        <w:jc w:val="center"/>
        <w:rPr>
          <w:lang w:val="ro-RO"/>
        </w:rPr>
      </w:pPr>
      <w:r w:rsidRPr="00977118">
        <w:rPr>
          <w:sz w:val="19"/>
          <w:lang w:val="ro-RO"/>
        </w:rPr>
        <w:t>privind împlinirea termenului și stadiul procedurii notificării</w:t>
      </w:r>
    </w:p>
    <w:p w14:paraId="7D389E24" w14:textId="77777777" w:rsidR="009E1767" w:rsidRPr="00977118" w:rsidRDefault="009E1767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E1767" w:rsidRPr="00977118" w14:paraId="2B0F643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017C5E4" w14:textId="77777777" w:rsidR="009E1767" w:rsidRPr="00977118" w:rsidRDefault="00000000">
            <w:pPr>
              <w:keepNext/>
              <w:rPr>
                <w:lang w:val="ro-RO"/>
              </w:rPr>
            </w:pPr>
            <w:r w:rsidRPr="00977118">
              <w:rPr>
                <w:b/>
                <w:sz w:val="16"/>
                <w:lang w:val="ro-RO"/>
              </w:rPr>
              <w:t xml:space="preserve"> 1. </w:t>
            </w:r>
            <w:r w:rsidRPr="00977118">
              <w:rPr>
                <w:b/>
                <w:color w:val="000000"/>
                <w:sz w:val="18"/>
                <w:lang w:val="ro-RO"/>
              </w:rPr>
              <w:t>REFERINȚE</w:t>
            </w:r>
          </w:p>
        </w:tc>
      </w:tr>
      <w:tr w:rsidR="009E1767" w:rsidRPr="00977118" w14:paraId="5E30F928" w14:textId="77777777">
        <w:trPr>
          <w:cantSplit/>
          <w:trHeight w:val="510"/>
        </w:trPr>
        <w:tc>
          <w:tcPr>
            <w:tcW w:w="2409" w:type="dxa"/>
          </w:tcPr>
          <w:p w14:paraId="08846827" w14:textId="77777777" w:rsidR="009E1767" w:rsidRPr="00977118" w:rsidRDefault="00000000">
            <w:pPr>
              <w:keepNext/>
              <w:rPr>
                <w:lang w:val="ro-RO"/>
              </w:rPr>
            </w:pPr>
            <w:r w:rsidRPr="00977118">
              <w:rPr>
                <w:b/>
                <w:color w:val="0D5F78"/>
                <w:lang w:val="ro-RO"/>
              </w:rPr>
              <w:t>Notificarea nr.</w:t>
            </w:r>
          </w:p>
          <w:p w14:paraId="5A9C5CEF" w14:textId="77777777" w:rsidR="009E1767" w:rsidRPr="00977118" w:rsidRDefault="009E1767">
            <w:pPr>
              <w:keepNext/>
              <w:rPr>
                <w:lang w:val="ro-RO"/>
              </w:rPr>
            </w:pPr>
          </w:p>
        </w:tc>
        <w:tc>
          <w:tcPr>
            <w:tcW w:w="2409" w:type="dxa"/>
            <w:gridSpan w:val="2"/>
          </w:tcPr>
          <w:p w14:paraId="3BA62294" w14:textId="77777777" w:rsidR="009E1767" w:rsidRPr="00977118" w:rsidRDefault="00000000">
            <w:pPr>
              <w:keepNext/>
              <w:rPr>
                <w:lang w:val="ro-RO"/>
              </w:rPr>
            </w:pPr>
            <w:r w:rsidRPr="00977118">
              <w:rPr>
                <w:b/>
                <w:color w:val="0D5F78"/>
                <w:lang w:val="ro-RO"/>
              </w:rPr>
              <w:t>din data</w:t>
            </w:r>
          </w:p>
          <w:p w14:paraId="6F8954DD" w14:textId="77777777" w:rsidR="009E1767" w:rsidRPr="00977118" w:rsidRDefault="009E1767">
            <w:pPr>
              <w:keepNext/>
              <w:rPr>
                <w:lang w:val="ro-RO"/>
              </w:rPr>
            </w:pPr>
          </w:p>
        </w:tc>
        <w:tc>
          <w:tcPr>
            <w:tcW w:w="4818" w:type="dxa"/>
          </w:tcPr>
          <w:p w14:paraId="02899EF8" w14:textId="77777777" w:rsidR="009E1767" w:rsidRPr="00977118" w:rsidRDefault="00000000">
            <w:pPr>
              <w:keepNext/>
              <w:rPr>
                <w:lang w:val="ro-RO"/>
              </w:rPr>
            </w:pPr>
            <w:r w:rsidRPr="00977118">
              <w:rPr>
                <w:b/>
                <w:color w:val="0D5F78"/>
                <w:lang w:val="ro-RO"/>
              </w:rPr>
              <w:t>a beneficiarului</w:t>
            </w:r>
          </w:p>
          <w:p w14:paraId="74A44D28" w14:textId="77777777" w:rsidR="009E1767" w:rsidRPr="00977118" w:rsidRDefault="009E1767">
            <w:pPr>
              <w:keepNext/>
              <w:rPr>
                <w:lang w:val="ro-RO"/>
              </w:rPr>
            </w:pPr>
          </w:p>
        </w:tc>
      </w:tr>
      <w:tr w:rsidR="009E1767" w:rsidRPr="00977118" w14:paraId="7D8172E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7D36D98" w14:textId="77777777" w:rsidR="009E1767" w:rsidRPr="00977118" w:rsidRDefault="00000000">
            <w:pPr>
              <w:rPr>
                <w:lang w:val="ro-RO"/>
              </w:rPr>
            </w:pPr>
            <w:r w:rsidRPr="00977118">
              <w:rPr>
                <w:b/>
                <w:color w:val="0D5F78"/>
                <w:lang w:val="ro-RO"/>
              </w:rPr>
              <w:t>Proiect nr. / cod</w:t>
            </w:r>
          </w:p>
          <w:p w14:paraId="25200F93" w14:textId="77777777" w:rsidR="009E1767" w:rsidRPr="00977118" w:rsidRDefault="009E1767">
            <w:pPr>
              <w:rPr>
                <w:lang w:val="ro-RO"/>
              </w:rPr>
            </w:pPr>
          </w:p>
        </w:tc>
        <w:tc>
          <w:tcPr>
            <w:tcW w:w="6424" w:type="dxa"/>
            <w:gridSpan w:val="2"/>
          </w:tcPr>
          <w:p w14:paraId="5A024C73" w14:textId="77777777" w:rsidR="009E1767" w:rsidRPr="00977118" w:rsidRDefault="00000000">
            <w:pPr>
              <w:rPr>
                <w:lang w:val="ro-RO"/>
              </w:rPr>
            </w:pPr>
            <w:r w:rsidRPr="00977118">
              <w:rPr>
                <w:b/>
                <w:color w:val="0D5F78"/>
                <w:lang w:val="ro-RO"/>
              </w:rPr>
              <w:t>Imobilul</w:t>
            </w:r>
          </w:p>
          <w:p w14:paraId="253BADA6" w14:textId="77777777" w:rsidR="009E1767" w:rsidRPr="00977118" w:rsidRDefault="009E1767">
            <w:pPr>
              <w:rPr>
                <w:lang w:val="ro-RO"/>
              </w:rPr>
            </w:pPr>
          </w:p>
        </w:tc>
      </w:tr>
    </w:tbl>
    <w:p w14:paraId="6A22BBB9" w14:textId="77777777" w:rsidR="009E1767" w:rsidRPr="00977118" w:rsidRDefault="009E1767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9E1767" w:rsidRPr="00977118" w14:paraId="7DFA4C2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18888F0" w14:textId="77777777" w:rsidR="009E1767" w:rsidRPr="00977118" w:rsidRDefault="00000000">
            <w:pPr>
              <w:keepNext/>
              <w:rPr>
                <w:lang w:val="ro-RO"/>
              </w:rPr>
            </w:pPr>
            <w:r w:rsidRPr="00977118">
              <w:rPr>
                <w:b/>
                <w:sz w:val="16"/>
                <w:lang w:val="ro-RO"/>
              </w:rPr>
              <w:t xml:space="preserve"> 2. </w:t>
            </w:r>
            <w:r w:rsidRPr="00977118">
              <w:rPr>
                <w:b/>
                <w:color w:val="000000"/>
                <w:sz w:val="18"/>
                <w:lang w:val="ro-RO"/>
              </w:rPr>
              <w:t>EXTRASUL</w:t>
            </w:r>
          </w:p>
        </w:tc>
      </w:tr>
      <w:tr w:rsidR="009E1767" w:rsidRPr="00977118" w14:paraId="6ACEF0D5" w14:textId="77777777">
        <w:trPr>
          <w:cantSplit/>
        </w:trPr>
        <w:tc>
          <w:tcPr>
            <w:tcW w:w="9636" w:type="dxa"/>
            <w:gridSpan w:val="2"/>
          </w:tcPr>
          <w:p w14:paraId="0647923E" w14:textId="649CDA9A" w:rsidR="009E1767" w:rsidRPr="00977118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465573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7118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977118" w:rsidRPr="00977118">
              <w:rPr>
                <w:sz w:val="16"/>
                <w:lang w:val="ro-RO"/>
              </w:rPr>
              <w:t xml:space="preserve"> termenul s-a împlinit fără solicitare de clarificări — lucrările POT ÎNCEPE (acord tacit)</w:t>
            </w:r>
          </w:p>
          <w:p w14:paraId="02C1F891" w14:textId="369CC443" w:rsidR="009E1767" w:rsidRPr="00977118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797139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7118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977118" w:rsidRPr="00977118">
              <w:rPr>
                <w:sz w:val="16"/>
                <w:lang w:val="ro-RO"/>
              </w:rPr>
              <w:t xml:space="preserve"> procedura este în clarificare</w:t>
            </w:r>
          </w:p>
          <w:p w14:paraId="66699450" w14:textId="2C870269" w:rsidR="009E1767" w:rsidRPr="00977118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630215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7118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977118" w:rsidRPr="00977118">
              <w:rPr>
                <w:sz w:val="16"/>
                <w:lang w:val="ro-RO"/>
              </w:rPr>
              <w:t xml:space="preserve"> a fost emisă informarea privind necesitatea autorizației</w:t>
            </w:r>
          </w:p>
          <w:p w14:paraId="7B6B9F65" w14:textId="571A28C9" w:rsidR="009E1767" w:rsidRPr="00977118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194351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7118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977118" w:rsidRPr="00977118">
              <w:rPr>
                <w:sz w:val="16"/>
                <w:lang w:val="ro-RO"/>
              </w:rPr>
              <w:t xml:space="preserve"> notificarea a fost respinsă</w:t>
            </w:r>
          </w:p>
        </w:tc>
      </w:tr>
      <w:tr w:rsidR="009E1767" w:rsidRPr="00977118" w14:paraId="6AA045EB" w14:textId="77777777">
        <w:trPr>
          <w:cantSplit/>
          <w:trHeight w:val="510"/>
        </w:trPr>
        <w:tc>
          <w:tcPr>
            <w:tcW w:w="4015" w:type="dxa"/>
          </w:tcPr>
          <w:p w14:paraId="1FFA010F" w14:textId="77777777" w:rsidR="009E1767" w:rsidRPr="00977118" w:rsidRDefault="00000000">
            <w:pPr>
              <w:keepNext/>
              <w:rPr>
                <w:lang w:val="ro-RO"/>
              </w:rPr>
            </w:pPr>
            <w:r w:rsidRPr="00977118">
              <w:rPr>
                <w:b/>
                <w:color w:val="0D5F78"/>
                <w:lang w:val="ro-RO"/>
              </w:rPr>
              <w:t>Data împlinirii termenului</w:t>
            </w:r>
          </w:p>
          <w:p w14:paraId="550762A8" w14:textId="77777777" w:rsidR="009E1767" w:rsidRPr="00977118" w:rsidRDefault="009E1767">
            <w:pPr>
              <w:keepNext/>
              <w:rPr>
                <w:lang w:val="ro-RO"/>
              </w:rPr>
            </w:pPr>
          </w:p>
        </w:tc>
        <w:tc>
          <w:tcPr>
            <w:tcW w:w="5621" w:type="dxa"/>
          </w:tcPr>
          <w:p w14:paraId="1760A871" w14:textId="77777777" w:rsidR="009E1767" w:rsidRPr="00977118" w:rsidRDefault="00000000">
            <w:pPr>
              <w:keepNext/>
              <w:rPr>
                <w:lang w:val="ro-RO"/>
              </w:rPr>
            </w:pPr>
            <w:r w:rsidRPr="00977118">
              <w:rPr>
                <w:b/>
                <w:color w:val="0D5F78"/>
                <w:lang w:val="ro-RO"/>
              </w:rPr>
              <w:t>Termenul de 3 ani pentru realizarea lucrărilor expiră la</w:t>
            </w:r>
          </w:p>
          <w:p w14:paraId="722AAF9E" w14:textId="77777777" w:rsidR="009E1767" w:rsidRPr="00977118" w:rsidRDefault="009E1767">
            <w:pPr>
              <w:keepNext/>
              <w:rPr>
                <w:lang w:val="ro-RO"/>
              </w:rPr>
            </w:pPr>
          </w:p>
        </w:tc>
      </w:tr>
      <w:tr w:rsidR="009E1767" w:rsidRPr="00977118" w14:paraId="27CC15C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1A73C96" w14:textId="77777777" w:rsidR="009E1767" w:rsidRPr="00977118" w:rsidRDefault="00000000">
            <w:pPr>
              <w:spacing w:line="228" w:lineRule="auto"/>
              <w:rPr>
                <w:lang w:val="ro-RO"/>
              </w:rPr>
            </w:pPr>
            <w:r w:rsidRPr="00977118">
              <w:rPr>
                <w:lang w:val="ro-RO"/>
              </w:rPr>
              <w:t>Prezentul extras atestă stadiul procedurii la data emiterii.</w:t>
            </w:r>
          </w:p>
        </w:tc>
      </w:tr>
    </w:tbl>
    <w:p w14:paraId="5B6BE0C9" w14:textId="77777777" w:rsidR="009E1767" w:rsidRPr="00977118" w:rsidRDefault="009E1767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E1767" w:rsidRPr="00977118" w14:paraId="677318A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49B5E07" w14:textId="77777777" w:rsidR="009E1767" w:rsidRPr="00977118" w:rsidRDefault="00000000">
            <w:pPr>
              <w:keepNext/>
              <w:rPr>
                <w:lang w:val="ro-RO"/>
              </w:rPr>
            </w:pPr>
            <w:r w:rsidRPr="00977118">
              <w:rPr>
                <w:b/>
                <w:sz w:val="16"/>
                <w:lang w:val="ro-RO"/>
              </w:rPr>
              <w:t xml:space="preserve"> 3. </w:t>
            </w:r>
            <w:r w:rsidRPr="00977118">
              <w:rPr>
                <w:b/>
                <w:color w:val="000000"/>
                <w:sz w:val="18"/>
                <w:lang w:val="ro-RO"/>
              </w:rPr>
              <w:t>SEMNĂTURA</w:t>
            </w:r>
          </w:p>
        </w:tc>
      </w:tr>
      <w:tr w:rsidR="009E1767" w:rsidRPr="00977118" w14:paraId="503D36D5" w14:textId="77777777">
        <w:trPr>
          <w:cantSplit/>
          <w:trHeight w:val="510"/>
        </w:trPr>
        <w:tc>
          <w:tcPr>
            <w:tcW w:w="5621" w:type="dxa"/>
          </w:tcPr>
          <w:p w14:paraId="45864810" w14:textId="64D964DB" w:rsidR="009E1767" w:rsidRPr="00977118" w:rsidRDefault="00000000">
            <w:pPr>
              <w:rPr>
                <w:lang w:val="ro-RO"/>
              </w:rPr>
            </w:pPr>
            <w:r w:rsidRPr="00977118">
              <w:rPr>
                <w:b/>
                <w:color w:val="0D5F78"/>
                <w:lang w:val="ro-RO"/>
              </w:rPr>
              <w:t>Reprezentantul autorității — numele</w:t>
            </w:r>
          </w:p>
          <w:p w14:paraId="4B8775E3" w14:textId="1222D92F" w:rsidR="009E1767" w:rsidRPr="00977118" w:rsidRDefault="00B53408">
            <w:pPr>
              <w:rPr>
                <w:lang w:val="ro-RO"/>
              </w:rPr>
            </w:pPr>
            <w:r>
              <w:rPr>
                <w:lang w:val="ro-RO"/>
              </w:rPr>
              <w:t>VASILE MARIAN</w:t>
            </w:r>
          </w:p>
        </w:tc>
        <w:tc>
          <w:tcPr>
            <w:tcW w:w="2409" w:type="dxa"/>
          </w:tcPr>
          <w:p w14:paraId="26C26AC5" w14:textId="77777777" w:rsidR="009E1767" w:rsidRPr="00977118" w:rsidRDefault="00000000">
            <w:pPr>
              <w:rPr>
                <w:lang w:val="ro-RO"/>
              </w:rPr>
            </w:pPr>
            <w:r w:rsidRPr="00977118">
              <w:rPr>
                <w:b/>
                <w:color w:val="0D5F78"/>
                <w:lang w:val="ro-RO"/>
              </w:rPr>
              <w:t>Data</w:t>
            </w:r>
          </w:p>
          <w:p w14:paraId="0B86D139" w14:textId="77777777" w:rsidR="009E1767" w:rsidRPr="00977118" w:rsidRDefault="009E1767">
            <w:pPr>
              <w:rPr>
                <w:lang w:val="ro-RO"/>
              </w:rPr>
            </w:pPr>
          </w:p>
        </w:tc>
        <w:tc>
          <w:tcPr>
            <w:tcW w:w="1606" w:type="dxa"/>
          </w:tcPr>
          <w:p w14:paraId="1D50CF4B" w14:textId="77777777" w:rsidR="00DD1C8B" w:rsidRPr="00977118" w:rsidRDefault="00DD1C8B" w:rsidP="00DD1C8B">
            <w:pPr>
              <w:rPr>
                <w:lang w:val="ro-RO"/>
              </w:rPr>
            </w:pPr>
            <w:r w:rsidRPr="00977118">
              <w:rPr>
                <w:b/>
                <w:color w:val="0D5F78"/>
                <w:lang w:val="ro-RO"/>
              </w:rPr>
              <w:t>semnătura</w:t>
            </w:r>
          </w:p>
          <w:p w14:paraId="4E154063" w14:textId="57601D4C" w:rsidR="009E1767" w:rsidRPr="00977118" w:rsidRDefault="009E1767">
            <w:pPr>
              <w:rPr>
                <w:lang w:val="ro-RO"/>
              </w:rPr>
            </w:pPr>
          </w:p>
          <w:p w14:paraId="2053F726" w14:textId="77777777" w:rsidR="009E1767" w:rsidRPr="00977118" w:rsidRDefault="009E1767">
            <w:pPr>
              <w:rPr>
                <w:lang w:val="ro-RO"/>
              </w:rPr>
            </w:pPr>
          </w:p>
        </w:tc>
      </w:tr>
    </w:tbl>
    <w:p w14:paraId="576D74E6" w14:textId="77777777" w:rsidR="009E1767" w:rsidRPr="00977118" w:rsidRDefault="009E1767">
      <w:pPr>
        <w:spacing w:line="168" w:lineRule="auto"/>
        <w:rPr>
          <w:lang w:val="ro-RO"/>
        </w:rPr>
      </w:pPr>
    </w:p>
    <w:sectPr w:rsidR="009E1767" w:rsidRPr="00977118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3699F" w14:textId="77777777" w:rsidR="001E76D0" w:rsidRDefault="001E76D0">
      <w:r>
        <w:separator/>
      </w:r>
    </w:p>
  </w:endnote>
  <w:endnote w:type="continuationSeparator" w:id="0">
    <w:p w14:paraId="0EFC4DA0" w14:textId="77777777" w:rsidR="001E76D0" w:rsidRDefault="001E7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753C" w14:textId="77777777" w:rsidR="009E1767" w:rsidRDefault="00000000">
    <w:pPr>
      <w:pStyle w:val="Subsol"/>
      <w:tabs>
        <w:tab w:val="right" w:pos="9639"/>
      </w:tabs>
    </w:pPr>
    <w:r>
      <w:rPr>
        <w:color w:val="595959"/>
      </w:rPr>
      <w:t>F_NOT_06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8A176" w14:textId="77777777" w:rsidR="001E76D0" w:rsidRDefault="001E76D0">
      <w:r>
        <w:separator/>
      </w:r>
    </w:p>
  </w:footnote>
  <w:footnote w:type="continuationSeparator" w:id="0">
    <w:p w14:paraId="4C47D434" w14:textId="77777777" w:rsidR="001E76D0" w:rsidRDefault="001E7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5582251">
    <w:abstractNumId w:val="8"/>
  </w:num>
  <w:num w:numId="2" w16cid:durableId="2146384547">
    <w:abstractNumId w:val="6"/>
  </w:num>
  <w:num w:numId="3" w16cid:durableId="2114784666">
    <w:abstractNumId w:val="5"/>
  </w:num>
  <w:num w:numId="4" w16cid:durableId="189612446">
    <w:abstractNumId w:val="4"/>
  </w:num>
  <w:num w:numId="5" w16cid:durableId="1033573531">
    <w:abstractNumId w:val="7"/>
  </w:num>
  <w:num w:numId="6" w16cid:durableId="1338074008">
    <w:abstractNumId w:val="3"/>
  </w:num>
  <w:num w:numId="7" w16cid:durableId="1589845733">
    <w:abstractNumId w:val="2"/>
  </w:num>
  <w:num w:numId="8" w16cid:durableId="1352343023">
    <w:abstractNumId w:val="1"/>
  </w:num>
  <w:num w:numId="9" w16cid:durableId="129355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5DA1"/>
    <w:rsid w:val="001E76D0"/>
    <w:rsid w:val="0029639D"/>
    <w:rsid w:val="00326F90"/>
    <w:rsid w:val="003750E0"/>
    <w:rsid w:val="004E7DF2"/>
    <w:rsid w:val="0058722E"/>
    <w:rsid w:val="006C103E"/>
    <w:rsid w:val="006D3AEC"/>
    <w:rsid w:val="00835470"/>
    <w:rsid w:val="009414EF"/>
    <w:rsid w:val="00977118"/>
    <w:rsid w:val="009E1767"/>
    <w:rsid w:val="009F26D2"/>
    <w:rsid w:val="00A14E43"/>
    <w:rsid w:val="00A462EA"/>
    <w:rsid w:val="00AA1D8D"/>
    <w:rsid w:val="00AE1273"/>
    <w:rsid w:val="00B47730"/>
    <w:rsid w:val="00B53408"/>
    <w:rsid w:val="00CB0664"/>
    <w:rsid w:val="00CC297D"/>
    <w:rsid w:val="00D5787F"/>
    <w:rsid w:val="00DD1C8B"/>
    <w:rsid w:val="00E61A6B"/>
    <w:rsid w:val="00EA571B"/>
    <w:rsid w:val="00FB30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EF22C0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144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Asus2</cp:lastModifiedBy>
  <cp:revision>8</cp:revision>
  <dcterms:created xsi:type="dcterms:W3CDTF">2013-12-23T23:15:00Z</dcterms:created>
  <dcterms:modified xsi:type="dcterms:W3CDTF">2026-09-24T09:35:00Z</dcterms:modified>
  <cp:category/>
</cp:coreProperties>
</file>