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BB70" w14:textId="77777777" w:rsidR="00E25052" w:rsidRPr="00C01E58" w:rsidRDefault="00E25052">
      <w:pPr>
        <w:spacing w:line="168" w:lineRule="auto"/>
        <w:rPr>
          <w:lang w:val="ro-RO"/>
        </w:rPr>
      </w:pPr>
    </w:p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AD7558" w:rsidRPr="00C01E58" w14:paraId="0A146AB7" w14:textId="77777777" w:rsidTr="00BF56D5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7F5186B0" w14:textId="1226A633" w:rsidR="00AD7558" w:rsidRPr="00C01E58" w:rsidRDefault="00AD7558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75A8FF87" w14:textId="77777777" w:rsidR="00AD7558" w:rsidRPr="00C01E58" w:rsidRDefault="00AD7558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7A77F1D6" w14:textId="54146BBB" w:rsidR="00072389" w:rsidRDefault="00072389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07DABE" wp14:editId="148B6006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942340</wp:posOffset>
                      </wp:positionV>
                      <wp:extent cx="1495994" cy="563880"/>
                      <wp:effectExtent l="0" t="0" r="0" b="762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63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B9F7E9" w14:textId="77777777" w:rsidR="00072389" w:rsidRDefault="00072389" w:rsidP="00AD7558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EE1D73B" w14:textId="63649272" w:rsidR="00AD7558" w:rsidRPr="00072389" w:rsidRDefault="00194721" w:rsidP="00AD7558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</w:t>
                                  </w:r>
                                  <w:r w:rsidR="00FD6723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590AA54F" w14:textId="77777777" w:rsidR="00AD7558" w:rsidRPr="00072389" w:rsidRDefault="00AD7558" w:rsidP="00AD7558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0874AE5B" w14:textId="77777777" w:rsidR="00AD7558" w:rsidRPr="00F37AD5" w:rsidRDefault="00AD7558" w:rsidP="00AD755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07DA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4.2pt;width:117.8pt;height:4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" filled="f" stroked="f">
                      <v:textbox inset=",0">
                        <w:txbxContent>
                          <w:p w14:paraId="2CB9F7E9" w14:textId="77777777" w:rsidR="00072389" w:rsidRDefault="00072389" w:rsidP="00AD7558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1EE1D73B" w14:textId="63649272" w:rsidR="00AD7558" w:rsidRPr="00072389" w:rsidRDefault="00194721" w:rsidP="00AD7558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</w:t>
                            </w:r>
                            <w:r w:rsidR="00FD6723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</w:p>
                          <w:p w14:paraId="590AA54F" w14:textId="77777777" w:rsidR="00AD7558" w:rsidRPr="00072389" w:rsidRDefault="00AD7558" w:rsidP="00AD7558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0874AE5B" w14:textId="77777777" w:rsidR="00AD7558" w:rsidRPr="00F37AD5" w:rsidRDefault="00AD7558" w:rsidP="00AD755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F5FC5F7" w14:textId="292D90B0" w:rsidR="00AD7558" w:rsidRPr="00C01E58" w:rsidRDefault="00AD7558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483A9289" w14:textId="77777777" w:rsidR="00AD7558" w:rsidRPr="00C01E58" w:rsidRDefault="00AD7558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AD7558" w:rsidRPr="00C01E58" w14:paraId="2441D4A2" w14:textId="77777777" w:rsidTr="00BF56D5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4C4E92E5" w14:textId="77777777" w:rsidR="00AD7558" w:rsidRPr="00C01E58" w:rsidRDefault="00AD7558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7D663FAB" w14:textId="77777777" w:rsidR="00AD7558" w:rsidRPr="00C01E58" w:rsidRDefault="00AD7558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56A57336" w14:textId="36FFED47" w:rsidR="00AD7558" w:rsidRPr="00C01E58" w:rsidRDefault="00194721" w:rsidP="00BF56D5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</w:t>
            </w:r>
            <w:r w:rsidR="00FD6723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</w:t>
            </w:r>
            <w:r w:rsidR="00AD7558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AD7558" w:rsidRPr="00C01E58" w14:paraId="6456308F" w14:textId="77777777" w:rsidTr="00BF56D5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0C87018D" w14:textId="77777777" w:rsidR="00AD7558" w:rsidRPr="00C01E58" w:rsidRDefault="00AD7558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325348A1" w14:textId="77777777" w:rsidR="00AD7558" w:rsidRPr="00C01E58" w:rsidRDefault="00AD7558" w:rsidP="00BF56D5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40160A20" w14:textId="1AF8C5BF" w:rsidR="00AD7558" w:rsidRPr="00C01E58" w:rsidRDefault="00AD7558" w:rsidP="00BF56D5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143BD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288F4BF6" w14:textId="77777777" w:rsidR="00AD7558" w:rsidRPr="00C01E58" w:rsidRDefault="00AD7558" w:rsidP="00BF56D5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234D608A" w14:textId="5A9928B0" w:rsidR="00FD6723" w:rsidRPr="00FD6723" w:rsidRDefault="00FD6723" w:rsidP="00FD6723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FD672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6A7D48CD" w14:textId="77777777" w:rsidR="00FD6723" w:rsidRPr="00FD6723" w:rsidRDefault="00FD6723" w:rsidP="00FD6723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FD672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432101FD" w14:textId="635EC2ED" w:rsidR="00AD7558" w:rsidRPr="00C01E58" w:rsidRDefault="00FD6723" w:rsidP="00FD6723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FD672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AD7558" w:rsidRPr="00C01E58" w14:paraId="2063CE4F" w14:textId="77777777" w:rsidTr="00BF56D5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5991BC22" w14:textId="77777777" w:rsidR="00AD7558" w:rsidRPr="00C01E58" w:rsidRDefault="00AD7558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46EB4A8E" w14:textId="77777777" w:rsidR="00AD7558" w:rsidRPr="00C01E58" w:rsidRDefault="00AD7558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4B97FA22" w14:textId="77777777" w:rsidR="00AD7558" w:rsidRPr="00C01E58" w:rsidRDefault="00AD7558" w:rsidP="00BF56D5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AD7558" w:rsidRPr="00C01E58" w14:paraId="68B29B95" w14:textId="77777777" w:rsidTr="00BF56D5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2FEE6C04" w14:textId="77777777" w:rsidR="00AD7558" w:rsidRPr="00C01E58" w:rsidRDefault="00AD7558" w:rsidP="00BF56D5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19E46984" w14:textId="77777777" w:rsidR="00E25052" w:rsidRPr="00C01E58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C01E58">
        <w:rPr>
          <w:b/>
          <w:sz w:val="28"/>
          <w:szCs w:val="28"/>
          <w:lang w:val="ro-RO"/>
        </w:rPr>
        <w:t>CERERE</w:t>
      </w:r>
    </w:p>
    <w:p w14:paraId="6AB0BEC6" w14:textId="77777777" w:rsidR="00E25052" w:rsidRPr="00C01E58" w:rsidRDefault="00E25052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C01E58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sz w:val="16"/>
                <w:lang w:val="ro-RO"/>
              </w:rPr>
              <w:t xml:space="preserve"> 1. </w:t>
            </w:r>
            <w:r w:rsidRPr="00C01E58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E25052" w:rsidRPr="00C01E58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Instituția</w:t>
            </w:r>
          </w:p>
          <w:p w14:paraId="5C4842F2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i/>
                <w:color w:val="7A7A7A"/>
                <w:lang w:val="ro-RO"/>
              </w:rPr>
              <w:t>primăria municipiului / orașului / comunei · primăria de sector · consiliul județean</w:t>
            </w:r>
          </w:p>
          <w:p w14:paraId="5B3D1BF3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C01E58" w:rsidRDefault="00000000">
            <w:pPr>
              <w:spacing w:line="228" w:lineRule="auto"/>
              <w:rPr>
                <w:lang w:val="ro-RO"/>
              </w:rPr>
            </w:pPr>
            <w:r w:rsidRPr="00C01E58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C01E58" w:rsidRDefault="00E2505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:rsidRPr="00C01E58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sz w:val="16"/>
                <w:lang w:val="ro-RO"/>
              </w:rPr>
              <w:t xml:space="preserve"> 2. </w:t>
            </w:r>
            <w:r w:rsidRPr="00C01E58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E25052" w:rsidRPr="00C01E58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Nume și prenume</w:t>
            </w:r>
          </w:p>
          <w:p w14:paraId="50ECD17B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CNP</w:t>
            </w:r>
          </w:p>
          <w:p w14:paraId="6B11B457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sz w:val="16"/>
                <w:lang w:val="ro-RO"/>
              </w:rPr>
              <w:t xml:space="preserve"> Act de identitate</w:t>
            </w:r>
          </w:p>
        </w:tc>
      </w:tr>
      <w:tr w:rsidR="00E25052" w:rsidRPr="00C01E58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Seria</w:t>
            </w:r>
          </w:p>
          <w:p w14:paraId="1742791D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6C2D16F6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Numărul</w:t>
            </w:r>
          </w:p>
          <w:p w14:paraId="18D6DBDF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Eliberat de</w:t>
            </w:r>
          </w:p>
          <w:p w14:paraId="5BAC43F0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7AB74026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La data</w:t>
            </w:r>
          </w:p>
          <w:p w14:paraId="6324FC92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sz w:val="16"/>
                <w:lang w:val="ro-RO"/>
              </w:rPr>
              <w:t xml:space="preserve"> Domiciliul</w:t>
            </w:r>
          </w:p>
        </w:tc>
      </w:tr>
      <w:tr w:rsidR="00E25052" w:rsidRPr="00C01E58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Județul</w:t>
            </w:r>
          </w:p>
          <w:p w14:paraId="27F852AB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Municipiul / orașul / comuna</w:t>
            </w:r>
          </w:p>
          <w:p w14:paraId="0D48E3BB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Satul / sectorul</w:t>
            </w:r>
          </w:p>
          <w:p w14:paraId="20822E8F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Strada</w:t>
            </w:r>
          </w:p>
          <w:p w14:paraId="141E58F7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6B47B93F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Nr.</w:t>
            </w:r>
          </w:p>
          <w:p w14:paraId="399A8499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7DDABD5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Sc.</w:t>
            </w:r>
          </w:p>
          <w:p w14:paraId="0E160ACF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EA9678F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Et.</w:t>
            </w:r>
          </w:p>
          <w:p w14:paraId="43F6DA47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0209D0C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Ap.</w:t>
            </w:r>
          </w:p>
          <w:p w14:paraId="2E35CB99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60D07855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Cod poștal</w:t>
            </w:r>
          </w:p>
          <w:p w14:paraId="38A54738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7AA103A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Țara</w:t>
            </w:r>
          </w:p>
          <w:p w14:paraId="123D5598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sz w:val="16"/>
                <w:lang w:val="ro-RO"/>
              </w:rPr>
              <w:t xml:space="preserve"> Date de contact</w:t>
            </w:r>
          </w:p>
        </w:tc>
      </w:tr>
      <w:tr w:rsidR="00E25052" w:rsidRPr="00C01E58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Telefon / fax</w:t>
            </w:r>
          </w:p>
          <w:p w14:paraId="2DEDAC5B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11F9EE09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E-mail</w:t>
            </w:r>
          </w:p>
          <w:p w14:paraId="3C2D93FB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sz w:val="16"/>
                <w:lang w:val="ro-RO"/>
              </w:rPr>
              <w:t xml:space="preserve"> Reprezentare</w:t>
            </w:r>
          </w:p>
        </w:tc>
      </w:tr>
      <w:tr w:rsidR="00E25052" w:rsidRPr="00C01E58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Pr="00C01E58" w:rsidRDefault="00000000">
            <w:pPr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În calitate de reprezentant al</w:t>
            </w:r>
          </w:p>
          <w:p w14:paraId="6834604F" w14:textId="77777777" w:rsidR="00E25052" w:rsidRPr="00C01E58" w:rsidRDefault="00E25052">
            <w:pPr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C5FA06C" w14:textId="77777777" w:rsidR="00E25052" w:rsidRPr="00C01E58" w:rsidRDefault="00000000">
            <w:pPr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CUI / CIF</w:t>
            </w:r>
          </w:p>
          <w:p w14:paraId="3B9A3463" w14:textId="77777777" w:rsidR="00E25052" w:rsidRPr="00C01E58" w:rsidRDefault="00E25052">
            <w:pPr>
              <w:rPr>
                <w:lang w:val="ro-RO"/>
              </w:rPr>
            </w:pPr>
          </w:p>
        </w:tc>
      </w:tr>
    </w:tbl>
    <w:p w14:paraId="01E74949" w14:textId="77777777" w:rsidR="00E25052" w:rsidRPr="00C01E58" w:rsidRDefault="00E25052">
      <w:pPr>
        <w:spacing w:line="168" w:lineRule="auto"/>
        <w:rPr>
          <w:lang w:val="ro-RO"/>
        </w:rPr>
      </w:pPr>
    </w:p>
    <w:p w14:paraId="20F32F97" w14:textId="77777777" w:rsidR="00E25052" w:rsidRPr="00C01E58" w:rsidRDefault="00000000">
      <w:pPr>
        <w:spacing w:before="80" w:after="60"/>
        <w:jc w:val="center"/>
        <w:rPr>
          <w:lang w:val="ro-RO"/>
        </w:rPr>
      </w:pPr>
      <w:r w:rsidRPr="00C01E58">
        <w:rPr>
          <w:sz w:val="18"/>
          <w:lang w:val="ro-RO"/>
        </w:rPr>
        <w:t>în conformitate cu prevederile Legii nr. 169/2026 privind Codul amenajării teritoriului, urbanismului și construcțiilor,</w:t>
      </w:r>
    </w:p>
    <w:p w14:paraId="2C7584EF" w14:textId="77777777" w:rsidR="00E25052" w:rsidRPr="00C01E58" w:rsidRDefault="00000000">
      <w:pPr>
        <w:spacing w:before="80" w:after="60"/>
        <w:jc w:val="center"/>
        <w:rPr>
          <w:lang w:val="ro-RO"/>
        </w:rPr>
      </w:pPr>
      <w:r w:rsidRPr="00C01E58">
        <w:rPr>
          <w:sz w:val="18"/>
          <w:lang w:val="ro-RO"/>
        </w:rPr>
        <w:t>solicit emiterea</w:t>
      </w:r>
    </w:p>
    <w:p w14:paraId="33797D79" w14:textId="77777777" w:rsidR="00E25052" w:rsidRPr="00C01E58" w:rsidRDefault="00000000">
      <w:pPr>
        <w:spacing w:after="160"/>
        <w:jc w:val="center"/>
        <w:rPr>
          <w:lang w:val="ro-RO"/>
        </w:rPr>
      </w:pPr>
      <w:r w:rsidRPr="00C01E58">
        <w:rPr>
          <w:b/>
          <w:sz w:val="20"/>
          <w:lang w:val="ro-RO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:rsidRPr="00C01E58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sz w:val="16"/>
                <w:lang w:val="ro-RO"/>
              </w:rPr>
              <w:t xml:space="preserve"> 3. </w:t>
            </w:r>
            <w:r w:rsidRPr="00C01E58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E25052" w:rsidRPr="00C01E58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sz w:val="16"/>
                <w:lang w:val="ro-RO"/>
              </w:rPr>
              <w:t xml:space="preserve"> ☐ teren     ☐ construcții</w:t>
            </w:r>
          </w:p>
        </w:tc>
      </w:tr>
      <w:tr w:rsidR="00E25052" w:rsidRPr="00C01E58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Județ</w:t>
            </w:r>
          </w:p>
          <w:p w14:paraId="6D07226C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5C06A6B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Municipiu / oraș / comună</w:t>
            </w:r>
          </w:p>
          <w:p w14:paraId="01BF54FB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42BC6F3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Sat / sector</w:t>
            </w:r>
          </w:p>
          <w:p w14:paraId="3E7C20BC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Cod poștal</w:t>
            </w:r>
          </w:p>
          <w:p w14:paraId="0DC3F395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Strada</w:t>
            </w:r>
          </w:p>
          <w:p w14:paraId="6FBE06C3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6816659E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Nr.</w:t>
            </w:r>
          </w:p>
          <w:p w14:paraId="3E454520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0279B798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Bl. / sc. / et. / ap.</w:t>
            </w:r>
          </w:p>
          <w:p w14:paraId="1284E2F7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Suprafața terenului (m²)</w:t>
            </w:r>
          </w:p>
          <w:p w14:paraId="375B3DAF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Număr cadastral</w:t>
            </w:r>
          </w:p>
          <w:p w14:paraId="4088464C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i/>
                <w:color w:val="7A7A7A"/>
                <w:lang w:val="ro-RO"/>
              </w:rPr>
              <w:t>dacă imobilul e înscris în e-Terra</w:t>
            </w:r>
          </w:p>
          <w:p w14:paraId="46FDA082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Carte funciară nr.</w:t>
            </w:r>
          </w:p>
          <w:p w14:paraId="2038AD22" w14:textId="77777777" w:rsidR="00E25052" w:rsidRPr="00C01E58" w:rsidRDefault="00E25052">
            <w:pPr>
              <w:keepNext/>
              <w:rPr>
                <w:lang w:val="ro-RO"/>
              </w:rPr>
            </w:pPr>
          </w:p>
        </w:tc>
      </w:tr>
      <w:tr w:rsidR="00E25052" w:rsidRPr="00C01E58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66442E1F" w:rsidR="00F8517F" w:rsidRPr="00C01E58" w:rsidRDefault="00000000">
            <w:pPr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82394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69C2" w:rsidRPr="00C01E58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AF69C2" w:rsidRPr="00C01E58">
              <w:rPr>
                <w:sz w:val="16"/>
                <w:lang w:val="ro-RO"/>
              </w:rPr>
              <w:t xml:space="preserve"> extras de carte funciară actualizat, anexat     </w:t>
            </w:r>
          </w:p>
          <w:p w14:paraId="4D8DB8B6" w14:textId="76CE1F78" w:rsidR="00E25052" w:rsidRPr="00C01E58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59718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69C2" w:rsidRPr="00C01E58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AF69C2" w:rsidRPr="00C01E58">
              <w:rPr>
                <w:sz w:val="16"/>
                <w:lang w:val="ro-RO"/>
              </w:rPr>
              <w:t xml:space="preserve"> plan de încadrare în zonă în sistem Stereo 70, anexat</w:t>
            </w:r>
            <w:r w:rsidR="00F8517F" w:rsidRPr="00C01E58">
              <w:rPr>
                <w:sz w:val="16"/>
                <w:lang w:val="ro-RO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C01E58" w:rsidRDefault="00E2505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C01E58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sz w:val="16"/>
                <w:lang w:val="ro-RO"/>
              </w:rPr>
              <w:t xml:space="preserve"> 4. </w:t>
            </w:r>
            <w:r w:rsidRPr="00C01E58">
              <w:rPr>
                <w:b/>
                <w:color w:val="000000"/>
                <w:sz w:val="18"/>
                <w:lang w:val="ro-RO"/>
              </w:rPr>
              <w:t>COMUNICAREA RĂSPUNSULUI</w:t>
            </w:r>
          </w:p>
        </w:tc>
      </w:tr>
      <w:tr w:rsidR="00E25052" w:rsidRPr="00C01E58" w14:paraId="6A6C031B" w14:textId="77777777">
        <w:trPr>
          <w:cantSplit/>
        </w:trPr>
        <w:tc>
          <w:tcPr>
            <w:tcW w:w="9636" w:type="dxa"/>
          </w:tcPr>
          <w:p w14:paraId="119DB66C" w14:textId="353DC1C4" w:rsidR="00E25052" w:rsidRPr="00C01E58" w:rsidRDefault="00000000">
            <w:pPr>
              <w:rPr>
                <w:lang w:val="ro-RO"/>
              </w:rPr>
            </w:pPr>
            <w:r w:rsidRPr="00C01E58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110368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69C2" w:rsidRPr="00C01E58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C01E58">
              <w:rPr>
                <w:sz w:val="16"/>
                <w:lang w:val="ro-RO"/>
              </w:rPr>
              <w:t xml:space="preserve"> în format scris, prin poștă     </w:t>
            </w:r>
            <w:sdt>
              <w:sdtPr>
                <w:rPr>
                  <w:sz w:val="16"/>
                  <w:lang w:val="ro-RO"/>
                </w:rPr>
                <w:id w:val="-103465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69C2" w:rsidRPr="00C01E58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C01E58">
              <w:rPr>
                <w:sz w:val="16"/>
                <w:lang w:val="ro-RO"/>
              </w:rPr>
              <w:t xml:space="preserve"> în format digital, la adresa de e-mail indicată     </w:t>
            </w:r>
            <w:sdt>
              <w:sdtPr>
                <w:rPr>
                  <w:sz w:val="16"/>
                  <w:lang w:val="ro-RO"/>
                </w:rPr>
                <w:id w:val="173319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9C9" w:rsidRPr="00C01E58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AF69C2" w:rsidRPr="00C01E58">
              <w:rPr>
                <w:sz w:val="16"/>
                <w:lang w:val="ro-RO"/>
              </w:rPr>
              <w:t xml:space="preserve"> </w:t>
            </w:r>
            <w:r w:rsidRPr="00C01E58">
              <w:rPr>
                <w:sz w:val="16"/>
                <w:lang w:val="ro-RO"/>
              </w:rPr>
              <w:t>ridicare de la sediul autorității</w:t>
            </w:r>
          </w:p>
        </w:tc>
      </w:tr>
    </w:tbl>
    <w:p w14:paraId="4CC013A6" w14:textId="77777777" w:rsidR="00E25052" w:rsidRPr="00C01E58" w:rsidRDefault="00E2505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:rsidRPr="00C01E58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Pr="00C01E58" w:rsidRDefault="00000000">
            <w:pPr>
              <w:keepNext/>
              <w:rPr>
                <w:lang w:val="ro-RO"/>
              </w:rPr>
            </w:pPr>
            <w:r w:rsidRPr="00C01E58">
              <w:rPr>
                <w:b/>
                <w:sz w:val="16"/>
                <w:lang w:val="ro-RO"/>
              </w:rPr>
              <w:t xml:space="preserve"> 5. </w:t>
            </w:r>
            <w:r w:rsidRPr="00C01E58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E25052" w:rsidRPr="00C01E58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C01E58" w:rsidRDefault="00000000">
            <w:pPr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Data</w:t>
            </w:r>
          </w:p>
          <w:p w14:paraId="725AA280" w14:textId="77777777" w:rsidR="00E25052" w:rsidRPr="00C01E58" w:rsidRDefault="00E25052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1A18FEF7" w14:textId="77777777" w:rsidR="00E25052" w:rsidRPr="00C01E58" w:rsidRDefault="00000000">
            <w:pPr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Solicitantul</w:t>
            </w:r>
          </w:p>
          <w:p w14:paraId="4BFA03F3" w14:textId="77777777" w:rsidR="00E25052" w:rsidRPr="00C01E58" w:rsidRDefault="00E25052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51766049" w14:textId="77777777" w:rsidR="00E25052" w:rsidRPr="00C01E58" w:rsidRDefault="00000000">
            <w:pPr>
              <w:rPr>
                <w:lang w:val="ro-RO"/>
              </w:rPr>
            </w:pPr>
            <w:r w:rsidRPr="00C01E58">
              <w:rPr>
                <w:b/>
                <w:color w:val="0D5F78"/>
                <w:lang w:val="ro-RO"/>
              </w:rPr>
              <w:t>Semnătura</w:t>
            </w:r>
          </w:p>
          <w:p w14:paraId="4558B6A6" w14:textId="77777777" w:rsidR="00E25052" w:rsidRPr="00C01E58" w:rsidRDefault="00E25052">
            <w:pPr>
              <w:rPr>
                <w:lang w:val="ro-RO"/>
              </w:rPr>
            </w:pPr>
          </w:p>
        </w:tc>
      </w:tr>
    </w:tbl>
    <w:p w14:paraId="49F8112D" w14:textId="77777777" w:rsidR="00E25052" w:rsidRPr="00C01E58" w:rsidRDefault="00E25052">
      <w:pPr>
        <w:spacing w:line="168" w:lineRule="auto"/>
        <w:rPr>
          <w:lang w:val="ro-RO"/>
        </w:rPr>
      </w:pPr>
    </w:p>
    <w:p w14:paraId="242D1965" w14:textId="77777777" w:rsidR="00F8517F" w:rsidRPr="00C01E58" w:rsidRDefault="00F8517F" w:rsidP="00F8517F">
      <w:pPr>
        <w:rPr>
          <w:lang w:val="ro-RO"/>
        </w:rPr>
      </w:pPr>
    </w:p>
    <w:p w14:paraId="7207E8D0" w14:textId="77777777" w:rsidR="00F8517F" w:rsidRPr="00C01E58" w:rsidRDefault="00F8517F" w:rsidP="00F8517F">
      <w:pPr>
        <w:rPr>
          <w:lang w:val="ro-RO"/>
        </w:rPr>
      </w:pPr>
    </w:p>
    <w:p w14:paraId="7E180354" w14:textId="7A449F41" w:rsidR="00F8517F" w:rsidRPr="00C01E58" w:rsidRDefault="00F8517F" w:rsidP="00F8517F">
      <w:pPr>
        <w:tabs>
          <w:tab w:val="left" w:pos="3005"/>
        </w:tabs>
        <w:rPr>
          <w:lang w:val="ro-RO"/>
        </w:rPr>
      </w:pPr>
      <w:r w:rsidRPr="00C01E58">
        <w:rPr>
          <w:lang w:val="ro-RO"/>
        </w:rPr>
        <w:tab/>
      </w:r>
    </w:p>
    <w:sectPr w:rsidR="00F8517F" w:rsidRPr="00C01E58" w:rsidSect="00B1462F">
      <w:footerReference w:type="default" r:id="rId8"/>
      <w:pgSz w:w="11906" w:h="16838"/>
      <w:pgMar w:top="567" w:right="991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B5DBC" w14:textId="77777777" w:rsidR="00CD4D00" w:rsidRDefault="00CD4D00">
      <w:r>
        <w:separator/>
      </w:r>
    </w:p>
  </w:endnote>
  <w:endnote w:type="continuationSeparator" w:id="0">
    <w:p w14:paraId="033CE512" w14:textId="77777777" w:rsidR="00CD4D00" w:rsidRDefault="00CD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C28A7" w14:textId="77777777" w:rsidR="00CD4D00" w:rsidRDefault="00CD4D00">
      <w:r>
        <w:separator/>
      </w:r>
    </w:p>
  </w:footnote>
  <w:footnote w:type="continuationSeparator" w:id="0">
    <w:p w14:paraId="6BCA0EA2" w14:textId="77777777" w:rsidR="00CD4D00" w:rsidRDefault="00CD4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389"/>
    <w:rsid w:val="000F32CE"/>
    <w:rsid w:val="000F55B4"/>
    <w:rsid w:val="00143BD0"/>
    <w:rsid w:val="0015074B"/>
    <w:rsid w:val="00194721"/>
    <w:rsid w:val="0021562A"/>
    <w:rsid w:val="00242C36"/>
    <w:rsid w:val="0029639D"/>
    <w:rsid w:val="00326F90"/>
    <w:rsid w:val="00334173"/>
    <w:rsid w:val="00407FD8"/>
    <w:rsid w:val="0042494F"/>
    <w:rsid w:val="00476BE1"/>
    <w:rsid w:val="004E5784"/>
    <w:rsid w:val="004E7DF2"/>
    <w:rsid w:val="004F205C"/>
    <w:rsid w:val="00541972"/>
    <w:rsid w:val="00593A57"/>
    <w:rsid w:val="006B63A2"/>
    <w:rsid w:val="006C103E"/>
    <w:rsid w:val="006F6355"/>
    <w:rsid w:val="007436B8"/>
    <w:rsid w:val="00763A7C"/>
    <w:rsid w:val="00861954"/>
    <w:rsid w:val="008C2A72"/>
    <w:rsid w:val="009B2257"/>
    <w:rsid w:val="009B5021"/>
    <w:rsid w:val="00A72985"/>
    <w:rsid w:val="00AA1D8D"/>
    <w:rsid w:val="00AD7558"/>
    <w:rsid w:val="00AF69C2"/>
    <w:rsid w:val="00B1462F"/>
    <w:rsid w:val="00B16250"/>
    <w:rsid w:val="00B47730"/>
    <w:rsid w:val="00BA29C9"/>
    <w:rsid w:val="00BE242A"/>
    <w:rsid w:val="00C01E58"/>
    <w:rsid w:val="00CA5A1A"/>
    <w:rsid w:val="00CB0664"/>
    <w:rsid w:val="00CD4D00"/>
    <w:rsid w:val="00D805B9"/>
    <w:rsid w:val="00E06BB2"/>
    <w:rsid w:val="00E25052"/>
    <w:rsid w:val="00E61A6B"/>
    <w:rsid w:val="00F6556F"/>
    <w:rsid w:val="00F801F2"/>
    <w:rsid w:val="00F8517F"/>
    <w:rsid w:val="00FC693F"/>
    <w:rsid w:val="00FD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cp:lastModifiedBy>Asus2</cp:lastModifiedBy>
  <cp:revision>7</cp:revision>
  <dcterms:created xsi:type="dcterms:W3CDTF">2026-09-21T10:57:00Z</dcterms:created>
  <dcterms:modified xsi:type="dcterms:W3CDTF">2026-09-24T09:23:00Z</dcterms:modified>
  <cp:category/>
</cp:coreProperties>
</file>