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991E90" w:rsidRPr="00C01E58" w14:paraId="1B531DA8" w14:textId="77777777" w:rsidTr="00EF029C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38FE5C72" w14:textId="0452795E" w:rsidR="00991E90" w:rsidRPr="00C01E58" w:rsidRDefault="00991E90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112D4D05" w14:textId="77777777" w:rsidR="00991E90" w:rsidRPr="00C01E58" w:rsidRDefault="00991E90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11F076DC" w14:textId="77777777" w:rsidR="00991E90" w:rsidRDefault="00991E90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B5586E" wp14:editId="1252C819">
                      <wp:simplePos x="0" y="0"/>
                      <wp:positionH relativeFrom="column">
                        <wp:posOffset>-69215</wp:posOffset>
                      </wp:positionH>
                      <wp:positionV relativeFrom="page">
                        <wp:posOffset>942975</wp:posOffset>
                      </wp:positionV>
                      <wp:extent cx="1495994" cy="563880"/>
                      <wp:effectExtent l="0" t="0" r="0" b="762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563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20069B" w14:textId="77777777" w:rsidR="00991E90" w:rsidRDefault="00991E90" w:rsidP="00991E90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BAA4A51" w14:textId="7926C530" w:rsidR="00991E90" w:rsidRPr="00072389" w:rsidRDefault="00100613" w:rsidP="00991E90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</w:t>
                                  </w:r>
                                  <w:r w:rsidR="0056057F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 STUDINA</w:t>
                                  </w:r>
                                </w:p>
                                <w:p w14:paraId="0EF1CF62" w14:textId="77777777" w:rsidR="00991E90" w:rsidRPr="00072389" w:rsidRDefault="00991E90" w:rsidP="00991E90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6DADA0CA" w14:textId="77777777" w:rsidR="00991E90" w:rsidRPr="00F37AD5" w:rsidRDefault="00991E90" w:rsidP="00991E90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B558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45pt;margin-top:74.25pt;width:117.8pt;height:4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" filled="f" stroked="f">
                      <v:textbox inset=",0">
                        <w:txbxContent>
                          <w:p w14:paraId="6420069B" w14:textId="77777777" w:rsidR="00991E90" w:rsidRDefault="00991E90" w:rsidP="00991E90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3BAA4A51" w14:textId="7926C530" w:rsidR="00991E90" w:rsidRPr="00072389" w:rsidRDefault="00100613" w:rsidP="00991E90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</w:t>
                            </w:r>
                            <w:r w:rsidR="0056057F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STUDINA</w:t>
                            </w:r>
                          </w:p>
                          <w:p w14:paraId="0EF1CF62" w14:textId="77777777" w:rsidR="00991E90" w:rsidRPr="00072389" w:rsidRDefault="00991E90" w:rsidP="00991E90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6DADA0CA" w14:textId="77777777" w:rsidR="00991E90" w:rsidRPr="00F37AD5" w:rsidRDefault="00991E90" w:rsidP="00991E90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510C98AF" w14:textId="77777777" w:rsidR="00991E90" w:rsidRPr="00C01E58" w:rsidRDefault="00991E90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6B4A4557" w14:textId="77777777" w:rsidR="00991E90" w:rsidRPr="00C01E58" w:rsidRDefault="00991E90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991E90" w:rsidRPr="00C01E58" w14:paraId="0782C2EC" w14:textId="77777777" w:rsidTr="00EF029C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5EA58408" w14:textId="77777777" w:rsidR="00991E90" w:rsidRPr="00C01E58" w:rsidRDefault="00991E90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0EC7041F" w14:textId="77777777" w:rsidR="00991E90" w:rsidRPr="00C01E58" w:rsidRDefault="00991E90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03F5CB3E" w14:textId="72282256" w:rsidR="00991E90" w:rsidRPr="00C01E58" w:rsidRDefault="00100613" w:rsidP="00EF029C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</w:t>
            </w:r>
            <w:r w:rsidR="0056057F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STUDINA</w:t>
            </w:r>
            <w:r w:rsidR="00064A8E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</w:t>
            </w:r>
            <w:r w:rsidR="00991E90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OLT</w:t>
            </w:r>
          </w:p>
        </w:tc>
      </w:tr>
      <w:tr w:rsidR="00991E90" w:rsidRPr="00C01E58" w14:paraId="764265F8" w14:textId="77777777" w:rsidTr="00EF029C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3E7C9075" w14:textId="77777777" w:rsidR="00991E90" w:rsidRPr="00C01E58" w:rsidRDefault="00991E90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4BBE9F3C" w14:textId="77777777" w:rsidR="00991E90" w:rsidRPr="00C01E58" w:rsidRDefault="00991E90" w:rsidP="00EF029C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AEFAC9E" w14:textId="26BBD1B4" w:rsidR="00991E90" w:rsidRPr="00C01E58" w:rsidRDefault="00991E90" w:rsidP="00EF029C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6A5CE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07BE11DA" w14:textId="77777777" w:rsidR="00991E90" w:rsidRPr="00C01E58" w:rsidRDefault="00991E90" w:rsidP="00EF029C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F92DBB6" w14:textId="77777777" w:rsidR="0056057F" w:rsidRPr="0056057F" w:rsidRDefault="0056057F" w:rsidP="0056057F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56057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7003C26F" w14:textId="77777777" w:rsidR="0056057F" w:rsidRPr="0056057F" w:rsidRDefault="0056057F" w:rsidP="0056057F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56057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36FF2BDC" w14:textId="5B471D20" w:rsidR="00991E90" w:rsidRPr="00C01E58" w:rsidRDefault="0056057F" w:rsidP="0056057F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56057F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991E90" w:rsidRPr="00C01E58" w14:paraId="4BE7616A" w14:textId="77777777" w:rsidTr="00EF029C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6C4ECD22" w14:textId="77777777" w:rsidR="00991E90" w:rsidRPr="00C01E58" w:rsidRDefault="00991E90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26207CE0" w14:textId="77777777" w:rsidR="00991E90" w:rsidRPr="00C01E58" w:rsidRDefault="00991E90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47636A07" w14:textId="77777777" w:rsidR="00991E90" w:rsidRPr="00C01E58" w:rsidRDefault="00991E90" w:rsidP="00EF029C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991E90" w:rsidRPr="00C01E58" w14:paraId="021F63FE" w14:textId="77777777" w:rsidTr="00EF029C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0690F54E" w14:textId="77777777" w:rsidR="00991E90" w:rsidRPr="00C01E58" w:rsidRDefault="00991E90" w:rsidP="00EF029C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12C82181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823941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 w:rsidRPr="00364038">
                  <w:rPr>
                    <w:rFonts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titular al dreptului de proprietate     </w:t>
            </w:r>
            <w:sdt>
              <w:sdtPr>
                <w:rPr>
                  <w:sz w:val="16"/>
                  <w:lang w:val="fr-FR"/>
                </w:rPr>
                <w:id w:val="42884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 w:rsidRPr="00364038">
                  <w:rPr>
                    <w:rFonts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împuternicit al titularului</w:t>
            </w:r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CE46D41" w:rsidR="006257CA" w:rsidRPr="000F0E2F" w:rsidRDefault="00000000" w:rsidP="00C245EC">
            <w:pPr>
              <w:rPr>
                <w:lang w:val="fr-FR"/>
              </w:rPr>
            </w:pPr>
            <w:sdt>
              <w:sdtPr>
                <w:rPr>
                  <w:lang w:val="fr-FR"/>
                </w:rPr>
                <w:id w:val="-77848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 w:rsidRPr="00364038">
                  <w:rPr>
                    <w:rFonts w:hint="eastAsia"/>
                    <w:lang w:val="fr-FR"/>
                  </w:rPr>
                  <w:t>☐</w:t>
                </w:r>
              </w:sdtContent>
            </w:sdt>
            <w:r w:rsidR="006257CA" w:rsidRPr="000F0E2F">
              <w:rPr>
                <w:lang w:val="fr-FR"/>
              </w:rPr>
              <w:t xml:space="preserve"> comasare (alipire)     </w:t>
            </w:r>
            <w:sdt>
              <w:sdtPr>
                <w:rPr>
                  <w:lang w:val="fr-FR"/>
                </w:rPr>
                <w:id w:val="-174579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 w:rsidRPr="00364038">
                  <w:rPr>
                    <w:rFonts w:hint="eastAsia"/>
                    <w:lang w:val="fr-FR"/>
                  </w:rPr>
                  <w:t>☐</w:t>
                </w:r>
              </w:sdtContent>
            </w:sdt>
            <w:r w:rsidR="006257CA" w:rsidRPr="000F0E2F">
              <w:rPr>
                <w:lang w:val="fr-FR"/>
              </w:rPr>
              <w:t xml:space="preserve"> dezmembrare (dezlipire)     </w:t>
            </w:r>
            <w:sdt>
              <w:sdtPr>
                <w:rPr>
                  <w:lang w:val="fr-FR"/>
                </w:rPr>
                <w:id w:val="981653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 w:rsidRPr="00364038">
                  <w:rPr>
                    <w:rFonts w:hint="eastAsia"/>
                    <w:lang w:val="fr-FR"/>
                  </w:rPr>
                  <w:t>☐</w:t>
                </w:r>
              </w:sdtContent>
            </w:sdt>
            <w:r w:rsidR="006257CA" w:rsidRPr="000F0E2F">
              <w:rPr>
                <w:lang w:val="fr-FR"/>
              </w:rPr>
              <w:t xml:space="preserve"> </w:t>
            </w:r>
            <w:r w:rsidR="006257CA" w:rsidRPr="000F0E2F">
              <w:rPr>
                <w:rFonts w:cs="Times New Roman"/>
                <w:lang w:val="fr-FR"/>
              </w:rPr>
              <w:t>î</w:t>
            </w:r>
            <w:r w:rsidR="006257CA" w:rsidRPr="000F0E2F">
              <w:rPr>
                <w:lang w:val="fr-FR"/>
              </w:rPr>
              <w:t>nscrierea unor servitu</w:t>
            </w:r>
            <w:r w:rsidR="006257CA" w:rsidRPr="000F0E2F">
              <w:rPr>
                <w:rFonts w:cs="Times New Roman"/>
                <w:lang w:val="fr-FR"/>
              </w:rPr>
              <w:t>ț</w:t>
            </w:r>
            <w:r w:rsidR="006257CA" w:rsidRPr="000F0E2F">
              <w:rPr>
                <w:lang w:val="fr-FR"/>
              </w:rPr>
              <w:t>i de trecere</w:t>
            </w:r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3EC104D1" w:rsidR="006257CA" w:rsidRPr="000F0E2F" w:rsidRDefault="00000000" w:rsidP="00C245EC">
            <w:pPr>
              <w:rPr>
                <w:lang w:val="fr-FR"/>
              </w:rPr>
            </w:pPr>
            <w:sdt>
              <w:sdtPr>
                <w:rPr>
                  <w:lang w:val="fr-FR"/>
                </w:rPr>
                <w:id w:val="-1578200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 w:rsidRPr="00364038">
                  <w:rPr>
                    <w:rFonts w:hint="eastAsia"/>
                    <w:lang w:val="fr-FR"/>
                  </w:rPr>
                  <w:t>☐</w:t>
                </w:r>
              </w:sdtContent>
            </w:sdt>
            <w:r w:rsidR="006257CA" w:rsidRPr="000F0E2F">
              <w:rPr>
                <w:lang w:val="fr-FR"/>
              </w:rPr>
              <w:t xml:space="preserve"> eviden</w:t>
            </w:r>
            <w:r w:rsidR="006257CA" w:rsidRPr="000F0E2F">
              <w:rPr>
                <w:rFonts w:cs="Times New Roman"/>
                <w:lang w:val="fr-FR"/>
              </w:rPr>
              <w:t>ț</w:t>
            </w:r>
            <w:r w:rsidR="006257CA" w:rsidRPr="000F0E2F">
              <w:rPr>
                <w:lang w:val="fr-FR"/>
              </w:rPr>
              <w:t xml:space="preserve">ieri de imobile </w:t>
            </w:r>
            <w:r w:rsidR="006257CA" w:rsidRPr="000F0E2F">
              <w:rPr>
                <w:rFonts w:cs="Times New Roman"/>
                <w:lang w:val="fr-FR"/>
              </w:rPr>
              <w:t>î</w:t>
            </w:r>
            <w:r w:rsidR="006257CA" w:rsidRPr="000F0E2F">
              <w:rPr>
                <w:lang w:val="fr-FR"/>
              </w:rPr>
              <w:t>n cartea funciar</w:t>
            </w:r>
            <w:r w:rsidR="006257CA" w:rsidRPr="000F0E2F">
              <w:rPr>
                <w:rFonts w:cs="Times New Roman"/>
                <w:lang w:val="fr-FR"/>
              </w:rPr>
              <w:t>ă</w:t>
            </w:r>
            <w:r w:rsidR="006257CA" w:rsidRPr="000F0E2F">
              <w:rPr>
                <w:lang w:val="fr-FR"/>
              </w:rPr>
              <w:t xml:space="preserve">     </w:t>
            </w:r>
            <w:sdt>
              <w:sdtPr>
                <w:rPr>
                  <w:lang w:val="fr-FR"/>
                </w:rPr>
                <w:id w:val="-89543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 w:rsidRPr="00364038">
                  <w:rPr>
                    <w:rFonts w:hint="eastAsia"/>
                    <w:lang w:val="fr-FR"/>
                  </w:rPr>
                  <w:t>☐</w:t>
                </w:r>
              </w:sdtContent>
            </w:sdt>
            <w:r w:rsidR="006257CA" w:rsidRPr="000F0E2F">
              <w:rPr>
                <w:lang w:val="fr-FR"/>
              </w:rPr>
              <w:t xml:space="preserve"> reeviden</w:t>
            </w:r>
            <w:r w:rsidR="006257CA" w:rsidRPr="000F0E2F">
              <w:rPr>
                <w:rFonts w:cs="Times New Roman"/>
                <w:lang w:val="fr-FR"/>
              </w:rPr>
              <w:t>ț</w:t>
            </w:r>
            <w:r w:rsidR="006257CA" w:rsidRPr="000F0E2F">
              <w:rPr>
                <w:lang w:val="fr-FR"/>
              </w:rPr>
              <w:t xml:space="preserve">ieri de imobile </w:t>
            </w:r>
            <w:r w:rsidR="006257CA" w:rsidRPr="000F0E2F">
              <w:rPr>
                <w:rFonts w:cs="Times New Roman"/>
                <w:lang w:val="fr-FR"/>
              </w:rPr>
              <w:t>î</w:t>
            </w:r>
            <w:r w:rsidR="006257CA" w:rsidRPr="000F0E2F">
              <w:rPr>
                <w:lang w:val="fr-FR"/>
              </w:rPr>
              <w:t>n cartea funciar</w:t>
            </w:r>
            <w:r w:rsidR="006257CA"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r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6EC83133" w:rsidR="001E1635" w:rsidRDefault="00000000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41213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 w:rsidRPr="00364038">
                  <w:rPr>
                    <w:rFonts w:hint="eastAsia"/>
                    <w:sz w:val="16"/>
                    <w:lang w:val="fr-FR"/>
                  </w:rPr>
                  <w:t>☐</w:t>
                </w:r>
              </w:sdtContent>
            </w:sdt>
            <w:r>
              <w:rPr>
                <w:sz w:val="16"/>
              </w:rPr>
              <w:t xml:space="preserve"> teren     </w:t>
            </w:r>
            <w:sdt>
              <w:sdtPr>
                <w:rPr>
                  <w:sz w:val="16"/>
                </w:rPr>
                <w:id w:val="2131052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46F68F1F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171655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documentația cadastrală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sdt>
              <w:sdtPr>
                <w:rPr>
                  <w:sz w:val="16"/>
                  <w:lang w:val="fr-FR"/>
                </w:rPr>
                <w:id w:val="-181246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14:paraId="2445E5EB" w14:textId="7A1CB986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25991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="00364038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23154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sdt>
              <w:sdtPr>
                <w:rPr>
                  <w:sz w:val="16"/>
                  <w:lang w:val="fr-FR"/>
                </w:rPr>
                <w:id w:val="111155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5C0F0E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23941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în format scris, prin poștă     </w:t>
            </w:r>
            <w:sdt>
              <w:sdtPr>
                <w:rPr>
                  <w:sz w:val="16"/>
                  <w:lang w:val="fr-FR"/>
                </w:rPr>
                <w:id w:val="-1446995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în format digital, la adresa de e-mail indicată     </w:t>
            </w:r>
            <w:sdt>
              <w:sdtPr>
                <w:rPr>
                  <w:sz w:val="16"/>
                  <w:lang w:val="fr-FR"/>
                </w:rPr>
                <w:id w:val="493994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4038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6257CA">
              <w:rPr>
                <w:sz w:val="16"/>
                <w:lang w:val="fr-FR"/>
              </w:rPr>
              <w:t xml:space="preserve"> ridicare de la sediul autorității</w:t>
            </w:r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231D6" w14:textId="77777777" w:rsidR="00ED7833" w:rsidRDefault="00ED7833">
      <w:r>
        <w:separator/>
      </w:r>
    </w:p>
  </w:endnote>
  <w:endnote w:type="continuationSeparator" w:id="0">
    <w:p w14:paraId="2A509F6D" w14:textId="77777777" w:rsidR="00ED7833" w:rsidRDefault="00ED7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9904F" w14:textId="77777777" w:rsidR="00ED7833" w:rsidRDefault="00ED7833">
      <w:r>
        <w:separator/>
      </w:r>
    </w:p>
  </w:footnote>
  <w:footnote w:type="continuationSeparator" w:id="0">
    <w:p w14:paraId="06CCBAC8" w14:textId="77777777" w:rsidR="00ED7833" w:rsidRDefault="00ED7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4B5"/>
    <w:rsid w:val="0006063C"/>
    <w:rsid w:val="00064A8E"/>
    <w:rsid w:val="00100613"/>
    <w:rsid w:val="00115A23"/>
    <w:rsid w:val="0015074B"/>
    <w:rsid w:val="001714C0"/>
    <w:rsid w:val="001747A0"/>
    <w:rsid w:val="00175692"/>
    <w:rsid w:val="001E1635"/>
    <w:rsid w:val="00200E86"/>
    <w:rsid w:val="00216B1E"/>
    <w:rsid w:val="00243B30"/>
    <w:rsid w:val="0029639D"/>
    <w:rsid w:val="00326F90"/>
    <w:rsid w:val="00353EBC"/>
    <w:rsid w:val="00364038"/>
    <w:rsid w:val="0043651B"/>
    <w:rsid w:val="004F205C"/>
    <w:rsid w:val="0056057F"/>
    <w:rsid w:val="005B017E"/>
    <w:rsid w:val="006257CA"/>
    <w:rsid w:val="006A5CEF"/>
    <w:rsid w:val="006C103E"/>
    <w:rsid w:val="008C2A72"/>
    <w:rsid w:val="00991E90"/>
    <w:rsid w:val="009D782F"/>
    <w:rsid w:val="00A37FAC"/>
    <w:rsid w:val="00AA1D8D"/>
    <w:rsid w:val="00AC5F99"/>
    <w:rsid w:val="00B47730"/>
    <w:rsid w:val="00CA7F35"/>
    <w:rsid w:val="00CB0664"/>
    <w:rsid w:val="00D61E0F"/>
    <w:rsid w:val="00DE6D32"/>
    <w:rsid w:val="00E06BB2"/>
    <w:rsid w:val="00ED783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cp:lastModifiedBy>Asus2</cp:lastModifiedBy>
  <cp:revision>6</cp:revision>
  <dcterms:created xsi:type="dcterms:W3CDTF">2026-09-21T10:58:00Z</dcterms:created>
  <dcterms:modified xsi:type="dcterms:W3CDTF">2026-09-24T09:22:00Z</dcterms:modified>
  <cp:category/>
</cp:coreProperties>
</file>