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BC351D" w:rsidRPr="00C01E58" w14:paraId="313F36F1" w14:textId="77777777" w:rsidTr="00EF029C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0BD2F740" w14:textId="168AD988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37640A60" w14:textId="77777777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3EED138" w14:textId="77777777" w:rsidR="00BC351D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3DEC16" wp14:editId="15AD8DCC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942975</wp:posOffset>
                      </wp:positionV>
                      <wp:extent cx="1495994" cy="563880"/>
                      <wp:effectExtent l="0" t="0" r="0" b="762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6C8D8B" w14:textId="77777777" w:rsidR="00BC351D" w:rsidRDefault="00BC351D" w:rsidP="00BC351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E7ED25A" w14:textId="4A1F664A" w:rsidR="00BC351D" w:rsidRPr="00072389" w:rsidRDefault="0039325B" w:rsidP="00BC351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1F4CF8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6258C420" w14:textId="77777777" w:rsidR="00BC351D" w:rsidRPr="00072389" w:rsidRDefault="00BC351D" w:rsidP="00BC351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0268DC2A" w14:textId="77777777" w:rsidR="00BC351D" w:rsidRPr="00F37AD5" w:rsidRDefault="00BC351D" w:rsidP="00BC351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3DEC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4.25pt;width:117.8pt;height:4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" filled="f" stroked="f">
                      <v:textbox inset=",0">
                        <w:txbxContent>
                          <w:p w14:paraId="2B6C8D8B" w14:textId="77777777" w:rsidR="00BC351D" w:rsidRDefault="00BC351D" w:rsidP="00BC351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7E7ED25A" w14:textId="4A1F664A" w:rsidR="00BC351D" w:rsidRPr="00072389" w:rsidRDefault="0039325B" w:rsidP="00BC351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1F4CF8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6258C420" w14:textId="77777777" w:rsidR="00BC351D" w:rsidRPr="00072389" w:rsidRDefault="00BC351D" w:rsidP="00BC351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0268DC2A" w14:textId="77777777" w:rsidR="00BC351D" w:rsidRPr="00F37AD5" w:rsidRDefault="00BC351D" w:rsidP="00BC351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BDD1F6B" w14:textId="77777777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D0B300C" w14:textId="77777777" w:rsidR="00BC351D" w:rsidRPr="00C01E58" w:rsidRDefault="00BC351D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BC351D" w:rsidRPr="00C01E58" w14:paraId="2F339796" w14:textId="77777777" w:rsidTr="00EF029C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612B9BAF" w14:textId="77777777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1006423" w14:textId="77777777" w:rsidR="00BC351D" w:rsidRPr="00C01E58" w:rsidRDefault="00BC351D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70E6B34" w14:textId="2E35A6DD" w:rsidR="00BC351D" w:rsidRPr="00C01E58" w:rsidRDefault="0039325B" w:rsidP="00EF029C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1F4CF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 </w:t>
            </w:r>
            <w:r w:rsidR="00BC351D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OLT</w:t>
            </w:r>
          </w:p>
        </w:tc>
      </w:tr>
      <w:tr w:rsidR="00BC351D" w:rsidRPr="00C01E58" w14:paraId="074F38D8" w14:textId="77777777" w:rsidTr="00EF029C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694B2C55" w14:textId="77777777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03F0A6BA" w14:textId="77777777" w:rsidR="00BC351D" w:rsidRPr="00C01E58" w:rsidRDefault="00BC351D" w:rsidP="00EF029C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238EBFC" w14:textId="79E8CF62" w:rsidR="00BC351D" w:rsidRPr="00C01E58" w:rsidRDefault="00BC351D" w:rsidP="00EF029C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785C2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1CC20827" w14:textId="77777777" w:rsidR="00BC351D" w:rsidRPr="00C01E58" w:rsidRDefault="00BC351D" w:rsidP="00EF029C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52FA4B8" w14:textId="77777777" w:rsidR="001F4CF8" w:rsidRPr="001F4CF8" w:rsidRDefault="001F4CF8" w:rsidP="001F4CF8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1F4CF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5FCED1C7" w14:textId="77777777" w:rsidR="001F4CF8" w:rsidRPr="001F4CF8" w:rsidRDefault="001F4CF8" w:rsidP="001F4CF8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1F4CF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3DC34588" w14:textId="1C529C35" w:rsidR="00BC351D" w:rsidRPr="00C01E58" w:rsidRDefault="001F4CF8" w:rsidP="001F4CF8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1F4CF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BC351D" w:rsidRPr="00C01E58" w14:paraId="5A65028F" w14:textId="77777777" w:rsidTr="00EF029C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0544600F" w14:textId="77777777" w:rsidR="00BC351D" w:rsidRPr="00C01E58" w:rsidRDefault="00BC351D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2B25CBA9" w14:textId="77777777" w:rsidR="00BC351D" w:rsidRPr="00C01E58" w:rsidRDefault="00BC351D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6402CC50" w14:textId="77777777" w:rsidR="00BC351D" w:rsidRPr="00C01E58" w:rsidRDefault="00BC351D" w:rsidP="00EF029C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BC351D" w:rsidRPr="00C01E58" w14:paraId="1B414265" w14:textId="77777777" w:rsidTr="00EF029C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70201E8F" w14:textId="77777777" w:rsidR="00BC351D" w:rsidRPr="00C01E58" w:rsidRDefault="00BC351D" w:rsidP="00EF029C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344C51B7" w14:textId="77777777" w:rsidR="00377113" w:rsidRPr="009D2167" w:rsidRDefault="00377113">
      <w:pPr>
        <w:spacing w:line="168" w:lineRule="auto"/>
        <w:rPr>
          <w:lang w:val="ro-RO"/>
        </w:rPr>
      </w:pPr>
    </w:p>
    <w:p w14:paraId="6EE796C5" w14:textId="77777777" w:rsidR="00377113" w:rsidRPr="009D2167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9D2167">
        <w:rPr>
          <w:b/>
          <w:sz w:val="28"/>
          <w:szCs w:val="28"/>
          <w:lang w:val="ro-RO"/>
        </w:rPr>
        <w:t>CERERE</w:t>
      </w:r>
    </w:p>
    <w:p w14:paraId="458FF3BC" w14:textId="77777777" w:rsidR="00377113" w:rsidRPr="009D2167" w:rsidRDefault="00377113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9D2167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sz w:val="16"/>
                <w:lang w:val="ro-RO"/>
              </w:rPr>
              <w:t xml:space="preserve"> 1. </w:t>
            </w:r>
            <w:r w:rsidRPr="009D2167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377113" w:rsidRPr="009D2167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Instituția</w:t>
            </w:r>
          </w:p>
          <w:p w14:paraId="2863ECC5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1C7F07C7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9D2167" w:rsidRDefault="00000000">
            <w:pPr>
              <w:spacing w:line="228" w:lineRule="auto"/>
              <w:rPr>
                <w:lang w:val="ro-RO"/>
              </w:rPr>
            </w:pPr>
            <w:r w:rsidRPr="009D2167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9D2167" w:rsidRDefault="0037711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:rsidRPr="009D2167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sz w:val="16"/>
                <w:lang w:val="ro-RO"/>
              </w:rPr>
              <w:t xml:space="preserve"> 2. </w:t>
            </w:r>
            <w:r w:rsidRPr="009D2167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377113" w:rsidRPr="009D2167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Nume și prenume</w:t>
            </w:r>
          </w:p>
          <w:p w14:paraId="492F91CD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CNP</w:t>
            </w:r>
          </w:p>
          <w:p w14:paraId="32FF08C1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sz w:val="16"/>
                <w:lang w:val="ro-RO"/>
              </w:rPr>
              <w:t xml:space="preserve"> Act de identitate</w:t>
            </w:r>
          </w:p>
        </w:tc>
      </w:tr>
      <w:tr w:rsidR="00377113" w:rsidRPr="009D2167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Seria</w:t>
            </w:r>
          </w:p>
          <w:p w14:paraId="744D4F37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54E4DCF4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Numărul</w:t>
            </w:r>
          </w:p>
          <w:p w14:paraId="6AFD4CBD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Eliberat de</w:t>
            </w:r>
          </w:p>
          <w:p w14:paraId="4C997CA9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75049A5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La data</w:t>
            </w:r>
          </w:p>
          <w:p w14:paraId="1E260826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sz w:val="16"/>
                <w:lang w:val="ro-RO"/>
              </w:rPr>
              <w:t xml:space="preserve"> Domiciliul</w:t>
            </w:r>
          </w:p>
        </w:tc>
      </w:tr>
      <w:tr w:rsidR="00377113" w:rsidRPr="009D2167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Județul</w:t>
            </w:r>
          </w:p>
          <w:p w14:paraId="1815C0EF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Municipiul / orașul / comuna</w:t>
            </w:r>
          </w:p>
          <w:p w14:paraId="691DF8E2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Satul / sectorul</w:t>
            </w:r>
          </w:p>
          <w:p w14:paraId="1B6BDCCB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Strada</w:t>
            </w:r>
          </w:p>
          <w:p w14:paraId="255C5EF4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3B36D30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Nr.</w:t>
            </w:r>
          </w:p>
          <w:p w14:paraId="7570AD44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EB3F9F1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Sc.</w:t>
            </w:r>
          </w:p>
          <w:p w14:paraId="598896A6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8084122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Et.</w:t>
            </w:r>
          </w:p>
          <w:p w14:paraId="1FB7A599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35895CD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Ap.</w:t>
            </w:r>
          </w:p>
          <w:p w14:paraId="5877D4A7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825FC30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Cod poștal</w:t>
            </w:r>
          </w:p>
          <w:p w14:paraId="34487808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5B31A664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Țara</w:t>
            </w:r>
          </w:p>
          <w:p w14:paraId="1AC94237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sz w:val="16"/>
                <w:lang w:val="ro-RO"/>
              </w:rPr>
              <w:t xml:space="preserve"> Date de contact</w:t>
            </w:r>
          </w:p>
        </w:tc>
      </w:tr>
      <w:tr w:rsidR="00377113" w:rsidRPr="009D2167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Telefon / fax</w:t>
            </w:r>
          </w:p>
          <w:p w14:paraId="488DB23E" w14:textId="77777777" w:rsidR="00377113" w:rsidRPr="009D2167" w:rsidRDefault="00377113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E-mail</w:t>
            </w:r>
          </w:p>
          <w:p w14:paraId="1C3CE210" w14:textId="77777777" w:rsidR="00377113" w:rsidRPr="009D2167" w:rsidRDefault="00377113">
            <w:pPr>
              <w:rPr>
                <w:lang w:val="ro-RO"/>
              </w:rPr>
            </w:pPr>
          </w:p>
        </w:tc>
      </w:tr>
    </w:tbl>
    <w:p w14:paraId="6E863ACA" w14:textId="77777777" w:rsidR="00377113" w:rsidRPr="009D2167" w:rsidRDefault="00377113">
      <w:pPr>
        <w:spacing w:line="168" w:lineRule="auto"/>
        <w:rPr>
          <w:lang w:val="ro-RO"/>
        </w:rPr>
      </w:pPr>
    </w:p>
    <w:p w14:paraId="2E8A375E" w14:textId="77777777" w:rsidR="00377113" w:rsidRPr="009D2167" w:rsidRDefault="00000000">
      <w:pPr>
        <w:spacing w:before="80" w:after="60"/>
        <w:jc w:val="center"/>
        <w:rPr>
          <w:lang w:val="ro-RO"/>
        </w:rPr>
      </w:pPr>
      <w:r w:rsidRPr="009D2167">
        <w:rPr>
          <w:sz w:val="18"/>
          <w:lang w:val="ro-RO"/>
        </w:rPr>
        <w:t>în temeiul art. 257 alin. (17) din Legea nr. 169/2026 privind Codul amenajării teritoriului, urbanismului și construcțiilor,</w:t>
      </w:r>
    </w:p>
    <w:p w14:paraId="21143514" w14:textId="77777777" w:rsidR="00004412" w:rsidRPr="009D2167" w:rsidRDefault="00000000">
      <w:pPr>
        <w:spacing w:before="80" w:after="60"/>
        <w:jc w:val="center"/>
        <w:rPr>
          <w:b/>
          <w:color w:val="000000"/>
          <w:sz w:val="18"/>
          <w:lang w:val="ro-RO"/>
        </w:rPr>
      </w:pPr>
      <w:r w:rsidRPr="009D2167">
        <w:rPr>
          <w:sz w:val="18"/>
          <w:lang w:val="ro-RO"/>
        </w:rPr>
        <w:t>solicit prelungirea valabilității</w:t>
      </w:r>
      <w:r w:rsidR="00004412" w:rsidRPr="009D2167">
        <w:rPr>
          <w:b/>
          <w:color w:val="000000"/>
          <w:sz w:val="18"/>
          <w:lang w:val="ro-RO"/>
        </w:rPr>
        <w:t xml:space="preserve"> </w:t>
      </w:r>
    </w:p>
    <w:p w14:paraId="077ADEDA" w14:textId="5045CE9D" w:rsidR="00377113" w:rsidRPr="009D2167" w:rsidRDefault="00004412">
      <w:pPr>
        <w:spacing w:before="80" w:after="60"/>
        <w:jc w:val="center"/>
        <w:rPr>
          <w:sz w:val="20"/>
          <w:szCs w:val="20"/>
          <w:lang w:val="ro-RO"/>
        </w:rPr>
      </w:pPr>
      <w:r w:rsidRPr="009D2167">
        <w:rPr>
          <w:b/>
          <w:color w:val="000000"/>
          <w:sz w:val="20"/>
          <w:szCs w:val="20"/>
          <w:lang w:val="ro-RO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:rsidRPr="009D2167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Nr.</w:t>
            </w:r>
          </w:p>
          <w:p w14:paraId="1491A8A0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32FEB634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Din data</w:t>
            </w:r>
          </w:p>
          <w:p w14:paraId="70A0A594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Emis de</w:t>
            </w:r>
          </w:p>
          <w:p w14:paraId="5357994E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Prelungirea solicitată — de la data</w:t>
            </w:r>
          </w:p>
          <w:p w14:paraId="073435BA" w14:textId="77777777" w:rsidR="00377113" w:rsidRPr="009D2167" w:rsidRDefault="00377113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78FDD7CA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până la data</w:t>
            </w:r>
          </w:p>
          <w:p w14:paraId="3D4C5B91" w14:textId="77777777" w:rsidR="00377113" w:rsidRPr="009D2167" w:rsidRDefault="00377113">
            <w:pPr>
              <w:rPr>
                <w:lang w:val="ro-RO"/>
              </w:rPr>
            </w:pPr>
          </w:p>
        </w:tc>
      </w:tr>
    </w:tbl>
    <w:p w14:paraId="7B9769F8" w14:textId="77777777" w:rsidR="00377113" w:rsidRPr="009D2167" w:rsidRDefault="0037711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:rsidRPr="009D2167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sz w:val="16"/>
                <w:lang w:val="ro-RO"/>
              </w:rPr>
              <w:t xml:space="preserve"> 4. </w:t>
            </w:r>
            <w:r w:rsidRPr="009D2167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377113" w:rsidRPr="009D2167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51EFA04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7165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89A" w:rsidRPr="009D2167">
                  <w:rPr>
                    <w:sz w:val="16"/>
                    <w:lang w:val="ro-RO"/>
                  </w:rPr>
                  <w:t>☐</w:t>
                </w:r>
              </w:sdtContent>
            </w:sdt>
            <w:r w:rsidRPr="009D2167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201798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89A" w:rsidRPr="009D2167">
                  <w:rPr>
                    <w:sz w:val="16"/>
                    <w:lang w:val="ro-RO"/>
                  </w:rPr>
                  <w:t>☐</w:t>
                </w:r>
              </w:sdtContent>
            </w:sdt>
            <w:r w:rsidRPr="009D2167">
              <w:rPr>
                <w:sz w:val="16"/>
                <w:lang w:val="ro-RO"/>
              </w:rPr>
              <w:t xml:space="preserve"> construcții</w:t>
            </w:r>
          </w:p>
        </w:tc>
      </w:tr>
      <w:tr w:rsidR="00377113" w:rsidRPr="009D2167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Județ</w:t>
            </w:r>
          </w:p>
          <w:p w14:paraId="545515E0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Municipiu / oraș / comună</w:t>
            </w:r>
          </w:p>
          <w:p w14:paraId="14C00203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Sat / sector</w:t>
            </w:r>
          </w:p>
          <w:p w14:paraId="6F1351F6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Cod poștal</w:t>
            </w:r>
          </w:p>
          <w:p w14:paraId="0E9D7B3A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Strada</w:t>
            </w:r>
          </w:p>
          <w:p w14:paraId="20FA361F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9FAFBFC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Nr.</w:t>
            </w:r>
          </w:p>
          <w:p w14:paraId="6CA1B947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134DC49E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Bl. / sc. / et. / ap.</w:t>
            </w:r>
          </w:p>
          <w:p w14:paraId="297CA390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  <w:tr w:rsidR="00377113" w:rsidRPr="009D2167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Număr cadastral</w:t>
            </w:r>
          </w:p>
          <w:p w14:paraId="34F88BB8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i/>
                <w:color w:val="7A7A7A"/>
                <w:lang w:val="ro-RO"/>
              </w:rPr>
              <w:t>dacă imobilul e înscris în e-Terra</w:t>
            </w:r>
          </w:p>
          <w:p w14:paraId="3E14DDE5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Carte funciară nr.</w:t>
            </w:r>
          </w:p>
          <w:p w14:paraId="0636B066" w14:textId="77777777" w:rsidR="00377113" w:rsidRPr="009D2167" w:rsidRDefault="00377113">
            <w:pPr>
              <w:keepNext/>
              <w:rPr>
                <w:lang w:val="ro-RO"/>
              </w:rPr>
            </w:pPr>
          </w:p>
        </w:tc>
      </w:tr>
    </w:tbl>
    <w:p w14:paraId="2A5FFFCA" w14:textId="77777777" w:rsidR="00377113" w:rsidRPr="009D2167" w:rsidRDefault="0037711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9D2167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sz w:val="16"/>
                <w:lang w:val="ro-RO"/>
              </w:rPr>
              <w:t xml:space="preserve"> 5. </w:t>
            </w:r>
            <w:r w:rsidRPr="009D2167">
              <w:rPr>
                <w:b/>
                <w:color w:val="000000"/>
                <w:sz w:val="18"/>
                <w:lang w:val="ro-RO"/>
              </w:rPr>
              <w:t>SE ANEXEAZĂ</w:t>
            </w:r>
          </w:p>
        </w:tc>
      </w:tr>
      <w:tr w:rsidR="00377113" w:rsidRPr="009D2167" w14:paraId="53555C64" w14:textId="77777777">
        <w:trPr>
          <w:cantSplit/>
        </w:trPr>
        <w:tc>
          <w:tcPr>
            <w:tcW w:w="9636" w:type="dxa"/>
          </w:tcPr>
          <w:p w14:paraId="05B03106" w14:textId="6DD6987D" w:rsidR="00377113" w:rsidRPr="009D2167" w:rsidRDefault="00000000">
            <w:pPr>
              <w:rPr>
                <w:lang w:val="ro-RO"/>
              </w:rPr>
            </w:pPr>
            <w:r w:rsidRPr="009D2167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76365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89A" w:rsidRPr="009D2167">
                  <w:rPr>
                    <w:sz w:val="16"/>
                    <w:lang w:val="ro-RO"/>
                  </w:rPr>
                  <w:t>☐</w:t>
                </w:r>
              </w:sdtContent>
            </w:sdt>
            <w:r w:rsidRPr="009D2167">
              <w:rPr>
                <w:sz w:val="16"/>
                <w:lang w:val="ro-RO"/>
              </w:rPr>
              <w:t xml:space="preserve"> certificatul de urbanism (în original)     </w:t>
            </w:r>
            <w:sdt>
              <w:sdtPr>
                <w:rPr>
                  <w:sz w:val="16"/>
                  <w:lang w:val="ro-RO"/>
                </w:rPr>
                <w:id w:val="-144476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89A" w:rsidRPr="009D2167">
                  <w:rPr>
                    <w:sz w:val="16"/>
                    <w:lang w:val="ro-RO"/>
                  </w:rPr>
                  <w:t>☐</w:t>
                </w:r>
              </w:sdtContent>
            </w:sdt>
            <w:r w:rsidRPr="009D2167">
              <w:rPr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0CC63E6D" w14:textId="77777777" w:rsidR="00377113" w:rsidRPr="009D2167" w:rsidRDefault="0037711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:rsidRPr="009D2167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9D2167" w:rsidRDefault="00000000">
            <w:pPr>
              <w:keepNext/>
              <w:rPr>
                <w:lang w:val="ro-RO"/>
              </w:rPr>
            </w:pPr>
            <w:r w:rsidRPr="009D2167">
              <w:rPr>
                <w:b/>
                <w:sz w:val="16"/>
                <w:lang w:val="ro-RO"/>
              </w:rPr>
              <w:t xml:space="preserve"> 6. </w:t>
            </w:r>
            <w:r w:rsidRPr="009D2167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377113" w:rsidRPr="009D2167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Data</w:t>
            </w:r>
          </w:p>
          <w:p w14:paraId="6A45905A" w14:textId="77777777" w:rsidR="00377113" w:rsidRPr="009D2167" w:rsidRDefault="00377113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09BFB97F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Solicitantul</w:t>
            </w:r>
          </w:p>
          <w:p w14:paraId="1B3BE6B9" w14:textId="77777777" w:rsidR="00377113" w:rsidRPr="009D2167" w:rsidRDefault="00377113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640F19C7" w14:textId="77777777" w:rsidR="00377113" w:rsidRPr="009D2167" w:rsidRDefault="00000000">
            <w:pPr>
              <w:rPr>
                <w:lang w:val="ro-RO"/>
              </w:rPr>
            </w:pPr>
            <w:r w:rsidRPr="009D2167">
              <w:rPr>
                <w:b/>
                <w:color w:val="0D5F78"/>
                <w:lang w:val="ro-RO"/>
              </w:rPr>
              <w:t>Semnătura</w:t>
            </w:r>
          </w:p>
          <w:p w14:paraId="325CC794" w14:textId="77777777" w:rsidR="00377113" w:rsidRPr="009D2167" w:rsidRDefault="00377113">
            <w:pPr>
              <w:rPr>
                <w:lang w:val="ro-RO"/>
              </w:rPr>
            </w:pPr>
          </w:p>
        </w:tc>
      </w:tr>
    </w:tbl>
    <w:p w14:paraId="2943DD2B" w14:textId="77777777" w:rsidR="00377113" w:rsidRPr="009D2167" w:rsidRDefault="00377113">
      <w:pPr>
        <w:spacing w:line="168" w:lineRule="auto"/>
        <w:rPr>
          <w:lang w:val="ro-RO"/>
        </w:rPr>
      </w:pPr>
    </w:p>
    <w:sectPr w:rsidR="00377113" w:rsidRPr="009D21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DB05" w14:textId="77777777" w:rsidR="00E0477E" w:rsidRDefault="00E0477E">
      <w:r>
        <w:separator/>
      </w:r>
    </w:p>
  </w:endnote>
  <w:endnote w:type="continuationSeparator" w:id="0">
    <w:p w14:paraId="3733C2A8" w14:textId="77777777" w:rsidR="00E0477E" w:rsidRDefault="00E0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836A" w14:textId="77777777" w:rsidR="00E0477E" w:rsidRDefault="00E0477E">
      <w:r>
        <w:separator/>
      </w:r>
    </w:p>
  </w:footnote>
  <w:footnote w:type="continuationSeparator" w:id="0">
    <w:p w14:paraId="0F0DCEB2" w14:textId="77777777" w:rsidR="00E0477E" w:rsidRDefault="00E04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22A2F"/>
    <w:rsid w:val="00034616"/>
    <w:rsid w:val="0006063C"/>
    <w:rsid w:val="0015074B"/>
    <w:rsid w:val="001A661C"/>
    <w:rsid w:val="001F4CF8"/>
    <w:rsid w:val="00200236"/>
    <w:rsid w:val="0029639D"/>
    <w:rsid w:val="00326F90"/>
    <w:rsid w:val="003328FC"/>
    <w:rsid w:val="00343BBA"/>
    <w:rsid w:val="0036589A"/>
    <w:rsid w:val="00377113"/>
    <w:rsid w:val="0039325B"/>
    <w:rsid w:val="003B673F"/>
    <w:rsid w:val="004C358E"/>
    <w:rsid w:val="004C4008"/>
    <w:rsid w:val="004F205C"/>
    <w:rsid w:val="0050058C"/>
    <w:rsid w:val="006106A3"/>
    <w:rsid w:val="0062086A"/>
    <w:rsid w:val="006B4837"/>
    <w:rsid w:val="006C103E"/>
    <w:rsid w:val="00785C28"/>
    <w:rsid w:val="008C2A72"/>
    <w:rsid w:val="009332A9"/>
    <w:rsid w:val="00993BEF"/>
    <w:rsid w:val="009D2167"/>
    <w:rsid w:val="00AA1D8D"/>
    <w:rsid w:val="00B47730"/>
    <w:rsid w:val="00BC351D"/>
    <w:rsid w:val="00BF5BEE"/>
    <w:rsid w:val="00CB0664"/>
    <w:rsid w:val="00CD60E9"/>
    <w:rsid w:val="00CD6E4A"/>
    <w:rsid w:val="00E0477E"/>
    <w:rsid w:val="00E06B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6</cp:revision>
  <dcterms:created xsi:type="dcterms:W3CDTF">2026-09-21T10:59:00Z</dcterms:created>
  <dcterms:modified xsi:type="dcterms:W3CDTF">2026-09-24T09:23:00Z</dcterms:modified>
  <cp:category/>
</cp:coreProperties>
</file>