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307D25" w:rsidRPr="00C01E58" w14:paraId="4607E896" w14:textId="77777777" w:rsidTr="00EF029C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3DE617BD" w14:textId="7EAD4AB3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3F2990B7" w14:textId="77777777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38A19B44" w14:textId="77777777" w:rsidR="00307D25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E2176D" wp14:editId="5F8EFB03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965835</wp:posOffset>
                      </wp:positionV>
                      <wp:extent cx="1495994" cy="541020"/>
                      <wp:effectExtent l="0" t="0" r="0" b="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41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3DA3C1" w14:textId="77777777" w:rsidR="00307D25" w:rsidRDefault="00307D25" w:rsidP="00307D25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CC00712" w14:textId="0C4FA681" w:rsidR="00307D25" w:rsidRPr="00072389" w:rsidRDefault="00F226E1" w:rsidP="00307D25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176728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3DDBFCDB" w14:textId="77777777" w:rsidR="00307D25" w:rsidRPr="00072389" w:rsidRDefault="00307D25" w:rsidP="00307D25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3B8023B1" w14:textId="77777777" w:rsidR="00307D25" w:rsidRPr="00F37AD5" w:rsidRDefault="00307D25" w:rsidP="00307D25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E217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6.05pt;width:117.8pt;height:4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" filled="f" stroked="f">
                      <v:textbox inset=",0">
                        <w:txbxContent>
                          <w:p w14:paraId="393DA3C1" w14:textId="77777777" w:rsidR="00307D25" w:rsidRDefault="00307D25" w:rsidP="00307D25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0CC00712" w14:textId="0C4FA681" w:rsidR="00307D25" w:rsidRPr="00072389" w:rsidRDefault="00F226E1" w:rsidP="00307D25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176728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3DDBFCDB" w14:textId="77777777" w:rsidR="00307D25" w:rsidRPr="00072389" w:rsidRDefault="00307D25" w:rsidP="00307D25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3B8023B1" w14:textId="77777777" w:rsidR="00307D25" w:rsidRPr="00F37AD5" w:rsidRDefault="00307D25" w:rsidP="00307D25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2ACE50ED" w14:textId="77777777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48036A0A" w14:textId="77777777" w:rsidR="00307D25" w:rsidRPr="00C01E58" w:rsidRDefault="00307D25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307D25" w:rsidRPr="00C01E58" w14:paraId="019F6510" w14:textId="77777777" w:rsidTr="00EF029C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38728BFF" w14:textId="77777777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1D7196BF" w14:textId="77777777" w:rsidR="00307D25" w:rsidRPr="00C01E58" w:rsidRDefault="00307D25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29B0E073" w14:textId="6B6A4B46" w:rsidR="00307D25" w:rsidRPr="00C01E58" w:rsidRDefault="00F226E1" w:rsidP="00EF029C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17672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 </w:t>
            </w:r>
            <w:r w:rsidR="00307D25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OLT</w:t>
            </w:r>
          </w:p>
        </w:tc>
      </w:tr>
      <w:tr w:rsidR="00307D25" w:rsidRPr="00C01E58" w14:paraId="16EF908B" w14:textId="77777777" w:rsidTr="00EF029C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5AF4BCA6" w14:textId="77777777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79F62217" w14:textId="77777777" w:rsidR="00307D25" w:rsidRPr="00C01E58" w:rsidRDefault="00307D25" w:rsidP="00EF029C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7286C656" w14:textId="6DFB51CC" w:rsidR="00307D25" w:rsidRPr="00C01E58" w:rsidRDefault="00307D25" w:rsidP="00EF029C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AE282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3773C65B" w14:textId="77777777" w:rsidR="00307D25" w:rsidRPr="00C01E58" w:rsidRDefault="00307D25" w:rsidP="00EF029C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7A8741D" w14:textId="045CAA98" w:rsidR="00176728" w:rsidRPr="00176728" w:rsidRDefault="00176728" w:rsidP="00176728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17672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47B3122" w14:textId="77777777" w:rsidR="00176728" w:rsidRPr="00176728" w:rsidRDefault="00176728" w:rsidP="00176728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17672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44BCB81A" w14:textId="6518D2D2" w:rsidR="00307D25" w:rsidRPr="00C01E58" w:rsidRDefault="00176728" w:rsidP="00176728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17672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307D25" w:rsidRPr="00C01E58" w14:paraId="50E458F5" w14:textId="77777777" w:rsidTr="00EF029C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7F88E8D4" w14:textId="77777777" w:rsidR="00307D25" w:rsidRPr="00C01E58" w:rsidRDefault="00307D25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42590008" w14:textId="77777777" w:rsidR="00307D25" w:rsidRPr="00C01E58" w:rsidRDefault="00307D25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6B6305D9" w14:textId="77777777" w:rsidR="00307D25" w:rsidRPr="00C01E58" w:rsidRDefault="00307D25" w:rsidP="00EF029C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307D25" w:rsidRPr="00C01E58" w14:paraId="1717A06C" w14:textId="77777777" w:rsidTr="00EF029C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6335840C" w14:textId="77777777" w:rsidR="00307D25" w:rsidRPr="00C01E58" w:rsidRDefault="00307D25" w:rsidP="00EF029C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0A4974E8" w14:textId="77777777" w:rsidR="00DD3A82" w:rsidRPr="000E6E20" w:rsidRDefault="00DD3A82">
      <w:pPr>
        <w:spacing w:line="168" w:lineRule="auto"/>
        <w:rPr>
          <w:lang w:val="ro-RO"/>
        </w:rPr>
      </w:pPr>
    </w:p>
    <w:p w14:paraId="3F16B083" w14:textId="77777777" w:rsidR="00DD3A82" w:rsidRPr="000E6E20" w:rsidRDefault="00000000">
      <w:pPr>
        <w:spacing w:before="140" w:after="40"/>
        <w:jc w:val="center"/>
        <w:rPr>
          <w:lang w:val="ro-RO"/>
        </w:rPr>
      </w:pPr>
      <w:r w:rsidRPr="000E6E20">
        <w:rPr>
          <w:b/>
          <w:sz w:val="34"/>
          <w:lang w:val="ro-RO"/>
        </w:rPr>
        <w:t>CERTIFICAT DE URBANISM DE INFORMARE</w:t>
      </w:r>
    </w:p>
    <w:p w14:paraId="647E6F53" w14:textId="77777777" w:rsidR="00DD3A82" w:rsidRPr="000E6E20" w:rsidRDefault="00DD3A82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:rsidRPr="000E6E20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1. </w:t>
            </w:r>
            <w:r w:rsidRPr="000E6E20">
              <w:rPr>
                <w:b/>
                <w:color w:val="000000"/>
                <w:sz w:val="18"/>
                <w:lang w:val="ro-RO"/>
              </w:rPr>
              <w:t>REFERINȚE ȘI TEMEI</w:t>
            </w:r>
          </w:p>
        </w:tc>
      </w:tr>
      <w:tr w:rsidR="00DD3A82" w:rsidRPr="000E6E20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Ca urmare a cererii nr.</w:t>
            </w:r>
          </w:p>
          <w:p w14:paraId="562F04B0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64D3C90C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din data</w:t>
            </w:r>
          </w:p>
          <w:p w14:paraId="2BD4CDE4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2"/>
          </w:tcPr>
          <w:p w14:paraId="1DEB7953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 solicitantului</w:t>
            </w:r>
          </w:p>
          <w:p w14:paraId="6D9A224B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  <w:tr w:rsidR="00DD3A82" w:rsidRPr="000E6E20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Documentația de urbanism aplicabilă</w:t>
            </w:r>
          </w:p>
          <w:p w14:paraId="5F97C8C5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i/>
                <w:color w:val="7A7A7A"/>
                <w:lang w:val="ro-RO"/>
              </w:rPr>
              <w:t>nr. / faza PUG · PUZ · PUD</w:t>
            </w:r>
          </w:p>
          <w:p w14:paraId="5CFE21A1" w14:textId="77777777" w:rsidR="00DD3A82" w:rsidRPr="000E6E20" w:rsidRDefault="00DD3A82">
            <w:pPr>
              <w:rPr>
                <w:lang w:val="ro-RO"/>
              </w:rPr>
            </w:pPr>
          </w:p>
        </w:tc>
        <w:tc>
          <w:tcPr>
            <w:tcW w:w="4015" w:type="dxa"/>
          </w:tcPr>
          <w:p w14:paraId="1C5D0531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Aprobată prin hotărârea CJ / CL nr. / data</w:t>
            </w:r>
          </w:p>
          <w:p w14:paraId="379CEB43" w14:textId="77777777" w:rsidR="00DD3A82" w:rsidRPr="000E6E20" w:rsidRDefault="00DD3A82">
            <w:pPr>
              <w:rPr>
                <w:lang w:val="ro-RO"/>
              </w:rPr>
            </w:pPr>
          </w:p>
        </w:tc>
      </w:tr>
    </w:tbl>
    <w:p w14:paraId="3199A5C1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:rsidRPr="000E6E20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2. </w:t>
            </w:r>
            <w:r w:rsidRPr="000E6E20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DD3A82" w:rsidRPr="000E6E20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8EE0828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97031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8D7" w:rsidRPr="000E6E20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0E6E20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72884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8D7" w:rsidRPr="000E6E20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0E6E20">
              <w:rPr>
                <w:sz w:val="16"/>
                <w:lang w:val="ro-RO"/>
              </w:rPr>
              <w:t xml:space="preserve"> construcții</w:t>
            </w:r>
          </w:p>
        </w:tc>
      </w:tr>
      <w:tr w:rsidR="00DD3A82" w:rsidRPr="000E6E20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Județ</w:t>
            </w:r>
          </w:p>
          <w:p w14:paraId="7B1C0CD8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E25A1CB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Municipiu / oraș / comună</w:t>
            </w:r>
          </w:p>
          <w:p w14:paraId="04BCD52C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B4AA62A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Sat / sector</w:t>
            </w:r>
          </w:p>
          <w:p w14:paraId="59D58767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  <w:tr w:rsidR="00DD3A82" w:rsidRPr="000E6E20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Cod poștal</w:t>
            </w:r>
          </w:p>
          <w:p w14:paraId="60A7EA09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24CA521C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Strada</w:t>
            </w:r>
          </w:p>
          <w:p w14:paraId="00BCB2CC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6223FF8B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Nr.</w:t>
            </w:r>
          </w:p>
          <w:p w14:paraId="1A0F639F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5B6D8DD2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Bl. / sc. / et. / ap.</w:t>
            </w:r>
          </w:p>
          <w:p w14:paraId="14E6A0EF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  <w:tr w:rsidR="00DD3A82" w:rsidRPr="000E6E20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Număr cadastral</w:t>
            </w:r>
          </w:p>
          <w:p w14:paraId="5351E640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i/>
                <w:color w:val="7A7A7A"/>
                <w:lang w:val="ro-RO"/>
              </w:rPr>
              <w:t>dacă imobilul e înscris în e-Terra</w:t>
            </w:r>
          </w:p>
          <w:p w14:paraId="07FAFC05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Carte funciară nr.</w:t>
            </w:r>
          </w:p>
          <w:p w14:paraId="041CDB6B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</w:tbl>
    <w:p w14:paraId="0738DB2A" w14:textId="77777777" w:rsidR="00DD3A82" w:rsidRPr="000E6E20" w:rsidRDefault="00DD3A82">
      <w:pPr>
        <w:spacing w:line="168" w:lineRule="auto"/>
        <w:rPr>
          <w:lang w:val="ro-RO"/>
        </w:rPr>
      </w:pPr>
    </w:p>
    <w:p w14:paraId="4B3ECC2E" w14:textId="77777777" w:rsidR="00DD3A82" w:rsidRPr="000E6E20" w:rsidRDefault="00000000">
      <w:pPr>
        <w:spacing w:before="140" w:after="40"/>
        <w:jc w:val="center"/>
        <w:rPr>
          <w:lang w:val="ro-RO"/>
        </w:rPr>
      </w:pPr>
      <w:r w:rsidRPr="000E6E20">
        <w:rPr>
          <w:b/>
          <w:sz w:val="34"/>
          <w:lang w:val="ro-RO"/>
        </w:rPr>
        <w:t>SE CERTIFICĂ:</w:t>
      </w:r>
    </w:p>
    <w:p w14:paraId="432BCB6A" w14:textId="77777777" w:rsidR="00DD3A82" w:rsidRPr="000E6E20" w:rsidRDefault="00DD3A82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:rsidRPr="000E6E20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3. </w:t>
            </w:r>
            <w:r w:rsidRPr="000E6E20">
              <w:rPr>
                <w:b/>
                <w:color w:val="000000"/>
                <w:sz w:val="18"/>
                <w:lang w:val="ro-RO"/>
              </w:rPr>
              <w:t>REGIMUL JURIDIC</w:t>
            </w:r>
          </w:p>
        </w:tc>
      </w:tr>
      <w:tr w:rsidR="00DD3A82" w:rsidRPr="000E6E20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Pr="000E6E20" w:rsidRDefault="00DD3A8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31469D47" w14:textId="77777777" w:rsidR="00DD3A82" w:rsidRPr="000E6E20" w:rsidRDefault="00DD3A8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D0C82BB" w14:textId="77777777" w:rsidR="00DD3A82" w:rsidRPr="000E6E20" w:rsidRDefault="00DD3A8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7AA059E7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:rsidRPr="000E6E20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4. </w:t>
            </w:r>
            <w:r w:rsidRPr="000E6E20">
              <w:rPr>
                <w:b/>
                <w:color w:val="000000"/>
                <w:sz w:val="18"/>
                <w:lang w:val="ro-RO"/>
              </w:rPr>
              <w:t>REGIMUL ECONOMIC</w:t>
            </w:r>
          </w:p>
        </w:tc>
      </w:tr>
      <w:tr w:rsidR="00DD3A82" w:rsidRPr="000E6E20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Actul de reglementare</w:t>
            </w:r>
          </w:p>
          <w:p w14:paraId="02FFA6CF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DD3A82" w:rsidRPr="000E6E20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45100E11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  <w:tr w:rsidR="00DD3A82" w:rsidRPr="000E6E20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6E239AE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</w:tbl>
    <w:p w14:paraId="7FA683F7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:rsidRPr="000E6E20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5. </w:t>
            </w:r>
            <w:r w:rsidRPr="000E6E20">
              <w:rPr>
                <w:b/>
                <w:color w:val="000000"/>
                <w:sz w:val="18"/>
                <w:lang w:val="ro-RO"/>
              </w:rPr>
              <w:t>REGIMUL TEHNIC</w:t>
            </w:r>
          </w:p>
        </w:tc>
      </w:tr>
      <w:tr w:rsidR="00DD3A82" w:rsidRPr="000E6E20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Actul de reglementare</w:t>
            </w:r>
          </w:p>
          <w:p w14:paraId="0A1F622F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DD3A82" w:rsidRPr="000E6E20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6C3B542B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  <w:tr w:rsidR="00DD3A82" w:rsidRPr="000E6E20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BC78733" w14:textId="77777777" w:rsidR="00DD3A82" w:rsidRPr="000E6E20" w:rsidRDefault="00DD3A82">
            <w:pPr>
              <w:keepNext/>
              <w:rPr>
                <w:lang w:val="ro-RO"/>
              </w:rPr>
            </w:pPr>
          </w:p>
        </w:tc>
      </w:tr>
    </w:tbl>
    <w:p w14:paraId="57EA1953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:rsidRPr="000E6E20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6. </w:t>
            </w:r>
            <w:r w:rsidRPr="000E6E20">
              <w:rPr>
                <w:b/>
                <w:color w:val="000000"/>
                <w:sz w:val="18"/>
                <w:lang w:val="ro-RO"/>
              </w:rPr>
              <w:t>INFORMAȚII PRIVIND TRASEELE, AMPLASAREA, CALITATEA ȘI CAPACITATEA REȚELELOR EDILITARE DIN ZONA IMOBILULUI</w:t>
            </w:r>
          </w:p>
        </w:tc>
      </w:tr>
      <w:tr w:rsidR="00DD3A82" w:rsidRPr="000E6E20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Pr="000E6E20" w:rsidRDefault="00DD3A8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63A5A22C" w14:textId="77777777" w:rsidR="00DD3A82" w:rsidRPr="000E6E20" w:rsidRDefault="00DD3A8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3B5D44A6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:rsidRPr="000E6E20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7. </w:t>
            </w:r>
            <w:r w:rsidRPr="000E6E20">
              <w:rPr>
                <w:b/>
                <w:color w:val="000000"/>
                <w:sz w:val="18"/>
                <w:lang w:val="ro-RO"/>
              </w:rPr>
              <w:t>ANEXE</w:t>
            </w:r>
          </w:p>
        </w:tc>
      </w:tr>
      <w:tr w:rsidR="00DD3A82" w:rsidRPr="000E6E20" w14:paraId="562792D2" w14:textId="77777777">
        <w:trPr>
          <w:cantSplit/>
        </w:trPr>
        <w:tc>
          <w:tcPr>
            <w:tcW w:w="9636" w:type="dxa"/>
          </w:tcPr>
          <w:p w14:paraId="0484BABB" w14:textId="6EEE1C1D" w:rsidR="00DD3A82" w:rsidRPr="000E6E20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77506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8D7" w:rsidRPr="000E6E20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2D68D7" w:rsidRPr="000E6E20">
              <w:rPr>
                <w:sz w:val="16"/>
                <w:lang w:val="ro-RO"/>
              </w:rPr>
              <w:t xml:space="preserve"> extras din sistemul GIS cu rețelele edilitare, după caz</w:t>
            </w:r>
          </w:p>
          <w:p w14:paraId="72FC5A78" w14:textId="0F54625C" w:rsidR="00DD3A82" w:rsidRPr="000E6E20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51954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68D7" w:rsidRPr="000E6E20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2D68D7" w:rsidRPr="000E6E20">
              <w:rPr>
                <w:sz w:val="16"/>
                <w:lang w:val="ro-RO"/>
              </w:rPr>
              <w:t xml:space="preserve"> plan de încadrare în documentația de urbanism aplicabilă, după caz</w:t>
            </w:r>
          </w:p>
        </w:tc>
      </w:tr>
    </w:tbl>
    <w:p w14:paraId="65A8D9C5" w14:textId="77777777" w:rsidR="00DD3A82" w:rsidRPr="000E6E20" w:rsidRDefault="00DD3A8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:rsidRPr="000E6E20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Pr="000E6E20" w:rsidRDefault="00000000">
            <w:pPr>
              <w:keepNext/>
              <w:rPr>
                <w:lang w:val="ro-RO"/>
              </w:rPr>
            </w:pPr>
            <w:r w:rsidRPr="000E6E20">
              <w:rPr>
                <w:b/>
                <w:sz w:val="16"/>
                <w:lang w:val="ro-RO"/>
              </w:rPr>
              <w:t xml:space="preserve"> </w:t>
            </w:r>
            <w:r w:rsidR="005A0856" w:rsidRPr="000E6E20">
              <w:rPr>
                <w:b/>
                <w:sz w:val="16"/>
                <w:lang w:val="ro-RO"/>
              </w:rPr>
              <w:t>8</w:t>
            </w:r>
            <w:r w:rsidRPr="000E6E20">
              <w:rPr>
                <w:b/>
                <w:sz w:val="16"/>
                <w:lang w:val="ro-RO"/>
              </w:rPr>
              <w:t xml:space="preserve">. </w:t>
            </w:r>
            <w:r w:rsidRPr="000E6E20">
              <w:rPr>
                <w:b/>
                <w:color w:val="000000"/>
                <w:sz w:val="18"/>
                <w:lang w:val="ro-RO"/>
              </w:rPr>
              <w:t>SEMNĂTURA</w:t>
            </w:r>
          </w:p>
        </w:tc>
      </w:tr>
      <w:tr w:rsidR="00DD3A82" w:rsidRPr="000E6E20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Pr="000E6E20" w:rsidRDefault="00000000">
            <w:pPr>
              <w:keepNext/>
              <w:jc w:val="center"/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Arhitect-șef</w:t>
            </w:r>
          </w:p>
          <w:p w14:paraId="139938D3" w14:textId="77777777" w:rsidR="00DD3A82" w:rsidRPr="000E6E20" w:rsidRDefault="00DD3A82">
            <w:pPr>
              <w:keepNext/>
              <w:spacing w:after="200"/>
              <w:rPr>
                <w:lang w:val="ro-RO"/>
              </w:rPr>
            </w:pPr>
          </w:p>
          <w:p w14:paraId="7825B045" w14:textId="77777777" w:rsidR="00DD3A82" w:rsidRPr="000E6E20" w:rsidRDefault="00DD3A82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58E83B0E" w14:textId="77777777" w:rsidR="00DD3A82" w:rsidRPr="000E6E20" w:rsidRDefault="00000000">
            <w:pPr>
              <w:keepNext/>
              <w:jc w:val="center"/>
              <w:rPr>
                <w:lang w:val="ro-RO"/>
              </w:rPr>
            </w:pPr>
            <w:r w:rsidRPr="000E6E20">
              <w:rPr>
                <w:i/>
                <w:color w:val="595959"/>
                <w:lang w:val="ro-RO"/>
              </w:rPr>
              <w:t>numele și semnătura</w:t>
            </w:r>
          </w:p>
        </w:tc>
      </w:tr>
      <w:tr w:rsidR="00DD3A82" w:rsidRPr="000E6E20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Achitat taxa de (lei)</w:t>
            </w:r>
          </w:p>
          <w:p w14:paraId="6AAC76E5" w14:textId="77777777" w:rsidR="00DD3A82" w:rsidRPr="000E6E20" w:rsidRDefault="00DD3A82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755A1FF5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Chitanța nr. / data</w:t>
            </w:r>
          </w:p>
          <w:p w14:paraId="1D88E202" w14:textId="77777777" w:rsidR="00DD3A82" w:rsidRPr="000E6E20" w:rsidRDefault="00DD3A82">
            <w:pPr>
              <w:rPr>
                <w:lang w:val="ro-RO"/>
              </w:rPr>
            </w:pPr>
          </w:p>
        </w:tc>
        <w:tc>
          <w:tcPr>
            <w:tcW w:w="4015" w:type="dxa"/>
          </w:tcPr>
          <w:p w14:paraId="27531EB3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b/>
                <w:color w:val="0D5F78"/>
                <w:lang w:val="ro-RO"/>
              </w:rPr>
              <w:t>Transmis solicitantului la data</w:t>
            </w:r>
          </w:p>
          <w:p w14:paraId="3ACD86CE" w14:textId="77777777" w:rsidR="00DD3A82" w:rsidRPr="000E6E20" w:rsidRDefault="00000000">
            <w:pPr>
              <w:rPr>
                <w:lang w:val="ro-RO"/>
              </w:rPr>
            </w:pPr>
            <w:r w:rsidRPr="000E6E20">
              <w:rPr>
                <w:i/>
                <w:color w:val="7A7A7A"/>
                <w:lang w:val="ro-RO"/>
              </w:rPr>
              <w:t>direct / prin poștă / digital</w:t>
            </w:r>
          </w:p>
          <w:p w14:paraId="79B95523" w14:textId="77777777" w:rsidR="00DD3A82" w:rsidRPr="000E6E20" w:rsidRDefault="00DD3A82">
            <w:pPr>
              <w:rPr>
                <w:lang w:val="ro-RO"/>
              </w:rPr>
            </w:pPr>
          </w:p>
        </w:tc>
      </w:tr>
    </w:tbl>
    <w:p w14:paraId="78EA194A" w14:textId="77777777" w:rsidR="00DD3A82" w:rsidRPr="000E6E20" w:rsidRDefault="00DD3A82">
      <w:pPr>
        <w:spacing w:line="168" w:lineRule="auto"/>
        <w:rPr>
          <w:lang w:val="ro-RO"/>
        </w:rPr>
      </w:pPr>
    </w:p>
    <w:sectPr w:rsidR="00DD3A82" w:rsidRPr="000E6E20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35BB2" w14:textId="77777777" w:rsidR="00BB2827" w:rsidRDefault="00BB2827">
      <w:r>
        <w:separator/>
      </w:r>
    </w:p>
  </w:endnote>
  <w:endnote w:type="continuationSeparator" w:id="0">
    <w:p w14:paraId="748CC103" w14:textId="77777777" w:rsidR="00BB2827" w:rsidRDefault="00BB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04E90" w14:textId="77777777" w:rsidR="00BB2827" w:rsidRDefault="00BB2827">
      <w:r>
        <w:separator/>
      </w:r>
    </w:p>
  </w:footnote>
  <w:footnote w:type="continuationSeparator" w:id="0">
    <w:p w14:paraId="7FAA38F0" w14:textId="77777777" w:rsidR="00BB2827" w:rsidRDefault="00BB2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E20"/>
    <w:rsid w:val="0015074B"/>
    <w:rsid w:val="00176728"/>
    <w:rsid w:val="00243741"/>
    <w:rsid w:val="0029639D"/>
    <w:rsid w:val="002D094A"/>
    <w:rsid w:val="002D68D7"/>
    <w:rsid w:val="00307D25"/>
    <w:rsid w:val="00326F90"/>
    <w:rsid w:val="003B1895"/>
    <w:rsid w:val="003B78D5"/>
    <w:rsid w:val="00414201"/>
    <w:rsid w:val="00432E7B"/>
    <w:rsid w:val="004F205C"/>
    <w:rsid w:val="005A0856"/>
    <w:rsid w:val="006C103E"/>
    <w:rsid w:val="007E1E30"/>
    <w:rsid w:val="007F7153"/>
    <w:rsid w:val="008059CC"/>
    <w:rsid w:val="008C2A72"/>
    <w:rsid w:val="008D765F"/>
    <w:rsid w:val="00927F36"/>
    <w:rsid w:val="00A05B4A"/>
    <w:rsid w:val="00A22BC3"/>
    <w:rsid w:val="00A92182"/>
    <w:rsid w:val="00AA1D8D"/>
    <w:rsid w:val="00AE282B"/>
    <w:rsid w:val="00B47730"/>
    <w:rsid w:val="00B702B1"/>
    <w:rsid w:val="00BB2827"/>
    <w:rsid w:val="00C83C00"/>
    <w:rsid w:val="00C858A9"/>
    <w:rsid w:val="00CB0664"/>
    <w:rsid w:val="00D06549"/>
    <w:rsid w:val="00D14004"/>
    <w:rsid w:val="00D55123"/>
    <w:rsid w:val="00DD3A82"/>
    <w:rsid w:val="00E06BB2"/>
    <w:rsid w:val="00EF6305"/>
    <w:rsid w:val="00F226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5</cp:revision>
  <dcterms:created xsi:type="dcterms:W3CDTF">2026-09-21T11:00:00Z</dcterms:created>
  <dcterms:modified xsi:type="dcterms:W3CDTF">2026-09-24T09:23:00Z</dcterms:modified>
  <cp:category/>
</cp:coreProperties>
</file>