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28" w:tblpY="98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2356"/>
        <w:gridCol w:w="3717"/>
        <w:gridCol w:w="1670"/>
        <w:gridCol w:w="2004"/>
      </w:tblGrid>
      <w:tr w:rsidR="00321EDB" w:rsidRPr="00C01E58" w14:paraId="2A43841B" w14:textId="77777777" w:rsidTr="00E02CFA">
        <w:trPr>
          <w:trHeight w:val="274"/>
        </w:trPr>
        <w:tc>
          <w:tcPr>
            <w:tcW w:w="2356" w:type="dxa"/>
            <w:vMerge w:val="restart"/>
            <w:shd w:val="clear" w:color="auto" w:fill="FFFFFF" w:themeFill="background1"/>
          </w:tcPr>
          <w:p w14:paraId="5089DFB8" w14:textId="32B6FBF7" w:rsidR="00321EDB" w:rsidRPr="00C01E58" w:rsidRDefault="00321EDB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  <w:p w14:paraId="545870CE" w14:textId="77777777" w:rsidR="00321EDB" w:rsidRPr="00C01E58" w:rsidRDefault="00321EDB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  <w:p w14:paraId="5FEC7C4E" w14:textId="77777777" w:rsidR="00321EDB" w:rsidRDefault="00321EDB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asciiTheme="majorHAnsi" w:eastAsiaTheme="majorEastAsia" w:hAnsiTheme="majorHAnsi" w:cstheme="majorBidi"/>
                <w:b/>
                <w:bCs/>
                <w:noProof/>
                <w:color w:val="4F81BD" w:themeColor="accent1"/>
                <w:sz w:val="26"/>
                <w:szCs w:val="26"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5DDB494" wp14:editId="0314642D">
                      <wp:simplePos x="0" y="0"/>
                      <wp:positionH relativeFrom="column">
                        <wp:posOffset>-69215</wp:posOffset>
                      </wp:positionH>
                      <wp:positionV relativeFrom="page">
                        <wp:posOffset>965835</wp:posOffset>
                      </wp:positionV>
                      <wp:extent cx="1495994" cy="541020"/>
                      <wp:effectExtent l="0" t="0" r="0" b="0"/>
                      <wp:wrapNone/>
                      <wp:docPr id="462200053" name="Casetă tex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5994" cy="5410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948778D" w14:textId="2244D8B5" w:rsidR="00321EDB" w:rsidRPr="00072389" w:rsidRDefault="00F74161" w:rsidP="00321EDB">
                                  <w:pPr>
                                    <w:pStyle w:val="Frspaiere"/>
                                    <w:jc w:val="center"/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  <w:t>COMUNA</w:t>
                                  </w:r>
                                  <w:r w:rsidR="00DC1974"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  <w:t xml:space="preserve"> STUDINA</w:t>
                                  </w:r>
                                </w:p>
                                <w:p w14:paraId="2C1F389C" w14:textId="77777777" w:rsidR="00321EDB" w:rsidRPr="00072389" w:rsidRDefault="00321EDB" w:rsidP="00321EDB">
                                  <w:pPr>
                                    <w:pStyle w:val="Frspaiere"/>
                                    <w:jc w:val="center"/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</w:pPr>
                                  <w:r w:rsidRPr="00072389"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  <w:t>OLT</w:t>
                                  </w:r>
                                </w:p>
                                <w:p w14:paraId="44CB9116" w14:textId="77777777" w:rsidR="00321EDB" w:rsidRPr="00F37AD5" w:rsidRDefault="00321EDB" w:rsidP="00321EDB">
                                  <w:pPr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5DDB49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tă text 5" o:spid="_x0000_s1026" type="#_x0000_t202" style="position:absolute;left:0;text-align:left;margin-left:-5.45pt;margin-top:76.05pt;width:117.8pt;height:42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" filled="f" stroked="f">
                      <v:textbox inset=",0">
                        <w:txbxContent>
                          <w:p w14:paraId="3948778D" w14:textId="2244D8B5" w:rsidR="00321EDB" w:rsidRPr="00072389" w:rsidRDefault="00F74161" w:rsidP="00321EDB">
                            <w:pPr>
                              <w:pStyle w:val="Frspaiere"/>
                              <w:jc w:val="center"/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  <w:t>COMUNA</w:t>
                            </w:r>
                            <w:r w:rsidR="00DC1974"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  <w:t xml:space="preserve"> STUDINA</w:t>
                            </w:r>
                          </w:p>
                          <w:p w14:paraId="2C1F389C" w14:textId="77777777" w:rsidR="00321EDB" w:rsidRPr="00072389" w:rsidRDefault="00321EDB" w:rsidP="00321EDB">
                            <w:pPr>
                              <w:pStyle w:val="Frspaiere"/>
                              <w:jc w:val="center"/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  <w:r w:rsidRPr="00072389"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  <w:t>OLT</w:t>
                            </w:r>
                          </w:p>
                          <w:p w14:paraId="44CB9116" w14:textId="77777777" w:rsidR="00321EDB" w:rsidRPr="00F37AD5" w:rsidRDefault="00321EDB" w:rsidP="00321EDB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14:paraId="0E69A4A4" w14:textId="77777777" w:rsidR="00321EDB" w:rsidRPr="00C01E58" w:rsidRDefault="00321EDB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7391" w:type="dxa"/>
            <w:gridSpan w:val="3"/>
            <w:shd w:val="clear" w:color="auto" w:fill="FFFFFF" w:themeFill="background1"/>
          </w:tcPr>
          <w:p w14:paraId="05DDD510" w14:textId="77777777" w:rsidR="00321EDB" w:rsidRPr="00C01E58" w:rsidRDefault="00321EDB" w:rsidP="00E02CFA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Județul  OLT</w:t>
            </w:r>
          </w:p>
        </w:tc>
      </w:tr>
      <w:tr w:rsidR="00321EDB" w:rsidRPr="00C01E58" w14:paraId="0A2D2087" w14:textId="77777777" w:rsidTr="00E02CFA">
        <w:trPr>
          <w:trHeight w:val="530"/>
        </w:trPr>
        <w:tc>
          <w:tcPr>
            <w:tcW w:w="2356" w:type="dxa"/>
            <w:vMerge/>
            <w:shd w:val="clear" w:color="auto" w:fill="FFFFFF" w:themeFill="background1"/>
          </w:tcPr>
          <w:p w14:paraId="7B2FC99C" w14:textId="77777777" w:rsidR="00321EDB" w:rsidRPr="00C01E58" w:rsidRDefault="00321EDB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7391" w:type="dxa"/>
            <w:gridSpan w:val="3"/>
            <w:shd w:val="clear" w:color="auto" w:fill="FFFFFF" w:themeFill="background1"/>
          </w:tcPr>
          <w:p w14:paraId="735662A6" w14:textId="77777777" w:rsidR="00321EDB" w:rsidRPr="00C01E58" w:rsidRDefault="00321EDB" w:rsidP="00E02CFA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Autoritatea administrației publice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5413799B" w14:textId="78D63701" w:rsidR="00321EDB" w:rsidRPr="00C01E58" w:rsidRDefault="00F74161" w:rsidP="00E02CFA">
            <w:pPr>
              <w:spacing w:after="200" w:line="168" w:lineRule="exact"/>
              <w:rPr>
                <w:rFonts w:cs="Times New Roman"/>
                <w:sz w:val="22"/>
                <w:lang w:val="ro-RO"/>
              </w:rPr>
            </w:pPr>
            <w:r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COMUNA</w:t>
            </w:r>
            <w:r w:rsidR="00DC1974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 xml:space="preserve"> STUDINA</w:t>
            </w:r>
            <w:r w:rsidR="00321EDB"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 xml:space="preserve"> OLT</w:t>
            </w:r>
          </w:p>
        </w:tc>
      </w:tr>
      <w:tr w:rsidR="00321EDB" w:rsidRPr="00C01E58" w14:paraId="14B01934" w14:textId="77777777" w:rsidTr="00E02CFA">
        <w:trPr>
          <w:trHeight w:val="437"/>
        </w:trPr>
        <w:tc>
          <w:tcPr>
            <w:tcW w:w="2356" w:type="dxa"/>
            <w:vMerge/>
            <w:shd w:val="clear" w:color="auto" w:fill="FFFFFF" w:themeFill="background1"/>
          </w:tcPr>
          <w:p w14:paraId="0045A022" w14:textId="77777777" w:rsidR="00321EDB" w:rsidRPr="00C01E58" w:rsidRDefault="00321EDB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3717" w:type="dxa"/>
            <w:shd w:val="clear" w:color="auto" w:fill="FFFFFF" w:themeFill="background1"/>
          </w:tcPr>
          <w:p w14:paraId="0A1CD79A" w14:textId="77777777" w:rsidR="00321EDB" w:rsidRPr="00C01E58" w:rsidRDefault="00321EDB" w:rsidP="00E02CFA">
            <w:pPr>
              <w:spacing w:after="200" w:line="168" w:lineRule="exact"/>
              <w:rPr>
                <w:rFonts w:cs="Times New Roman"/>
                <w:color w:val="000000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Cod de identificare fiscală (CIF)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0F87D89C" w14:textId="10BE1654" w:rsidR="00321EDB" w:rsidRPr="00C01E58" w:rsidRDefault="00321EDB" w:rsidP="00E02CFA">
            <w:pPr>
              <w:spacing w:after="200" w:line="168" w:lineRule="exact"/>
              <w:rPr>
                <w:rFonts w:asciiTheme="minorHAnsi" w:hAnsiTheme="minorHAnsi"/>
                <w:b/>
                <w:bCs/>
                <w:sz w:val="22"/>
                <w:lang w:val="ro-RO"/>
              </w:rPr>
            </w:pPr>
            <w:r w:rsidRPr="00C01E58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4</w:t>
            </w:r>
            <w:r w:rsidR="000C53C8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491300</w:t>
            </w:r>
          </w:p>
        </w:tc>
        <w:tc>
          <w:tcPr>
            <w:tcW w:w="3674" w:type="dxa"/>
            <w:gridSpan w:val="2"/>
            <w:shd w:val="clear" w:color="auto" w:fill="FFFFFF" w:themeFill="background1"/>
          </w:tcPr>
          <w:p w14:paraId="698D9A39" w14:textId="77777777" w:rsidR="00321EDB" w:rsidRPr="00C01E58" w:rsidRDefault="00321EDB" w:rsidP="00E02CFA">
            <w:pPr>
              <w:spacing w:line="168" w:lineRule="exact"/>
              <w:rPr>
                <w:rFonts w:asciiTheme="minorHAnsi" w:hAnsiTheme="minorHAnsi"/>
                <w:sz w:val="22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Adresa oficială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5D47BE81" w14:textId="77777777" w:rsidR="00DC1974" w:rsidRPr="00DC1974" w:rsidRDefault="00DC1974" w:rsidP="00DC1974">
            <w:pPr>
              <w:spacing w:line="168" w:lineRule="exact"/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</w:pPr>
            <w:r w:rsidRPr="00DC1974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Str. I.L. Caragiale nr.14 Studina CP 237445</w:t>
            </w:r>
          </w:p>
          <w:p w14:paraId="24643527" w14:textId="77777777" w:rsidR="00DC1974" w:rsidRPr="00DC1974" w:rsidRDefault="00DC1974" w:rsidP="00DC1974">
            <w:pPr>
              <w:spacing w:line="168" w:lineRule="exact"/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</w:pPr>
            <w:r w:rsidRPr="00DC1974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 xml:space="preserve">Tel: 0249/511007 </w:t>
            </w:r>
          </w:p>
          <w:p w14:paraId="6CDDD137" w14:textId="3357EE4A" w:rsidR="00321EDB" w:rsidRPr="00C01E58" w:rsidRDefault="00DC1974" w:rsidP="00DC1974">
            <w:pPr>
              <w:spacing w:line="168" w:lineRule="exact"/>
              <w:rPr>
                <w:rFonts w:asciiTheme="minorHAnsi" w:hAnsiTheme="minorHAnsi"/>
                <w:sz w:val="22"/>
                <w:lang w:val="ro-RO"/>
              </w:rPr>
            </w:pPr>
            <w:r w:rsidRPr="00DC1974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e-mail: primariastudinaott@yahoo.com</w:t>
            </w:r>
          </w:p>
        </w:tc>
      </w:tr>
      <w:tr w:rsidR="00321EDB" w:rsidRPr="00C01E58" w14:paraId="1769E0B7" w14:textId="77777777" w:rsidTr="00E02CFA">
        <w:trPr>
          <w:trHeight w:val="380"/>
        </w:trPr>
        <w:tc>
          <w:tcPr>
            <w:tcW w:w="2356" w:type="dxa"/>
            <w:vMerge/>
            <w:shd w:val="clear" w:color="auto" w:fill="FFFFFF" w:themeFill="background1"/>
          </w:tcPr>
          <w:p w14:paraId="42C39ADC" w14:textId="77777777" w:rsidR="00321EDB" w:rsidRPr="00C01E58" w:rsidRDefault="00321EDB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5387" w:type="dxa"/>
            <w:gridSpan w:val="2"/>
            <w:shd w:val="clear" w:color="auto" w:fill="FFFFFF" w:themeFill="background1"/>
          </w:tcPr>
          <w:p w14:paraId="6518C1E3" w14:textId="77777777" w:rsidR="00321EDB" w:rsidRPr="00C01E58" w:rsidRDefault="00321EDB" w:rsidP="00E02CFA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 xml:space="preserve">Număr de înregistrare </w:t>
            </w:r>
          </w:p>
        </w:tc>
        <w:tc>
          <w:tcPr>
            <w:tcW w:w="2004" w:type="dxa"/>
            <w:shd w:val="clear" w:color="auto" w:fill="FFFFFF" w:themeFill="background1"/>
          </w:tcPr>
          <w:p w14:paraId="01D304C0" w14:textId="77777777" w:rsidR="00321EDB" w:rsidRPr="00C01E58" w:rsidRDefault="00321EDB" w:rsidP="00E02CFA">
            <w:pPr>
              <w:spacing w:after="200" w:line="168" w:lineRule="exact"/>
              <w:rPr>
                <w:rFonts w:cs="Times New Roman"/>
                <w:bCs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Data</w:t>
            </w:r>
          </w:p>
        </w:tc>
      </w:tr>
      <w:tr w:rsidR="00321EDB" w:rsidRPr="00C01E58" w14:paraId="1C7AA4AD" w14:textId="77777777" w:rsidTr="00E02CFA">
        <w:trPr>
          <w:trHeight w:val="239"/>
        </w:trPr>
        <w:tc>
          <w:tcPr>
            <w:tcW w:w="9747" w:type="dxa"/>
            <w:gridSpan w:val="4"/>
            <w:shd w:val="clear" w:color="auto" w:fill="FFFFFF" w:themeFill="background1"/>
          </w:tcPr>
          <w:p w14:paraId="53DE9157" w14:textId="77777777" w:rsidR="00321EDB" w:rsidRPr="00C01E58" w:rsidRDefault="00321EDB" w:rsidP="00E02CFA">
            <w:pPr>
              <w:keepNext/>
              <w:keepLines/>
              <w:spacing w:line="317" w:lineRule="exact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eastAsia="Times New Roman" w:cs="Times New Roman"/>
                <w:b/>
                <w:bCs/>
                <w:i/>
                <w:iCs/>
                <w:color w:val="595959"/>
                <w:kern w:val="2"/>
                <w:szCs w:val="15"/>
                <w:lang w:val="ro-RO"/>
              </w:rPr>
              <w:t>se completează de autoritate — solicitantul nu scrie în această zonă</w:t>
            </w:r>
          </w:p>
        </w:tc>
      </w:tr>
    </w:tbl>
    <w:p w14:paraId="4CCAE2E9" w14:textId="77777777" w:rsidR="00001A3C" w:rsidRPr="00C84AE6" w:rsidRDefault="00001A3C">
      <w:pPr>
        <w:spacing w:line="168" w:lineRule="auto"/>
        <w:rPr>
          <w:lang w:val="ro-RO"/>
        </w:rPr>
      </w:pPr>
    </w:p>
    <w:p w14:paraId="1E6FED52" w14:textId="77777777" w:rsidR="00001A3C" w:rsidRPr="00C84AE6" w:rsidRDefault="00000000">
      <w:pPr>
        <w:spacing w:before="140" w:after="40"/>
        <w:jc w:val="center"/>
        <w:rPr>
          <w:lang w:val="ro-RO"/>
        </w:rPr>
      </w:pPr>
      <w:r w:rsidRPr="00C84AE6">
        <w:rPr>
          <w:b/>
          <w:sz w:val="34"/>
          <w:lang w:val="ro-RO"/>
        </w:rPr>
        <w:t>CERTIFICAT DE URBANISM PENTRU OPERAȚIUNI CADASTRALE</w:t>
      </w:r>
    </w:p>
    <w:p w14:paraId="46F0331D" w14:textId="77777777" w:rsidR="00001A3C" w:rsidRPr="00C84AE6" w:rsidRDefault="00001A3C">
      <w:pPr>
        <w:spacing w:after="60"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803"/>
        <w:gridCol w:w="4015"/>
      </w:tblGrid>
      <w:tr w:rsidR="00001A3C" w:rsidRPr="00C84AE6" w14:paraId="11677C2C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7E5AE97" w14:textId="77777777" w:rsidR="00001A3C" w:rsidRPr="00C84AE6" w:rsidRDefault="00000000">
            <w:pPr>
              <w:keepNext/>
              <w:rPr>
                <w:lang w:val="ro-RO"/>
              </w:rPr>
            </w:pPr>
            <w:r w:rsidRPr="00C84AE6">
              <w:rPr>
                <w:b/>
                <w:sz w:val="16"/>
                <w:lang w:val="ro-RO"/>
              </w:rPr>
              <w:t xml:space="preserve"> 1. </w:t>
            </w:r>
            <w:r w:rsidRPr="00C84AE6">
              <w:rPr>
                <w:b/>
                <w:color w:val="000000"/>
                <w:sz w:val="18"/>
                <w:lang w:val="ro-RO"/>
              </w:rPr>
              <w:t>REFERINȚE ȘI TEMEI</w:t>
            </w:r>
          </w:p>
        </w:tc>
      </w:tr>
      <w:tr w:rsidR="00001A3C" w:rsidRPr="00C84AE6" w14:paraId="180C16EA" w14:textId="77777777">
        <w:trPr>
          <w:cantSplit/>
          <w:trHeight w:val="510"/>
        </w:trPr>
        <w:tc>
          <w:tcPr>
            <w:tcW w:w="2409" w:type="dxa"/>
          </w:tcPr>
          <w:p w14:paraId="4A1368FE" w14:textId="77777777" w:rsidR="00001A3C" w:rsidRPr="00C84AE6" w:rsidRDefault="00000000">
            <w:pPr>
              <w:keepNext/>
              <w:rPr>
                <w:lang w:val="ro-RO"/>
              </w:rPr>
            </w:pPr>
            <w:r w:rsidRPr="00C84AE6">
              <w:rPr>
                <w:b/>
                <w:color w:val="0D5F78"/>
                <w:lang w:val="ro-RO"/>
              </w:rPr>
              <w:t>Ca urmare a cererii nr.</w:t>
            </w:r>
          </w:p>
          <w:p w14:paraId="65AFBD46" w14:textId="77777777" w:rsidR="00001A3C" w:rsidRPr="00C84AE6" w:rsidRDefault="00001A3C">
            <w:pPr>
              <w:keepNext/>
              <w:rPr>
                <w:lang w:val="ro-RO"/>
              </w:rPr>
            </w:pPr>
          </w:p>
        </w:tc>
        <w:tc>
          <w:tcPr>
            <w:tcW w:w="2409" w:type="dxa"/>
          </w:tcPr>
          <w:p w14:paraId="21FD20F1" w14:textId="77777777" w:rsidR="00001A3C" w:rsidRPr="00C84AE6" w:rsidRDefault="00000000">
            <w:pPr>
              <w:keepNext/>
              <w:rPr>
                <w:lang w:val="ro-RO"/>
              </w:rPr>
            </w:pPr>
            <w:r w:rsidRPr="00C84AE6">
              <w:rPr>
                <w:b/>
                <w:color w:val="0D5F78"/>
                <w:lang w:val="ro-RO"/>
              </w:rPr>
              <w:t>din data</w:t>
            </w:r>
          </w:p>
          <w:p w14:paraId="06E5705B" w14:textId="77777777" w:rsidR="00001A3C" w:rsidRPr="00C84AE6" w:rsidRDefault="00001A3C">
            <w:pPr>
              <w:keepNext/>
              <w:rPr>
                <w:lang w:val="ro-RO"/>
              </w:rPr>
            </w:pPr>
          </w:p>
        </w:tc>
        <w:tc>
          <w:tcPr>
            <w:tcW w:w="4818" w:type="dxa"/>
            <w:gridSpan w:val="2"/>
          </w:tcPr>
          <w:p w14:paraId="2B140C61" w14:textId="77777777" w:rsidR="00001A3C" w:rsidRPr="00C84AE6" w:rsidRDefault="00000000">
            <w:pPr>
              <w:keepNext/>
              <w:rPr>
                <w:lang w:val="ro-RO"/>
              </w:rPr>
            </w:pPr>
            <w:r w:rsidRPr="00C84AE6">
              <w:rPr>
                <w:b/>
                <w:color w:val="0D5F78"/>
                <w:lang w:val="ro-RO"/>
              </w:rPr>
              <w:t>a solicitantului</w:t>
            </w:r>
          </w:p>
          <w:p w14:paraId="3B2BBD5B" w14:textId="77777777" w:rsidR="00001A3C" w:rsidRPr="00C84AE6" w:rsidRDefault="00001A3C">
            <w:pPr>
              <w:keepNext/>
              <w:rPr>
                <w:lang w:val="ro-RO"/>
              </w:rPr>
            </w:pPr>
          </w:p>
        </w:tc>
      </w:tr>
      <w:tr w:rsidR="00001A3C" w:rsidRPr="00C84AE6" w14:paraId="34157CD1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22D7D418" w14:textId="77777777" w:rsidR="00001A3C" w:rsidRPr="00C84AE6" w:rsidRDefault="00000000">
            <w:pPr>
              <w:rPr>
                <w:lang w:val="ro-RO"/>
              </w:rPr>
            </w:pPr>
            <w:r w:rsidRPr="00C84AE6">
              <w:rPr>
                <w:b/>
                <w:color w:val="0D5F78"/>
                <w:lang w:val="ro-RO"/>
              </w:rPr>
              <w:t>Documentația de urbanism aplicabilă</w:t>
            </w:r>
          </w:p>
          <w:p w14:paraId="4CF06254" w14:textId="77777777" w:rsidR="00001A3C" w:rsidRPr="00C84AE6" w:rsidRDefault="00000000">
            <w:pPr>
              <w:rPr>
                <w:lang w:val="ro-RO"/>
              </w:rPr>
            </w:pPr>
            <w:r w:rsidRPr="00C84AE6">
              <w:rPr>
                <w:i/>
                <w:color w:val="7A7A7A"/>
                <w:lang w:val="ro-RO"/>
              </w:rPr>
              <w:t>nr. / faza PUG · PUZ · PUD</w:t>
            </w:r>
          </w:p>
          <w:p w14:paraId="3CF9008A" w14:textId="77777777" w:rsidR="00001A3C" w:rsidRPr="00C84AE6" w:rsidRDefault="00001A3C">
            <w:pPr>
              <w:rPr>
                <w:lang w:val="ro-RO"/>
              </w:rPr>
            </w:pPr>
          </w:p>
        </w:tc>
        <w:tc>
          <w:tcPr>
            <w:tcW w:w="4015" w:type="dxa"/>
          </w:tcPr>
          <w:p w14:paraId="379687AC" w14:textId="77777777" w:rsidR="00001A3C" w:rsidRPr="00C84AE6" w:rsidRDefault="00000000">
            <w:pPr>
              <w:rPr>
                <w:lang w:val="ro-RO"/>
              </w:rPr>
            </w:pPr>
            <w:r w:rsidRPr="00C84AE6">
              <w:rPr>
                <w:b/>
                <w:color w:val="0D5F78"/>
                <w:lang w:val="ro-RO"/>
              </w:rPr>
              <w:t>Aprobată prin hotărârea CJ / CL nr. / data</w:t>
            </w:r>
          </w:p>
          <w:p w14:paraId="24DFADA6" w14:textId="77777777" w:rsidR="00001A3C" w:rsidRPr="00C84AE6" w:rsidRDefault="00001A3C">
            <w:pPr>
              <w:rPr>
                <w:lang w:val="ro-RO"/>
              </w:rPr>
            </w:pPr>
          </w:p>
        </w:tc>
      </w:tr>
    </w:tbl>
    <w:p w14:paraId="37622AA7" w14:textId="77777777" w:rsidR="00001A3C" w:rsidRPr="00C84AE6" w:rsidRDefault="00001A3C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001A3C" w:rsidRPr="00C84AE6" w14:paraId="6237A6E6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4C0B2282" w14:textId="77777777" w:rsidR="00001A3C" w:rsidRPr="00C84AE6" w:rsidRDefault="00000000">
            <w:pPr>
              <w:keepNext/>
              <w:rPr>
                <w:lang w:val="ro-RO"/>
              </w:rPr>
            </w:pPr>
            <w:r w:rsidRPr="00C84AE6">
              <w:rPr>
                <w:b/>
                <w:sz w:val="16"/>
                <w:lang w:val="ro-RO"/>
              </w:rPr>
              <w:t xml:space="preserve"> 2. </w:t>
            </w:r>
            <w:r w:rsidRPr="00C84AE6">
              <w:rPr>
                <w:b/>
                <w:color w:val="000000"/>
                <w:sz w:val="18"/>
                <w:lang w:val="ro-RO"/>
              </w:rPr>
              <w:t>IMOBILUL</w:t>
            </w:r>
          </w:p>
        </w:tc>
      </w:tr>
      <w:tr w:rsidR="00001A3C" w:rsidRPr="00C84AE6" w14:paraId="0E807824" w14:textId="77777777">
        <w:trPr>
          <w:cantSplit/>
        </w:trPr>
        <w:tc>
          <w:tcPr>
            <w:tcW w:w="9636" w:type="dxa"/>
            <w:gridSpan w:val="6"/>
          </w:tcPr>
          <w:p w14:paraId="0C0A9EF3" w14:textId="59A3B566" w:rsidR="00001A3C" w:rsidRPr="00C84AE6" w:rsidRDefault="00000000">
            <w:pPr>
              <w:keepNext/>
              <w:rPr>
                <w:lang w:val="ro-RO"/>
              </w:rPr>
            </w:pPr>
            <w:r w:rsidRPr="00C84AE6">
              <w:rPr>
                <w:sz w:val="16"/>
                <w:lang w:val="ro-RO"/>
              </w:rPr>
              <w:t xml:space="preserve"> </w:t>
            </w:r>
            <w:sdt>
              <w:sdtPr>
                <w:rPr>
                  <w:sz w:val="16"/>
                  <w:lang w:val="ro-RO"/>
                </w:rPr>
                <w:id w:val="-127632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F3CAD" w:rsidRPr="00C84AE6">
                  <w:rPr>
                    <w:sz w:val="16"/>
                    <w:lang w:val="ro-RO"/>
                  </w:rPr>
                  <w:t>☐</w:t>
                </w:r>
              </w:sdtContent>
            </w:sdt>
            <w:r w:rsidR="007F3CAD" w:rsidRPr="00C84AE6">
              <w:rPr>
                <w:sz w:val="16"/>
                <w:lang w:val="ro-RO"/>
              </w:rPr>
              <w:t xml:space="preserve"> </w:t>
            </w:r>
            <w:r w:rsidRPr="00C84AE6">
              <w:rPr>
                <w:sz w:val="16"/>
                <w:lang w:val="ro-RO"/>
              </w:rPr>
              <w:t xml:space="preserve"> teren     </w:t>
            </w:r>
            <w:sdt>
              <w:sdtPr>
                <w:rPr>
                  <w:sz w:val="16"/>
                  <w:lang w:val="ro-RO"/>
                </w:rPr>
                <w:id w:val="-878400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F3CAD" w:rsidRPr="00C84AE6">
                  <w:rPr>
                    <w:sz w:val="16"/>
                    <w:lang w:val="ro-RO"/>
                  </w:rPr>
                  <w:t>☐</w:t>
                </w:r>
              </w:sdtContent>
            </w:sdt>
            <w:r w:rsidR="007F3CAD" w:rsidRPr="00C84AE6">
              <w:rPr>
                <w:sz w:val="16"/>
                <w:lang w:val="ro-RO"/>
              </w:rPr>
              <w:t xml:space="preserve"> </w:t>
            </w:r>
            <w:r w:rsidRPr="00C84AE6">
              <w:rPr>
                <w:sz w:val="16"/>
                <w:lang w:val="ro-RO"/>
              </w:rPr>
              <w:t xml:space="preserve"> construcții</w:t>
            </w:r>
          </w:p>
        </w:tc>
      </w:tr>
      <w:tr w:rsidR="00001A3C" w:rsidRPr="00C84AE6" w14:paraId="176786E6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18DC8D4" w14:textId="77777777" w:rsidR="00001A3C" w:rsidRPr="00C84AE6" w:rsidRDefault="00000000">
            <w:pPr>
              <w:keepNext/>
              <w:rPr>
                <w:lang w:val="ro-RO"/>
              </w:rPr>
            </w:pPr>
            <w:r w:rsidRPr="00C84AE6">
              <w:rPr>
                <w:b/>
                <w:color w:val="0D5F78"/>
                <w:lang w:val="ro-RO"/>
              </w:rPr>
              <w:t>Județ</w:t>
            </w:r>
          </w:p>
          <w:p w14:paraId="675E5F5B" w14:textId="77777777" w:rsidR="00001A3C" w:rsidRPr="00C84AE6" w:rsidRDefault="00001A3C">
            <w:pPr>
              <w:keepNext/>
              <w:rPr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2A7D0718" w14:textId="77777777" w:rsidR="00001A3C" w:rsidRPr="00C84AE6" w:rsidRDefault="00000000">
            <w:pPr>
              <w:keepNext/>
              <w:rPr>
                <w:lang w:val="ro-RO"/>
              </w:rPr>
            </w:pPr>
            <w:r w:rsidRPr="00C84AE6">
              <w:rPr>
                <w:b/>
                <w:color w:val="0D5F78"/>
                <w:lang w:val="ro-RO"/>
              </w:rPr>
              <w:t>Municipiu / oraș / comună</w:t>
            </w:r>
          </w:p>
          <w:p w14:paraId="1985DFD0" w14:textId="77777777" w:rsidR="00001A3C" w:rsidRPr="00C84AE6" w:rsidRDefault="00001A3C">
            <w:pPr>
              <w:keepNext/>
              <w:rPr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3FE7FBF7" w14:textId="77777777" w:rsidR="00001A3C" w:rsidRPr="00C84AE6" w:rsidRDefault="00000000">
            <w:pPr>
              <w:keepNext/>
              <w:rPr>
                <w:lang w:val="ro-RO"/>
              </w:rPr>
            </w:pPr>
            <w:r w:rsidRPr="00C84AE6">
              <w:rPr>
                <w:b/>
                <w:color w:val="0D5F78"/>
                <w:lang w:val="ro-RO"/>
              </w:rPr>
              <w:t>Sat / sector</w:t>
            </w:r>
          </w:p>
          <w:p w14:paraId="41B9FE8F" w14:textId="77777777" w:rsidR="00001A3C" w:rsidRPr="00C84AE6" w:rsidRDefault="00001A3C">
            <w:pPr>
              <w:keepNext/>
              <w:rPr>
                <w:lang w:val="ro-RO"/>
              </w:rPr>
            </w:pPr>
          </w:p>
        </w:tc>
      </w:tr>
      <w:tr w:rsidR="00001A3C" w:rsidRPr="00C84AE6" w14:paraId="1923DBB9" w14:textId="77777777">
        <w:trPr>
          <w:cantSplit/>
          <w:trHeight w:val="510"/>
        </w:trPr>
        <w:tc>
          <w:tcPr>
            <w:tcW w:w="1606" w:type="dxa"/>
          </w:tcPr>
          <w:p w14:paraId="79AEDBF3" w14:textId="77777777" w:rsidR="00001A3C" w:rsidRPr="00C84AE6" w:rsidRDefault="00000000">
            <w:pPr>
              <w:keepNext/>
              <w:rPr>
                <w:lang w:val="ro-RO"/>
              </w:rPr>
            </w:pPr>
            <w:r w:rsidRPr="00C84AE6">
              <w:rPr>
                <w:b/>
                <w:color w:val="0D5F78"/>
                <w:lang w:val="ro-RO"/>
              </w:rPr>
              <w:t>Cod poștal</w:t>
            </w:r>
          </w:p>
          <w:p w14:paraId="4438F489" w14:textId="77777777" w:rsidR="00001A3C" w:rsidRPr="00C84AE6" w:rsidRDefault="00001A3C">
            <w:pPr>
              <w:keepNext/>
              <w:rPr>
                <w:lang w:val="ro-RO"/>
              </w:rPr>
            </w:pPr>
          </w:p>
        </w:tc>
        <w:tc>
          <w:tcPr>
            <w:tcW w:w="4818" w:type="dxa"/>
            <w:gridSpan w:val="3"/>
          </w:tcPr>
          <w:p w14:paraId="5809FDF7" w14:textId="77777777" w:rsidR="00001A3C" w:rsidRPr="00C84AE6" w:rsidRDefault="00000000">
            <w:pPr>
              <w:keepNext/>
              <w:rPr>
                <w:lang w:val="ro-RO"/>
              </w:rPr>
            </w:pPr>
            <w:r w:rsidRPr="00C84AE6">
              <w:rPr>
                <w:b/>
                <w:color w:val="0D5F78"/>
                <w:lang w:val="ro-RO"/>
              </w:rPr>
              <w:t>Strada</w:t>
            </w:r>
          </w:p>
          <w:p w14:paraId="1260D08A" w14:textId="77777777" w:rsidR="00001A3C" w:rsidRPr="00C84AE6" w:rsidRDefault="00001A3C">
            <w:pPr>
              <w:keepNext/>
              <w:rPr>
                <w:lang w:val="ro-RO"/>
              </w:rPr>
            </w:pPr>
          </w:p>
        </w:tc>
        <w:tc>
          <w:tcPr>
            <w:tcW w:w="803" w:type="dxa"/>
          </w:tcPr>
          <w:p w14:paraId="272CEF83" w14:textId="77777777" w:rsidR="00001A3C" w:rsidRPr="00C84AE6" w:rsidRDefault="00000000">
            <w:pPr>
              <w:keepNext/>
              <w:rPr>
                <w:lang w:val="ro-RO"/>
              </w:rPr>
            </w:pPr>
            <w:r w:rsidRPr="00C84AE6">
              <w:rPr>
                <w:b/>
                <w:color w:val="0D5F78"/>
                <w:lang w:val="ro-RO"/>
              </w:rPr>
              <w:t>Nr.</w:t>
            </w:r>
          </w:p>
          <w:p w14:paraId="01ED42F8" w14:textId="77777777" w:rsidR="00001A3C" w:rsidRPr="00C84AE6" w:rsidRDefault="00001A3C">
            <w:pPr>
              <w:keepNext/>
              <w:rPr>
                <w:lang w:val="ro-RO"/>
              </w:rPr>
            </w:pPr>
          </w:p>
        </w:tc>
        <w:tc>
          <w:tcPr>
            <w:tcW w:w="2409" w:type="dxa"/>
          </w:tcPr>
          <w:p w14:paraId="062ED76C" w14:textId="77777777" w:rsidR="00001A3C" w:rsidRPr="00C84AE6" w:rsidRDefault="00000000">
            <w:pPr>
              <w:keepNext/>
              <w:rPr>
                <w:lang w:val="ro-RO"/>
              </w:rPr>
            </w:pPr>
            <w:r w:rsidRPr="00C84AE6">
              <w:rPr>
                <w:b/>
                <w:color w:val="0D5F78"/>
                <w:lang w:val="ro-RO"/>
              </w:rPr>
              <w:t>Bl. / sc. / et. / ap.</w:t>
            </w:r>
          </w:p>
          <w:p w14:paraId="4E0B0DF9" w14:textId="77777777" w:rsidR="00001A3C" w:rsidRPr="00C84AE6" w:rsidRDefault="00001A3C">
            <w:pPr>
              <w:keepNext/>
              <w:rPr>
                <w:lang w:val="ro-RO"/>
              </w:rPr>
            </w:pPr>
          </w:p>
        </w:tc>
      </w:tr>
      <w:tr w:rsidR="00001A3C" w:rsidRPr="00C84AE6" w14:paraId="15CAF9B4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FB0FD56" w14:textId="77777777" w:rsidR="00001A3C" w:rsidRPr="00C84AE6" w:rsidRDefault="00000000">
            <w:pPr>
              <w:keepNext/>
              <w:rPr>
                <w:lang w:val="ro-RO"/>
              </w:rPr>
            </w:pPr>
            <w:r w:rsidRPr="00C84AE6">
              <w:rPr>
                <w:b/>
                <w:color w:val="0D5F78"/>
                <w:lang w:val="ro-RO"/>
              </w:rPr>
              <w:t>Număr cadastral</w:t>
            </w:r>
          </w:p>
          <w:p w14:paraId="13F37767" w14:textId="77777777" w:rsidR="00001A3C" w:rsidRPr="00C84AE6" w:rsidRDefault="00000000">
            <w:pPr>
              <w:keepNext/>
              <w:rPr>
                <w:lang w:val="ro-RO"/>
              </w:rPr>
            </w:pPr>
            <w:r w:rsidRPr="00C84AE6">
              <w:rPr>
                <w:i/>
                <w:color w:val="7A7A7A"/>
                <w:lang w:val="ro-RO"/>
              </w:rPr>
              <w:t>dacă imobilul e înscris în e-Terra</w:t>
            </w:r>
          </w:p>
          <w:p w14:paraId="7E3875DE" w14:textId="77777777" w:rsidR="00001A3C" w:rsidRPr="00C84AE6" w:rsidRDefault="00001A3C">
            <w:pPr>
              <w:keepNext/>
              <w:rPr>
                <w:lang w:val="ro-RO"/>
              </w:rPr>
            </w:pPr>
          </w:p>
        </w:tc>
        <w:tc>
          <w:tcPr>
            <w:tcW w:w="4015" w:type="dxa"/>
            <w:gridSpan w:val="3"/>
          </w:tcPr>
          <w:p w14:paraId="570EC27A" w14:textId="77777777" w:rsidR="00001A3C" w:rsidRPr="00C84AE6" w:rsidRDefault="00000000">
            <w:pPr>
              <w:keepNext/>
              <w:rPr>
                <w:lang w:val="ro-RO"/>
              </w:rPr>
            </w:pPr>
            <w:r w:rsidRPr="00C84AE6">
              <w:rPr>
                <w:b/>
                <w:color w:val="0D5F78"/>
                <w:lang w:val="ro-RO"/>
              </w:rPr>
              <w:t>Carte funciară nr.</w:t>
            </w:r>
          </w:p>
          <w:p w14:paraId="6C47B3D6" w14:textId="77777777" w:rsidR="00001A3C" w:rsidRPr="00C84AE6" w:rsidRDefault="00001A3C">
            <w:pPr>
              <w:keepNext/>
              <w:rPr>
                <w:lang w:val="ro-RO"/>
              </w:rPr>
            </w:pPr>
          </w:p>
        </w:tc>
      </w:tr>
    </w:tbl>
    <w:p w14:paraId="5355F78E" w14:textId="77777777" w:rsidR="00001A3C" w:rsidRPr="00C84AE6" w:rsidRDefault="00001A3C">
      <w:pPr>
        <w:spacing w:line="168" w:lineRule="auto"/>
        <w:rPr>
          <w:lang w:val="ro-RO"/>
        </w:rPr>
      </w:pPr>
    </w:p>
    <w:p w14:paraId="35DE77CC" w14:textId="77777777" w:rsidR="00001A3C" w:rsidRPr="00C84AE6" w:rsidRDefault="00000000">
      <w:pPr>
        <w:spacing w:before="140" w:after="40"/>
        <w:jc w:val="center"/>
        <w:rPr>
          <w:lang w:val="ro-RO"/>
        </w:rPr>
      </w:pPr>
      <w:r w:rsidRPr="00C84AE6">
        <w:rPr>
          <w:b/>
          <w:sz w:val="34"/>
          <w:lang w:val="ro-RO"/>
        </w:rPr>
        <w:t>SE CERTIFICĂ:</w:t>
      </w:r>
    </w:p>
    <w:p w14:paraId="32A69D49" w14:textId="77777777" w:rsidR="00001A3C" w:rsidRPr="00C84AE6" w:rsidRDefault="00001A3C">
      <w:pPr>
        <w:spacing w:after="60"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001A3C" w:rsidRPr="00C84AE6" w14:paraId="60C0ACC5" w14:textId="77777777">
        <w:trPr>
          <w:cantSplit/>
        </w:trPr>
        <w:tc>
          <w:tcPr>
            <w:tcW w:w="9636" w:type="dxa"/>
            <w:shd w:val="clear" w:color="auto" w:fill="F4F4F4"/>
          </w:tcPr>
          <w:p w14:paraId="3CECBAA2" w14:textId="77777777" w:rsidR="00001A3C" w:rsidRPr="00C84AE6" w:rsidRDefault="00000000">
            <w:pPr>
              <w:keepNext/>
              <w:rPr>
                <w:lang w:val="ro-RO"/>
              </w:rPr>
            </w:pPr>
            <w:r w:rsidRPr="00C84AE6">
              <w:rPr>
                <w:b/>
                <w:sz w:val="16"/>
                <w:lang w:val="ro-RO"/>
              </w:rPr>
              <w:t xml:space="preserve"> 3. </w:t>
            </w:r>
            <w:r w:rsidRPr="00C84AE6">
              <w:rPr>
                <w:b/>
                <w:color w:val="000000"/>
                <w:sz w:val="18"/>
                <w:lang w:val="ro-RO"/>
              </w:rPr>
              <w:t>REGIMUL JURIDIC</w:t>
            </w:r>
          </w:p>
        </w:tc>
      </w:tr>
      <w:tr w:rsidR="00001A3C" w:rsidRPr="00C84AE6" w14:paraId="6088F20D" w14:textId="77777777">
        <w:trPr>
          <w:cantSplit/>
        </w:trPr>
        <w:tc>
          <w:tcPr>
            <w:tcW w:w="9636" w:type="dxa"/>
          </w:tcPr>
          <w:p w14:paraId="5AB0EC30" w14:textId="77777777" w:rsidR="00001A3C" w:rsidRPr="00C84AE6" w:rsidRDefault="00001A3C">
            <w:pPr>
              <w:pBdr>
                <w:bottom w:val="dotted" w:sz="6" w:space="0" w:color="999999"/>
              </w:pBdr>
              <w:spacing w:after="80"/>
              <w:rPr>
                <w:lang w:val="ro-RO"/>
              </w:rPr>
            </w:pPr>
          </w:p>
          <w:p w14:paraId="5061D97C" w14:textId="77777777" w:rsidR="00001A3C" w:rsidRPr="00C84AE6" w:rsidRDefault="00001A3C">
            <w:pPr>
              <w:pBdr>
                <w:bottom w:val="dotted" w:sz="6" w:space="0" w:color="999999"/>
              </w:pBdr>
              <w:spacing w:after="80"/>
              <w:rPr>
                <w:lang w:val="ro-RO"/>
              </w:rPr>
            </w:pPr>
          </w:p>
          <w:p w14:paraId="54E1410A" w14:textId="77777777" w:rsidR="00001A3C" w:rsidRPr="00C84AE6" w:rsidRDefault="00001A3C">
            <w:pPr>
              <w:pBdr>
                <w:bottom w:val="dotted" w:sz="6" w:space="0" w:color="999999"/>
              </w:pBdr>
              <w:spacing w:after="80"/>
              <w:rPr>
                <w:lang w:val="ro-RO"/>
              </w:rPr>
            </w:pPr>
          </w:p>
        </w:tc>
      </w:tr>
    </w:tbl>
    <w:p w14:paraId="00BAB943" w14:textId="77777777" w:rsidR="00001A3C" w:rsidRPr="00C84AE6" w:rsidRDefault="00001A3C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001A3C" w:rsidRPr="00C84AE6" w14:paraId="488D1800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1661FF55" w14:textId="77777777" w:rsidR="00001A3C" w:rsidRPr="00C84AE6" w:rsidRDefault="00000000">
            <w:pPr>
              <w:keepNext/>
              <w:rPr>
                <w:lang w:val="ro-RO"/>
              </w:rPr>
            </w:pPr>
            <w:r w:rsidRPr="00C84AE6">
              <w:rPr>
                <w:b/>
                <w:sz w:val="16"/>
                <w:lang w:val="ro-RO"/>
              </w:rPr>
              <w:t xml:space="preserve"> 4. </w:t>
            </w:r>
            <w:r w:rsidRPr="00C84AE6">
              <w:rPr>
                <w:b/>
                <w:color w:val="000000"/>
                <w:sz w:val="18"/>
                <w:lang w:val="ro-RO"/>
              </w:rPr>
              <w:t>REGIMUL ECONOMIC</w:t>
            </w:r>
          </w:p>
        </w:tc>
      </w:tr>
      <w:tr w:rsidR="00001A3C" w:rsidRPr="00C84AE6" w14:paraId="5D3DC40C" w14:textId="77777777">
        <w:trPr>
          <w:cantSplit/>
        </w:trPr>
        <w:tc>
          <w:tcPr>
            <w:tcW w:w="8030" w:type="dxa"/>
            <w:shd w:val="clear" w:color="auto" w:fill="F4F4F4"/>
          </w:tcPr>
          <w:p w14:paraId="67DE9F36" w14:textId="77777777" w:rsidR="00001A3C" w:rsidRPr="00C84AE6" w:rsidRDefault="00000000">
            <w:pPr>
              <w:keepNext/>
              <w:rPr>
                <w:lang w:val="ro-RO"/>
              </w:rPr>
            </w:pPr>
            <w:r w:rsidRPr="00C84AE6">
              <w:rPr>
                <w:b/>
                <w:color w:val="0D5F78"/>
                <w:lang w:val="ro-RO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628ECFA7" w14:textId="77777777" w:rsidR="00001A3C" w:rsidRPr="00C84AE6" w:rsidRDefault="00000000">
            <w:pPr>
              <w:keepNext/>
              <w:rPr>
                <w:lang w:val="ro-RO"/>
              </w:rPr>
            </w:pPr>
            <w:r w:rsidRPr="00C84AE6">
              <w:rPr>
                <w:b/>
                <w:color w:val="0D5F78"/>
                <w:lang w:val="ro-RO"/>
              </w:rPr>
              <w:t>Actul de reglementare</w:t>
            </w:r>
          </w:p>
          <w:p w14:paraId="1BC12F3C" w14:textId="77777777" w:rsidR="00001A3C" w:rsidRPr="00C84AE6" w:rsidRDefault="00000000">
            <w:pPr>
              <w:keepNext/>
              <w:rPr>
                <w:lang w:val="ro-RO"/>
              </w:rPr>
            </w:pPr>
            <w:r w:rsidRPr="00C84AE6">
              <w:rPr>
                <w:i/>
                <w:color w:val="7A7A7A"/>
                <w:lang w:val="ro-RO"/>
              </w:rPr>
              <w:t>RLU · HCL · lege, nr./an</w:t>
            </w:r>
          </w:p>
        </w:tc>
      </w:tr>
      <w:tr w:rsidR="00001A3C" w:rsidRPr="00C84AE6" w14:paraId="6D85D05B" w14:textId="77777777">
        <w:trPr>
          <w:cantSplit/>
          <w:trHeight w:val="283"/>
        </w:trPr>
        <w:tc>
          <w:tcPr>
            <w:tcW w:w="8030" w:type="dxa"/>
          </w:tcPr>
          <w:p w14:paraId="2596E37E" w14:textId="77777777" w:rsidR="00001A3C" w:rsidRPr="00C84AE6" w:rsidRDefault="00001A3C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28A2182A" w14:textId="77777777" w:rsidR="00001A3C" w:rsidRPr="00C84AE6" w:rsidRDefault="00001A3C">
            <w:pPr>
              <w:keepNext/>
              <w:rPr>
                <w:lang w:val="ro-RO"/>
              </w:rPr>
            </w:pPr>
          </w:p>
        </w:tc>
      </w:tr>
      <w:tr w:rsidR="00001A3C" w:rsidRPr="00C84AE6" w14:paraId="4573D29E" w14:textId="77777777">
        <w:trPr>
          <w:cantSplit/>
          <w:trHeight w:val="283"/>
        </w:trPr>
        <w:tc>
          <w:tcPr>
            <w:tcW w:w="8030" w:type="dxa"/>
          </w:tcPr>
          <w:p w14:paraId="41972FBD" w14:textId="77777777" w:rsidR="00001A3C" w:rsidRPr="00C84AE6" w:rsidRDefault="00001A3C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600F4917" w14:textId="77777777" w:rsidR="00001A3C" w:rsidRPr="00C84AE6" w:rsidRDefault="00001A3C">
            <w:pPr>
              <w:keepNext/>
              <w:rPr>
                <w:lang w:val="ro-RO"/>
              </w:rPr>
            </w:pPr>
          </w:p>
        </w:tc>
      </w:tr>
      <w:tr w:rsidR="00001A3C" w:rsidRPr="00C84AE6" w14:paraId="2FBF556E" w14:textId="77777777">
        <w:trPr>
          <w:cantSplit/>
          <w:trHeight w:val="283"/>
        </w:trPr>
        <w:tc>
          <w:tcPr>
            <w:tcW w:w="8030" w:type="dxa"/>
          </w:tcPr>
          <w:p w14:paraId="0763DA62" w14:textId="77777777" w:rsidR="00001A3C" w:rsidRPr="00C84AE6" w:rsidRDefault="00001A3C">
            <w:pPr>
              <w:rPr>
                <w:lang w:val="ro-RO"/>
              </w:rPr>
            </w:pPr>
          </w:p>
        </w:tc>
        <w:tc>
          <w:tcPr>
            <w:tcW w:w="1606" w:type="dxa"/>
          </w:tcPr>
          <w:p w14:paraId="1CBD930F" w14:textId="77777777" w:rsidR="00001A3C" w:rsidRPr="00C84AE6" w:rsidRDefault="00001A3C">
            <w:pPr>
              <w:rPr>
                <w:lang w:val="ro-RO"/>
              </w:rPr>
            </w:pPr>
          </w:p>
        </w:tc>
      </w:tr>
    </w:tbl>
    <w:p w14:paraId="5A3D3287" w14:textId="77777777" w:rsidR="00001A3C" w:rsidRPr="00C84AE6" w:rsidRDefault="00001A3C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001A3C" w:rsidRPr="00C84AE6" w14:paraId="379F5910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8C84F83" w14:textId="77777777" w:rsidR="00001A3C" w:rsidRPr="00C84AE6" w:rsidRDefault="00000000">
            <w:pPr>
              <w:keepNext/>
              <w:rPr>
                <w:lang w:val="ro-RO"/>
              </w:rPr>
            </w:pPr>
            <w:r w:rsidRPr="00C84AE6">
              <w:rPr>
                <w:b/>
                <w:sz w:val="16"/>
                <w:lang w:val="ro-RO"/>
              </w:rPr>
              <w:t xml:space="preserve"> 5. </w:t>
            </w:r>
            <w:r w:rsidRPr="00C84AE6">
              <w:rPr>
                <w:b/>
                <w:color w:val="000000"/>
                <w:sz w:val="18"/>
                <w:lang w:val="ro-RO"/>
              </w:rPr>
              <w:t>REGIMUL TEHNIC</w:t>
            </w:r>
          </w:p>
        </w:tc>
      </w:tr>
      <w:tr w:rsidR="00001A3C" w:rsidRPr="00C84AE6" w14:paraId="253BE947" w14:textId="77777777">
        <w:trPr>
          <w:cantSplit/>
        </w:trPr>
        <w:tc>
          <w:tcPr>
            <w:tcW w:w="8030" w:type="dxa"/>
            <w:shd w:val="clear" w:color="auto" w:fill="F4F4F4"/>
          </w:tcPr>
          <w:p w14:paraId="77289A0B" w14:textId="77777777" w:rsidR="00001A3C" w:rsidRPr="00C84AE6" w:rsidRDefault="00000000">
            <w:pPr>
              <w:keepNext/>
              <w:rPr>
                <w:lang w:val="ro-RO"/>
              </w:rPr>
            </w:pPr>
            <w:r w:rsidRPr="00C84AE6">
              <w:rPr>
                <w:b/>
                <w:color w:val="0D5F78"/>
                <w:lang w:val="ro-RO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6BAA9307" w14:textId="77777777" w:rsidR="00001A3C" w:rsidRPr="00C84AE6" w:rsidRDefault="00000000">
            <w:pPr>
              <w:keepNext/>
              <w:rPr>
                <w:lang w:val="ro-RO"/>
              </w:rPr>
            </w:pPr>
            <w:r w:rsidRPr="00C84AE6">
              <w:rPr>
                <w:b/>
                <w:color w:val="0D5F78"/>
                <w:lang w:val="ro-RO"/>
              </w:rPr>
              <w:t>Actul de reglementare</w:t>
            </w:r>
          </w:p>
          <w:p w14:paraId="09D75747" w14:textId="77777777" w:rsidR="00001A3C" w:rsidRPr="00C84AE6" w:rsidRDefault="00000000">
            <w:pPr>
              <w:keepNext/>
              <w:rPr>
                <w:lang w:val="ro-RO"/>
              </w:rPr>
            </w:pPr>
            <w:r w:rsidRPr="00C84AE6">
              <w:rPr>
                <w:i/>
                <w:color w:val="7A7A7A"/>
                <w:lang w:val="ro-RO"/>
              </w:rPr>
              <w:t>RLU · HCL · lege, nr./an</w:t>
            </w:r>
          </w:p>
        </w:tc>
      </w:tr>
      <w:tr w:rsidR="00001A3C" w:rsidRPr="00C84AE6" w14:paraId="44B8469E" w14:textId="77777777">
        <w:trPr>
          <w:cantSplit/>
          <w:trHeight w:val="283"/>
        </w:trPr>
        <w:tc>
          <w:tcPr>
            <w:tcW w:w="8030" w:type="dxa"/>
          </w:tcPr>
          <w:p w14:paraId="06712243" w14:textId="77777777" w:rsidR="00001A3C" w:rsidRPr="00C84AE6" w:rsidRDefault="00001A3C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3D3C132C" w14:textId="77777777" w:rsidR="00001A3C" w:rsidRPr="00C84AE6" w:rsidRDefault="00001A3C">
            <w:pPr>
              <w:keepNext/>
              <w:rPr>
                <w:lang w:val="ro-RO"/>
              </w:rPr>
            </w:pPr>
          </w:p>
        </w:tc>
      </w:tr>
      <w:tr w:rsidR="00001A3C" w:rsidRPr="00C84AE6" w14:paraId="2BA4AE9A" w14:textId="77777777">
        <w:trPr>
          <w:cantSplit/>
          <w:trHeight w:val="283"/>
        </w:trPr>
        <w:tc>
          <w:tcPr>
            <w:tcW w:w="8030" w:type="dxa"/>
          </w:tcPr>
          <w:p w14:paraId="6C79E7BF" w14:textId="77777777" w:rsidR="00001A3C" w:rsidRPr="00C84AE6" w:rsidRDefault="00001A3C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1BBC8E1D" w14:textId="77777777" w:rsidR="00001A3C" w:rsidRPr="00C84AE6" w:rsidRDefault="00001A3C">
            <w:pPr>
              <w:keepNext/>
              <w:rPr>
                <w:lang w:val="ro-RO"/>
              </w:rPr>
            </w:pPr>
          </w:p>
        </w:tc>
      </w:tr>
      <w:tr w:rsidR="00001A3C" w:rsidRPr="00C84AE6" w14:paraId="25845FBA" w14:textId="77777777">
        <w:trPr>
          <w:cantSplit/>
          <w:trHeight w:val="283"/>
        </w:trPr>
        <w:tc>
          <w:tcPr>
            <w:tcW w:w="8030" w:type="dxa"/>
          </w:tcPr>
          <w:p w14:paraId="67CB0908" w14:textId="77777777" w:rsidR="00001A3C" w:rsidRPr="00C84AE6" w:rsidRDefault="00001A3C">
            <w:pPr>
              <w:rPr>
                <w:lang w:val="ro-RO"/>
              </w:rPr>
            </w:pPr>
          </w:p>
        </w:tc>
        <w:tc>
          <w:tcPr>
            <w:tcW w:w="1606" w:type="dxa"/>
          </w:tcPr>
          <w:p w14:paraId="732675DC" w14:textId="77777777" w:rsidR="00001A3C" w:rsidRPr="00C84AE6" w:rsidRDefault="00001A3C">
            <w:pPr>
              <w:rPr>
                <w:lang w:val="ro-RO"/>
              </w:rPr>
            </w:pPr>
          </w:p>
        </w:tc>
      </w:tr>
    </w:tbl>
    <w:p w14:paraId="62591E23" w14:textId="77777777" w:rsidR="00001A3C" w:rsidRPr="00C84AE6" w:rsidRDefault="00001A3C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001A3C" w:rsidRPr="00C84AE6" w14:paraId="07B6647E" w14:textId="77777777">
        <w:trPr>
          <w:cantSplit/>
        </w:trPr>
        <w:tc>
          <w:tcPr>
            <w:tcW w:w="9636" w:type="dxa"/>
            <w:shd w:val="clear" w:color="auto" w:fill="F4F4F4"/>
          </w:tcPr>
          <w:p w14:paraId="0FE60E11" w14:textId="77777777" w:rsidR="00001A3C" w:rsidRPr="00C84AE6" w:rsidRDefault="00000000">
            <w:pPr>
              <w:keepNext/>
              <w:rPr>
                <w:lang w:val="ro-RO"/>
              </w:rPr>
            </w:pPr>
            <w:r w:rsidRPr="00C84AE6">
              <w:rPr>
                <w:b/>
                <w:sz w:val="16"/>
                <w:lang w:val="ro-RO"/>
              </w:rPr>
              <w:t xml:space="preserve"> 6. </w:t>
            </w:r>
            <w:r w:rsidRPr="00C84AE6">
              <w:rPr>
                <w:b/>
                <w:color w:val="000000"/>
                <w:sz w:val="18"/>
                <w:lang w:val="ro-RO"/>
              </w:rPr>
              <w:t>INFORMAȚII PRIVIND TRASEELE, AMPLASAREA, CALITATEA ȘI CAPACITATEA REȚELELOR EDILITARE DIN ZONA IMOBILULUI</w:t>
            </w:r>
          </w:p>
        </w:tc>
      </w:tr>
      <w:tr w:rsidR="00001A3C" w:rsidRPr="00C84AE6" w14:paraId="69526815" w14:textId="77777777">
        <w:trPr>
          <w:cantSplit/>
        </w:trPr>
        <w:tc>
          <w:tcPr>
            <w:tcW w:w="9636" w:type="dxa"/>
          </w:tcPr>
          <w:p w14:paraId="7B39DFBB" w14:textId="77777777" w:rsidR="00001A3C" w:rsidRPr="00C84AE6" w:rsidRDefault="00001A3C">
            <w:pPr>
              <w:pBdr>
                <w:bottom w:val="dotted" w:sz="6" w:space="0" w:color="999999"/>
              </w:pBdr>
              <w:spacing w:after="80"/>
              <w:rPr>
                <w:lang w:val="ro-RO"/>
              </w:rPr>
            </w:pPr>
          </w:p>
          <w:p w14:paraId="7648FE58" w14:textId="77777777" w:rsidR="00001A3C" w:rsidRPr="00C84AE6" w:rsidRDefault="00001A3C">
            <w:pPr>
              <w:pBdr>
                <w:bottom w:val="dotted" w:sz="6" w:space="0" w:color="999999"/>
              </w:pBdr>
              <w:spacing w:after="80"/>
              <w:rPr>
                <w:lang w:val="ro-RO"/>
              </w:rPr>
            </w:pPr>
          </w:p>
        </w:tc>
      </w:tr>
    </w:tbl>
    <w:p w14:paraId="196FE00C" w14:textId="77777777" w:rsidR="00001A3C" w:rsidRPr="00C84AE6" w:rsidRDefault="00001A3C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001A3C" w:rsidRPr="00C84AE6" w14:paraId="499B6E3B" w14:textId="77777777">
        <w:trPr>
          <w:cantSplit/>
        </w:trPr>
        <w:tc>
          <w:tcPr>
            <w:tcW w:w="9636" w:type="dxa"/>
            <w:shd w:val="clear" w:color="auto" w:fill="F4F4F4"/>
          </w:tcPr>
          <w:p w14:paraId="73F2EDD8" w14:textId="77777777" w:rsidR="00001A3C" w:rsidRPr="00C84AE6" w:rsidRDefault="00000000">
            <w:pPr>
              <w:keepNext/>
              <w:rPr>
                <w:lang w:val="ro-RO"/>
              </w:rPr>
            </w:pPr>
            <w:r w:rsidRPr="00C84AE6">
              <w:rPr>
                <w:b/>
                <w:sz w:val="16"/>
                <w:lang w:val="ro-RO"/>
              </w:rPr>
              <w:lastRenderedPageBreak/>
              <w:t xml:space="preserve"> 7. </w:t>
            </w:r>
            <w:r w:rsidRPr="00C84AE6">
              <w:rPr>
                <w:b/>
                <w:color w:val="000000"/>
                <w:sz w:val="18"/>
                <w:lang w:val="ro-RO"/>
              </w:rPr>
              <w:t>CONDIȚII OBLIGATORII PENTRU REALIZAREA OPERAȚIUNII CADASTRALE</w:t>
            </w:r>
          </w:p>
        </w:tc>
      </w:tr>
      <w:tr w:rsidR="00001A3C" w:rsidRPr="00C84AE6" w14:paraId="46EE4091" w14:textId="77777777">
        <w:trPr>
          <w:cantSplit/>
        </w:trPr>
        <w:tc>
          <w:tcPr>
            <w:tcW w:w="9636" w:type="dxa"/>
            <w:shd w:val="clear" w:color="auto" w:fill="F4F4F4"/>
          </w:tcPr>
          <w:p w14:paraId="6AE0A386" w14:textId="77777777" w:rsidR="00001A3C" w:rsidRPr="00C84AE6" w:rsidRDefault="00000000">
            <w:pPr>
              <w:keepNext/>
              <w:rPr>
                <w:lang w:val="ro-RO"/>
              </w:rPr>
            </w:pPr>
            <w:r w:rsidRPr="00C84AE6">
              <w:rPr>
                <w:sz w:val="16"/>
                <w:lang w:val="ro-RO"/>
              </w:rPr>
              <w:t xml:space="preserve"> Operațiunea cadastrală</w:t>
            </w:r>
          </w:p>
        </w:tc>
      </w:tr>
      <w:tr w:rsidR="00001A3C" w:rsidRPr="00C84AE6" w14:paraId="710985D4" w14:textId="77777777">
        <w:trPr>
          <w:cantSplit/>
        </w:trPr>
        <w:tc>
          <w:tcPr>
            <w:tcW w:w="9636" w:type="dxa"/>
          </w:tcPr>
          <w:p w14:paraId="3D2FE24D" w14:textId="7912A0AA" w:rsidR="00001A3C" w:rsidRPr="00C84AE6" w:rsidRDefault="00000000">
            <w:pPr>
              <w:keepNext/>
              <w:rPr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1119652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F3CAD" w:rsidRPr="00C84AE6">
                  <w:rPr>
                    <w:sz w:val="16"/>
                    <w:lang w:val="ro-RO"/>
                  </w:rPr>
                  <w:t>☐</w:t>
                </w:r>
              </w:sdtContent>
            </w:sdt>
            <w:r w:rsidR="007F3CAD" w:rsidRPr="00C84AE6">
              <w:rPr>
                <w:sz w:val="16"/>
                <w:lang w:val="ro-RO"/>
              </w:rPr>
              <w:t xml:space="preserve">  se poate realiza conform documentației cadastrale anexate, vizate spre neschimbare</w:t>
            </w:r>
          </w:p>
        </w:tc>
      </w:tr>
      <w:tr w:rsidR="00001A3C" w:rsidRPr="00C84AE6" w14:paraId="1DC92791" w14:textId="77777777">
        <w:trPr>
          <w:cantSplit/>
        </w:trPr>
        <w:tc>
          <w:tcPr>
            <w:tcW w:w="9636" w:type="dxa"/>
          </w:tcPr>
          <w:p w14:paraId="155FF866" w14:textId="0FBE3EBD" w:rsidR="00001A3C" w:rsidRPr="00C84AE6" w:rsidRDefault="00000000">
            <w:pPr>
              <w:keepNext/>
              <w:rPr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998613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F3CAD" w:rsidRPr="00C84AE6">
                  <w:rPr>
                    <w:sz w:val="16"/>
                    <w:lang w:val="ro-RO"/>
                  </w:rPr>
                  <w:t>☐</w:t>
                </w:r>
              </w:sdtContent>
            </w:sdt>
            <w:r w:rsidR="007F3CAD" w:rsidRPr="00C84AE6">
              <w:rPr>
                <w:sz w:val="16"/>
                <w:lang w:val="ro-RO"/>
              </w:rPr>
              <w:t xml:space="preserve">  se poate realiza condiționat de elaborarea / aprobarea unei documentații PUZ</w:t>
            </w:r>
          </w:p>
        </w:tc>
      </w:tr>
      <w:tr w:rsidR="00001A3C" w:rsidRPr="00C84AE6" w14:paraId="103323E3" w14:textId="77777777">
        <w:trPr>
          <w:cantSplit/>
        </w:trPr>
        <w:tc>
          <w:tcPr>
            <w:tcW w:w="9636" w:type="dxa"/>
          </w:tcPr>
          <w:p w14:paraId="48FF963B" w14:textId="577CD80D" w:rsidR="00001A3C" w:rsidRPr="00C84AE6" w:rsidRDefault="00000000">
            <w:pPr>
              <w:keepNext/>
              <w:rPr>
                <w:sz w:val="16"/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1521898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F3CAD" w:rsidRPr="00C84AE6">
                  <w:rPr>
                    <w:sz w:val="16"/>
                    <w:lang w:val="ro-RO"/>
                  </w:rPr>
                  <w:t>☐</w:t>
                </w:r>
              </w:sdtContent>
            </w:sdt>
            <w:r w:rsidR="007F3CAD" w:rsidRPr="00C84AE6">
              <w:rPr>
                <w:sz w:val="16"/>
                <w:lang w:val="ro-RO"/>
              </w:rPr>
              <w:t xml:space="preserve">  nu se poate realiza, pentru motivele de mai jos:</w:t>
            </w:r>
          </w:p>
        </w:tc>
      </w:tr>
      <w:tr w:rsidR="00001A3C" w:rsidRPr="00C84AE6" w14:paraId="1E6330C3" w14:textId="77777777">
        <w:trPr>
          <w:cantSplit/>
        </w:trPr>
        <w:tc>
          <w:tcPr>
            <w:tcW w:w="9636" w:type="dxa"/>
          </w:tcPr>
          <w:p w14:paraId="14F475C3" w14:textId="77777777" w:rsidR="00001A3C" w:rsidRPr="00C84AE6" w:rsidRDefault="00001A3C">
            <w:pPr>
              <w:pBdr>
                <w:bottom w:val="dotted" w:sz="6" w:space="0" w:color="999999"/>
              </w:pBdr>
              <w:spacing w:after="80"/>
              <w:rPr>
                <w:lang w:val="ro-RO"/>
              </w:rPr>
            </w:pPr>
          </w:p>
          <w:p w14:paraId="01567975" w14:textId="77777777" w:rsidR="00001A3C" w:rsidRPr="00C84AE6" w:rsidRDefault="00001A3C">
            <w:pPr>
              <w:pBdr>
                <w:bottom w:val="dotted" w:sz="6" w:space="0" w:color="999999"/>
              </w:pBdr>
              <w:spacing w:after="80"/>
              <w:rPr>
                <w:lang w:val="ro-RO"/>
              </w:rPr>
            </w:pPr>
          </w:p>
          <w:p w14:paraId="6D7E3925" w14:textId="77777777" w:rsidR="00001A3C" w:rsidRPr="00C84AE6" w:rsidRDefault="00001A3C">
            <w:pPr>
              <w:pBdr>
                <w:bottom w:val="dotted" w:sz="6" w:space="0" w:color="999999"/>
              </w:pBdr>
              <w:spacing w:after="80"/>
              <w:rPr>
                <w:lang w:val="ro-RO"/>
              </w:rPr>
            </w:pPr>
          </w:p>
        </w:tc>
      </w:tr>
    </w:tbl>
    <w:p w14:paraId="5E5272A5" w14:textId="77777777" w:rsidR="00001A3C" w:rsidRPr="00C84AE6" w:rsidRDefault="00001A3C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001A3C" w:rsidRPr="00C84AE6" w14:paraId="060D18E5" w14:textId="77777777">
        <w:trPr>
          <w:cantSplit/>
        </w:trPr>
        <w:tc>
          <w:tcPr>
            <w:tcW w:w="9636" w:type="dxa"/>
            <w:shd w:val="clear" w:color="auto" w:fill="F4F4F4"/>
          </w:tcPr>
          <w:p w14:paraId="1C04FA90" w14:textId="77777777" w:rsidR="00001A3C" w:rsidRPr="00C84AE6" w:rsidRDefault="00000000">
            <w:pPr>
              <w:keepNext/>
              <w:rPr>
                <w:lang w:val="ro-RO"/>
              </w:rPr>
            </w:pPr>
            <w:r w:rsidRPr="00C84AE6">
              <w:rPr>
                <w:b/>
                <w:sz w:val="16"/>
                <w:lang w:val="ro-RO"/>
              </w:rPr>
              <w:t xml:space="preserve"> 8. </w:t>
            </w:r>
            <w:r w:rsidRPr="00C84AE6">
              <w:rPr>
                <w:b/>
                <w:color w:val="000000"/>
                <w:sz w:val="18"/>
                <w:lang w:val="ro-RO"/>
              </w:rPr>
              <w:t>ANEXE</w:t>
            </w:r>
          </w:p>
        </w:tc>
      </w:tr>
      <w:tr w:rsidR="00001A3C" w:rsidRPr="00C84AE6" w14:paraId="427ECA1D" w14:textId="77777777">
        <w:trPr>
          <w:cantSplit/>
        </w:trPr>
        <w:tc>
          <w:tcPr>
            <w:tcW w:w="9636" w:type="dxa"/>
          </w:tcPr>
          <w:p w14:paraId="3F80AD9B" w14:textId="4912552F" w:rsidR="00001A3C" w:rsidRPr="00C84AE6" w:rsidRDefault="007F3CAD">
            <w:pPr>
              <w:rPr>
                <w:lang w:val="ro-RO"/>
              </w:rPr>
            </w:pPr>
            <w:r w:rsidRPr="00C84AE6">
              <w:rPr>
                <w:sz w:val="16"/>
                <w:lang w:val="ro-RO"/>
              </w:rPr>
              <w:t>☐ extras din sistemul GIS cu rețelele edilitare, după caz</w:t>
            </w:r>
          </w:p>
          <w:p w14:paraId="1CBAE8B9" w14:textId="7AAFE5DD" w:rsidR="00001A3C" w:rsidRPr="00C84AE6" w:rsidRDefault="00000000">
            <w:pPr>
              <w:rPr>
                <w:sz w:val="16"/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-186903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F3CAD" w:rsidRPr="00C84AE6">
                  <w:rPr>
                    <w:sz w:val="16"/>
                    <w:lang w:val="ro-RO"/>
                  </w:rPr>
                  <w:t>☐</w:t>
                </w:r>
              </w:sdtContent>
            </w:sdt>
            <w:r w:rsidR="007F3CAD" w:rsidRPr="00C84AE6">
              <w:rPr>
                <w:sz w:val="16"/>
                <w:lang w:val="ro-RO"/>
              </w:rPr>
              <w:t xml:space="preserve"> plan de încadrare în documentația de urbanism aplicabilă, după caz</w:t>
            </w:r>
          </w:p>
          <w:p w14:paraId="4690F7CA" w14:textId="327BCCA7" w:rsidR="00BB2AEB" w:rsidRPr="00C84AE6" w:rsidRDefault="00000000">
            <w:pPr>
              <w:rPr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-1889246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F3CAD" w:rsidRPr="00C84AE6">
                  <w:rPr>
                    <w:sz w:val="16"/>
                    <w:lang w:val="ro-RO"/>
                  </w:rPr>
                  <w:t>☐</w:t>
                </w:r>
              </w:sdtContent>
            </w:sdt>
            <w:r w:rsidR="007F3CAD" w:rsidRPr="00C84AE6">
              <w:rPr>
                <w:sz w:val="16"/>
                <w:lang w:val="ro-RO"/>
              </w:rPr>
              <w:t xml:space="preserve"> </w:t>
            </w:r>
            <w:r w:rsidR="00BB2AEB" w:rsidRPr="00C84AE6">
              <w:rPr>
                <w:sz w:val="16"/>
                <w:lang w:val="ro-RO"/>
              </w:rPr>
              <w:t>documentația cadastrală vizată spre neschimbare, după caz</w:t>
            </w:r>
          </w:p>
        </w:tc>
      </w:tr>
    </w:tbl>
    <w:p w14:paraId="151C8A30" w14:textId="77777777" w:rsidR="00001A3C" w:rsidRPr="00C84AE6" w:rsidRDefault="00001A3C">
      <w:pPr>
        <w:spacing w:line="168" w:lineRule="auto"/>
        <w:rPr>
          <w:lang w:val="ro-RO"/>
        </w:rPr>
      </w:pPr>
    </w:p>
    <w:p w14:paraId="63F24388" w14:textId="77777777" w:rsidR="00001A3C" w:rsidRPr="00C84AE6" w:rsidRDefault="00001A3C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001A3C" w:rsidRPr="00C84AE6" w14:paraId="38D452D3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6015A128" w14:textId="02F66CC0" w:rsidR="00001A3C" w:rsidRPr="00C84AE6" w:rsidRDefault="00000000">
            <w:pPr>
              <w:keepNext/>
              <w:rPr>
                <w:lang w:val="ro-RO"/>
              </w:rPr>
            </w:pPr>
            <w:r w:rsidRPr="00C84AE6">
              <w:rPr>
                <w:b/>
                <w:sz w:val="16"/>
                <w:lang w:val="ro-RO"/>
              </w:rPr>
              <w:t xml:space="preserve"> </w:t>
            </w:r>
            <w:r w:rsidR="00BB2AEB" w:rsidRPr="00C84AE6">
              <w:rPr>
                <w:b/>
                <w:sz w:val="16"/>
                <w:lang w:val="ro-RO"/>
              </w:rPr>
              <w:t>9</w:t>
            </w:r>
            <w:r w:rsidRPr="00C84AE6">
              <w:rPr>
                <w:b/>
                <w:sz w:val="16"/>
                <w:lang w:val="ro-RO"/>
              </w:rPr>
              <w:t xml:space="preserve">. </w:t>
            </w:r>
            <w:r w:rsidRPr="00C84AE6">
              <w:rPr>
                <w:b/>
                <w:color w:val="000000"/>
                <w:sz w:val="18"/>
                <w:lang w:val="ro-RO"/>
              </w:rPr>
              <w:t>SEMNĂTURILE</w:t>
            </w:r>
          </w:p>
        </w:tc>
      </w:tr>
      <w:tr w:rsidR="00001A3C" w:rsidRPr="00C84AE6" w14:paraId="7A9C4B3E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447A3395" w14:textId="77777777" w:rsidR="00001A3C" w:rsidRPr="00C84AE6" w:rsidRDefault="00000000">
            <w:pPr>
              <w:keepNext/>
              <w:jc w:val="center"/>
              <w:rPr>
                <w:lang w:val="ro-RO"/>
              </w:rPr>
            </w:pPr>
            <w:r w:rsidRPr="00C84AE6">
              <w:rPr>
                <w:b/>
                <w:color w:val="0D5F78"/>
                <w:lang w:val="ro-RO"/>
              </w:rPr>
              <w:t>Conducătorul autorității emitente</w:t>
            </w:r>
          </w:p>
          <w:p w14:paraId="1F19A72F" w14:textId="77777777" w:rsidR="00001A3C" w:rsidRPr="00C84AE6" w:rsidRDefault="00001A3C">
            <w:pPr>
              <w:keepNext/>
              <w:spacing w:after="200"/>
              <w:rPr>
                <w:lang w:val="ro-RO"/>
              </w:rPr>
            </w:pPr>
          </w:p>
          <w:p w14:paraId="362F7790" w14:textId="77777777" w:rsidR="00001A3C" w:rsidRPr="00C84AE6" w:rsidRDefault="00001A3C">
            <w:pPr>
              <w:keepNext/>
              <w:pBdr>
                <w:bottom w:val="dotted" w:sz="6" w:space="0" w:color="999999"/>
              </w:pBdr>
              <w:jc w:val="center"/>
              <w:rPr>
                <w:lang w:val="ro-RO"/>
              </w:rPr>
            </w:pPr>
          </w:p>
          <w:p w14:paraId="560A9FB6" w14:textId="77777777" w:rsidR="00001A3C" w:rsidRPr="00C84AE6" w:rsidRDefault="00000000">
            <w:pPr>
              <w:keepNext/>
              <w:jc w:val="center"/>
              <w:rPr>
                <w:lang w:val="ro-RO"/>
              </w:rPr>
            </w:pPr>
            <w:r w:rsidRPr="00C84AE6">
              <w:rPr>
                <w:i/>
                <w:color w:val="595959"/>
                <w:lang w:val="ro-RO"/>
              </w:rPr>
              <w:t>funcția, numele și semnătura</w:t>
            </w:r>
          </w:p>
        </w:tc>
        <w:tc>
          <w:tcPr>
            <w:tcW w:w="3212" w:type="dxa"/>
            <w:gridSpan w:val="2"/>
          </w:tcPr>
          <w:p w14:paraId="709DDF22" w14:textId="77777777" w:rsidR="00001A3C" w:rsidRPr="00C84AE6" w:rsidRDefault="00000000">
            <w:pPr>
              <w:keepNext/>
              <w:jc w:val="center"/>
              <w:rPr>
                <w:lang w:val="ro-RO"/>
              </w:rPr>
            </w:pPr>
            <w:r w:rsidRPr="00C84AE6">
              <w:rPr>
                <w:b/>
                <w:color w:val="0D5F78"/>
                <w:lang w:val="ro-RO"/>
              </w:rPr>
              <w:t>Secretar general</w:t>
            </w:r>
          </w:p>
          <w:p w14:paraId="73860945" w14:textId="77777777" w:rsidR="00001A3C" w:rsidRPr="00C84AE6" w:rsidRDefault="00001A3C">
            <w:pPr>
              <w:keepNext/>
              <w:spacing w:after="200"/>
              <w:rPr>
                <w:lang w:val="ro-RO"/>
              </w:rPr>
            </w:pPr>
          </w:p>
          <w:p w14:paraId="781E87E3" w14:textId="77777777" w:rsidR="00001A3C" w:rsidRPr="00C84AE6" w:rsidRDefault="00001A3C">
            <w:pPr>
              <w:keepNext/>
              <w:pBdr>
                <w:bottom w:val="dotted" w:sz="6" w:space="0" w:color="999999"/>
              </w:pBdr>
              <w:jc w:val="center"/>
              <w:rPr>
                <w:lang w:val="ro-RO"/>
              </w:rPr>
            </w:pPr>
          </w:p>
          <w:p w14:paraId="464FF7FD" w14:textId="77777777" w:rsidR="00001A3C" w:rsidRPr="00C84AE6" w:rsidRDefault="00000000">
            <w:pPr>
              <w:keepNext/>
              <w:jc w:val="center"/>
              <w:rPr>
                <w:lang w:val="ro-RO"/>
              </w:rPr>
            </w:pPr>
            <w:r w:rsidRPr="00C84AE6">
              <w:rPr>
                <w:i/>
                <w:color w:val="595959"/>
                <w:lang w:val="ro-RO"/>
              </w:rPr>
              <w:t>numele și semnătura</w:t>
            </w:r>
          </w:p>
        </w:tc>
        <w:tc>
          <w:tcPr>
            <w:tcW w:w="3212" w:type="dxa"/>
          </w:tcPr>
          <w:p w14:paraId="04E98DBD" w14:textId="77777777" w:rsidR="00001A3C" w:rsidRPr="00C84AE6" w:rsidRDefault="00000000">
            <w:pPr>
              <w:keepNext/>
              <w:jc w:val="center"/>
              <w:rPr>
                <w:lang w:val="ro-RO"/>
              </w:rPr>
            </w:pPr>
            <w:r w:rsidRPr="00C84AE6">
              <w:rPr>
                <w:b/>
                <w:color w:val="0D5F78"/>
                <w:lang w:val="ro-RO"/>
              </w:rPr>
              <w:t>Arhitect-șef</w:t>
            </w:r>
          </w:p>
          <w:p w14:paraId="0EEF438F" w14:textId="77777777" w:rsidR="00001A3C" w:rsidRPr="00C84AE6" w:rsidRDefault="00001A3C">
            <w:pPr>
              <w:keepNext/>
              <w:spacing w:after="200"/>
              <w:rPr>
                <w:lang w:val="ro-RO"/>
              </w:rPr>
            </w:pPr>
          </w:p>
          <w:p w14:paraId="0BFF8BC3" w14:textId="77777777" w:rsidR="00001A3C" w:rsidRPr="00C84AE6" w:rsidRDefault="00001A3C">
            <w:pPr>
              <w:keepNext/>
              <w:pBdr>
                <w:bottom w:val="dotted" w:sz="6" w:space="0" w:color="999999"/>
              </w:pBdr>
              <w:jc w:val="center"/>
              <w:rPr>
                <w:lang w:val="ro-RO"/>
              </w:rPr>
            </w:pPr>
          </w:p>
          <w:p w14:paraId="65A15DE7" w14:textId="77777777" w:rsidR="00001A3C" w:rsidRPr="00C84AE6" w:rsidRDefault="00000000">
            <w:pPr>
              <w:keepNext/>
              <w:jc w:val="center"/>
              <w:rPr>
                <w:lang w:val="ro-RO"/>
              </w:rPr>
            </w:pPr>
            <w:r w:rsidRPr="00C84AE6">
              <w:rPr>
                <w:i/>
                <w:color w:val="595959"/>
                <w:lang w:val="ro-RO"/>
              </w:rPr>
              <w:t>numele și semnătura</w:t>
            </w:r>
          </w:p>
        </w:tc>
      </w:tr>
      <w:tr w:rsidR="00001A3C" w:rsidRPr="00C84AE6" w14:paraId="2B5C5A70" w14:textId="77777777">
        <w:trPr>
          <w:cantSplit/>
          <w:trHeight w:val="510"/>
        </w:trPr>
        <w:tc>
          <w:tcPr>
            <w:tcW w:w="2409" w:type="dxa"/>
          </w:tcPr>
          <w:p w14:paraId="58FF920B" w14:textId="77777777" w:rsidR="00001A3C" w:rsidRPr="00C84AE6" w:rsidRDefault="00000000">
            <w:pPr>
              <w:rPr>
                <w:lang w:val="ro-RO"/>
              </w:rPr>
            </w:pPr>
            <w:r w:rsidRPr="00C84AE6">
              <w:rPr>
                <w:b/>
                <w:color w:val="0D5F78"/>
                <w:lang w:val="ro-RO"/>
              </w:rPr>
              <w:t>Achitat taxa de (lei)</w:t>
            </w:r>
          </w:p>
          <w:p w14:paraId="5F928809" w14:textId="77777777" w:rsidR="00001A3C" w:rsidRPr="00C84AE6" w:rsidRDefault="00001A3C">
            <w:pPr>
              <w:rPr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1379AB85" w14:textId="77777777" w:rsidR="00001A3C" w:rsidRPr="00C84AE6" w:rsidRDefault="00000000">
            <w:pPr>
              <w:rPr>
                <w:lang w:val="ro-RO"/>
              </w:rPr>
            </w:pPr>
            <w:r w:rsidRPr="00C84AE6">
              <w:rPr>
                <w:b/>
                <w:color w:val="0D5F78"/>
                <w:lang w:val="ro-RO"/>
              </w:rPr>
              <w:t>Chitanța nr. / data</w:t>
            </w:r>
          </w:p>
          <w:p w14:paraId="3DB5D686" w14:textId="77777777" w:rsidR="00001A3C" w:rsidRPr="00C84AE6" w:rsidRDefault="00001A3C">
            <w:pPr>
              <w:rPr>
                <w:lang w:val="ro-RO"/>
              </w:rPr>
            </w:pPr>
          </w:p>
        </w:tc>
        <w:tc>
          <w:tcPr>
            <w:tcW w:w="4015" w:type="dxa"/>
            <w:gridSpan w:val="2"/>
          </w:tcPr>
          <w:p w14:paraId="03F397EB" w14:textId="77777777" w:rsidR="00001A3C" w:rsidRPr="00C84AE6" w:rsidRDefault="00000000">
            <w:pPr>
              <w:rPr>
                <w:lang w:val="ro-RO"/>
              </w:rPr>
            </w:pPr>
            <w:r w:rsidRPr="00C84AE6">
              <w:rPr>
                <w:b/>
                <w:color w:val="0D5F78"/>
                <w:lang w:val="ro-RO"/>
              </w:rPr>
              <w:t>Transmis solicitantului la data</w:t>
            </w:r>
          </w:p>
          <w:p w14:paraId="3317BF8E" w14:textId="77777777" w:rsidR="00001A3C" w:rsidRPr="00C84AE6" w:rsidRDefault="00000000">
            <w:pPr>
              <w:rPr>
                <w:lang w:val="ro-RO"/>
              </w:rPr>
            </w:pPr>
            <w:r w:rsidRPr="00C84AE6">
              <w:rPr>
                <w:i/>
                <w:color w:val="7A7A7A"/>
                <w:lang w:val="ro-RO"/>
              </w:rPr>
              <w:t>direct / prin poștă / digital</w:t>
            </w:r>
          </w:p>
          <w:p w14:paraId="311C725E" w14:textId="77777777" w:rsidR="00001A3C" w:rsidRPr="00C84AE6" w:rsidRDefault="00001A3C">
            <w:pPr>
              <w:rPr>
                <w:lang w:val="ro-RO"/>
              </w:rPr>
            </w:pPr>
          </w:p>
        </w:tc>
      </w:tr>
    </w:tbl>
    <w:p w14:paraId="11064FCF" w14:textId="77777777" w:rsidR="00001A3C" w:rsidRPr="00C84AE6" w:rsidRDefault="00001A3C">
      <w:pPr>
        <w:spacing w:line="168" w:lineRule="auto"/>
        <w:rPr>
          <w:lang w:val="ro-RO"/>
        </w:rPr>
      </w:pPr>
    </w:p>
    <w:sectPr w:rsidR="00001A3C" w:rsidRPr="00C84AE6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4ED7B" w14:textId="77777777" w:rsidR="00004FC2" w:rsidRDefault="00004FC2">
      <w:r>
        <w:separator/>
      </w:r>
    </w:p>
  </w:endnote>
  <w:endnote w:type="continuationSeparator" w:id="0">
    <w:p w14:paraId="23375B56" w14:textId="77777777" w:rsidR="00004FC2" w:rsidRDefault="00004F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1F3F9" w14:textId="77777777" w:rsidR="00001A3C" w:rsidRDefault="00000000">
    <w:pPr>
      <w:pStyle w:val="Subsol"/>
      <w:tabs>
        <w:tab w:val="right" w:pos="9639"/>
      </w:tabs>
    </w:pPr>
    <w:r>
      <w:rPr>
        <w:color w:val="595959"/>
      </w:rPr>
      <w:t>F_CU_06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BB2AEB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BB2AEB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9569E" w14:textId="77777777" w:rsidR="00004FC2" w:rsidRDefault="00004FC2">
      <w:r>
        <w:separator/>
      </w:r>
    </w:p>
  </w:footnote>
  <w:footnote w:type="continuationSeparator" w:id="0">
    <w:p w14:paraId="498D767C" w14:textId="77777777" w:rsidR="00004FC2" w:rsidRDefault="00004F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38853425">
    <w:abstractNumId w:val="8"/>
  </w:num>
  <w:num w:numId="2" w16cid:durableId="1650750744">
    <w:abstractNumId w:val="6"/>
  </w:num>
  <w:num w:numId="3" w16cid:durableId="1155688239">
    <w:abstractNumId w:val="5"/>
  </w:num>
  <w:num w:numId="4" w16cid:durableId="2058969876">
    <w:abstractNumId w:val="4"/>
  </w:num>
  <w:num w:numId="5" w16cid:durableId="392126290">
    <w:abstractNumId w:val="7"/>
  </w:num>
  <w:num w:numId="6" w16cid:durableId="216745053">
    <w:abstractNumId w:val="3"/>
  </w:num>
  <w:num w:numId="7" w16cid:durableId="1247374512">
    <w:abstractNumId w:val="2"/>
  </w:num>
  <w:num w:numId="8" w16cid:durableId="1133210053">
    <w:abstractNumId w:val="1"/>
  </w:num>
  <w:num w:numId="9" w16cid:durableId="280504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A3C"/>
    <w:rsid w:val="00004FC2"/>
    <w:rsid w:val="00034616"/>
    <w:rsid w:val="0006063C"/>
    <w:rsid w:val="000C53C8"/>
    <w:rsid w:val="000E51CB"/>
    <w:rsid w:val="000E667E"/>
    <w:rsid w:val="0015074B"/>
    <w:rsid w:val="0028558E"/>
    <w:rsid w:val="0029639D"/>
    <w:rsid w:val="002A2366"/>
    <w:rsid w:val="00300FD9"/>
    <w:rsid w:val="00321EDB"/>
    <w:rsid w:val="00326F90"/>
    <w:rsid w:val="003F12CF"/>
    <w:rsid w:val="00407C85"/>
    <w:rsid w:val="004E7DF2"/>
    <w:rsid w:val="004F205C"/>
    <w:rsid w:val="005F166A"/>
    <w:rsid w:val="00611874"/>
    <w:rsid w:val="00666619"/>
    <w:rsid w:val="006C103E"/>
    <w:rsid w:val="007F3CAD"/>
    <w:rsid w:val="009B0485"/>
    <w:rsid w:val="00A92182"/>
    <w:rsid w:val="00AA1D8D"/>
    <w:rsid w:val="00B47730"/>
    <w:rsid w:val="00BB2AEB"/>
    <w:rsid w:val="00C84AE6"/>
    <w:rsid w:val="00CB0664"/>
    <w:rsid w:val="00D55C15"/>
    <w:rsid w:val="00DC1974"/>
    <w:rsid w:val="00E06BB2"/>
    <w:rsid w:val="00F74161"/>
    <w:rsid w:val="00FC693F"/>
    <w:rsid w:val="00FD4D4B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ABE4465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deparagrafimplicit"/>
    <w:uiPriority w:val="99"/>
    <w:unhideWhenUsed/>
    <w:rsid w:val="00321EDB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321E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89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Asus2</dc:creator>
  <cp:keywords/>
  <cp:lastModifiedBy>Asus2</cp:lastModifiedBy>
  <cp:revision>5</cp:revision>
  <dcterms:created xsi:type="dcterms:W3CDTF">2026-09-21T11:01:00Z</dcterms:created>
  <dcterms:modified xsi:type="dcterms:W3CDTF">2026-09-24T09:24:00Z</dcterms:modified>
  <cp:category/>
</cp:coreProperties>
</file>