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FE2A3A" w:rsidRPr="00C01E58" w14:paraId="6D40F1FC" w14:textId="77777777" w:rsidTr="00E02CFA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21CAFB9B" w14:textId="4F13EE95" w:rsidR="00FE2A3A" w:rsidRPr="00C01E58" w:rsidRDefault="00FE2A3A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03232A93" w14:textId="77777777" w:rsidR="00FE2A3A" w:rsidRPr="00C01E58" w:rsidRDefault="00FE2A3A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772504E4" w14:textId="77777777" w:rsidR="00FE2A3A" w:rsidRDefault="00FE2A3A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011150" wp14:editId="2BD48BDC">
                      <wp:simplePos x="0" y="0"/>
                      <wp:positionH relativeFrom="column">
                        <wp:posOffset>-69215</wp:posOffset>
                      </wp:positionH>
                      <wp:positionV relativeFrom="page">
                        <wp:posOffset>958215</wp:posOffset>
                      </wp:positionV>
                      <wp:extent cx="1495994" cy="548640"/>
                      <wp:effectExtent l="0" t="0" r="0" b="381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548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5B0FE9" w14:textId="77777777" w:rsidR="00FE2A3A" w:rsidRDefault="00FE2A3A" w:rsidP="00FE2A3A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67E4739" w14:textId="37C175E9" w:rsidR="00FE2A3A" w:rsidRPr="00072389" w:rsidRDefault="00757255" w:rsidP="00FE2A3A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 xml:space="preserve">COMUNA </w:t>
                                  </w:r>
                                  <w:r w:rsidR="00040A1B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 xml:space="preserve"> STUDINA</w:t>
                                  </w:r>
                                </w:p>
                                <w:p w14:paraId="057F0690" w14:textId="77777777" w:rsidR="00FE2A3A" w:rsidRPr="00072389" w:rsidRDefault="00FE2A3A" w:rsidP="00FE2A3A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752B8645" w14:textId="77777777" w:rsidR="00FE2A3A" w:rsidRPr="00F37AD5" w:rsidRDefault="00FE2A3A" w:rsidP="00FE2A3A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01115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45pt;margin-top:75.45pt;width:117.8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" filled="f" stroked="f">
                      <v:textbox inset=",0">
                        <w:txbxContent>
                          <w:p w14:paraId="4E5B0FE9" w14:textId="77777777" w:rsidR="00FE2A3A" w:rsidRDefault="00FE2A3A" w:rsidP="00FE2A3A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167E4739" w14:textId="37C175E9" w:rsidR="00FE2A3A" w:rsidRPr="00072389" w:rsidRDefault="00757255" w:rsidP="00FE2A3A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 xml:space="preserve">COMUNA </w:t>
                            </w:r>
                            <w:r w:rsidR="00040A1B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 xml:space="preserve"> STUDINA</w:t>
                            </w:r>
                            <w:proofErr w:type="gramEnd"/>
                          </w:p>
                          <w:p w14:paraId="057F0690" w14:textId="77777777" w:rsidR="00FE2A3A" w:rsidRPr="00072389" w:rsidRDefault="00FE2A3A" w:rsidP="00FE2A3A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752B8645" w14:textId="77777777" w:rsidR="00FE2A3A" w:rsidRPr="00F37AD5" w:rsidRDefault="00FE2A3A" w:rsidP="00FE2A3A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6239A793" w14:textId="77777777" w:rsidR="00FE2A3A" w:rsidRPr="00C01E58" w:rsidRDefault="00FE2A3A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58DE8FD6" w14:textId="77777777" w:rsidR="00FE2A3A" w:rsidRPr="00C01E58" w:rsidRDefault="00FE2A3A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FE2A3A" w:rsidRPr="00C01E58" w14:paraId="23FB27AD" w14:textId="77777777" w:rsidTr="00E02CFA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6F904A4E" w14:textId="77777777" w:rsidR="00FE2A3A" w:rsidRPr="00C01E58" w:rsidRDefault="00FE2A3A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0D7F729F" w14:textId="77777777" w:rsidR="00FE2A3A" w:rsidRPr="00C01E58" w:rsidRDefault="00FE2A3A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6D5D00F8" w14:textId="13FC3DDF" w:rsidR="00FE2A3A" w:rsidRPr="00C01E58" w:rsidRDefault="00757255" w:rsidP="00E02CFA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COMUNA</w:t>
            </w:r>
            <w:r w:rsidR="00040A1B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STUDINA</w:t>
            </w:r>
            <w:r w:rsidR="00FE2A3A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OLT</w:t>
            </w:r>
          </w:p>
        </w:tc>
      </w:tr>
      <w:tr w:rsidR="00FE2A3A" w:rsidRPr="00C01E58" w14:paraId="2EA5EA70" w14:textId="77777777" w:rsidTr="00E02CFA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752DDBCE" w14:textId="77777777" w:rsidR="00FE2A3A" w:rsidRPr="00C01E58" w:rsidRDefault="00FE2A3A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7B56645F" w14:textId="77777777" w:rsidR="00FE2A3A" w:rsidRPr="00C01E58" w:rsidRDefault="00FE2A3A" w:rsidP="00E02CFA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3C557823" w14:textId="3C5F3D91" w:rsidR="00FE2A3A" w:rsidRPr="00C01E58" w:rsidRDefault="00FE2A3A" w:rsidP="00E02CFA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2845EC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35EEB8A6" w14:textId="77777777" w:rsidR="00FE2A3A" w:rsidRPr="00C01E58" w:rsidRDefault="00FE2A3A" w:rsidP="00E02CFA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45C655E2" w14:textId="77777777" w:rsidR="00040A1B" w:rsidRPr="00040A1B" w:rsidRDefault="00040A1B" w:rsidP="00040A1B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040A1B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64D9998A" w14:textId="77777777" w:rsidR="00040A1B" w:rsidRPr="00040A1B" w:rsidRDefault="00040A1B" w:rsidP="00040A1B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040A1B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25D6707B" w14:textId="0AE42631" w:rsidR="00FE2A3A" w:rsidRPr="00C01E58" w:rsidRDefault="00040A1B" w:rsidP="00040A1B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040A1B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FE2A3A" w:rsidRPr="00C01E58" w14:paraId="0273F4BB" w14:textId="77777777" w:rsidTr="00E02CFA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2E1F96AB" w14:textId="77777777" w:rsidR="00FE2A3A" w:rsidRPr="00C01E58" w:rsidRDefault="00FE2A3A" w:rsidP="00E02CFA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0CE3D8A5" w14:textId="77777777" w:rsidR="00FE2A3A" w:rsidRPr="00C01E58" w:rsidRDefault="00FE2A3A" w:rsidP="00E02CFA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1BFAE01A" w14:textId="77777777" w:rsidR="00FE2A3A" w:rsidRPr="00C01E58" w:rsidRDefault="00FE2A3A" w:rsidP="00E02CFA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FE2A3A" w:rsidRPr="00C01E58" w14:paraId="1656104C" w14:textId="77777777" w:rsidTr="00E02CFA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35804EA6" w14:textId="77777777" w:rsidR="00FE2A3A" w:rsidRPr="00C01E58" w:rsidRDefault="00FE2A3A" w:rsidP="00E02CFA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6DB20A2C" w14:textId="77777777" w:rsidR="005773BA" w:rsidRPr="00CC3B29" w:rsidRDefault="005773BA">
      <w:pPr>
        <w:spacing w:line="168" w:lineRule="auto"/>
        <w:rPr>
          <w:lang w:val="ro-RO"/>
        </w:rPr>
      </w:pPr>
    </w:p>
    <w:p w14:paraId="623D1997" w14:textId="77777777" w:rsidR="005773BA" w:rsidRPr="00CC3B29" w:rsidRDefault="00000000">
      <w:pPr>
        <w:spacing w:before="140" w:after="40"/>
        <w:jc w:val="center"/>
        <w:rPr>
          <w:sz w:val="28"/>
          <w:szCs w:val="28"/>
          <w:lang w:val="ro-RO"/>
        </w:rPr>
      </w:pPr>
      <w:r w:rsidRPr="00CC3B29">
        <w:rPr>
          <w:b/>
          <w:sz w:val="28"/>
          <w:szCs w:val="28"/>
          <w:lang w:val="ro-RO"/>
        </w:rPr>
        <w:t>CERTIFICAT DE URBANISM</w:t>
      </w:r>
    </w:p>
    <w:p w14:paraId="5D0BAD5D" w14:textId="4E3C99F3" w:rsidR="005773BA" w:rsidRPr="00CC3B29" w:rsidRDefault="004D46A7">
      <w:pPr>
        <w:spacing w:before="140" w:after="40"/>
        <w:jc w:val="center"/>
        <w:rPr>
          <w:sz w:val="28"/>
          <w:szCs w:val="28"/>
          <w:lang w:val="ro-RO"/>
        </w:rPr>
      </w:pPr>
      <w:r w:rsidRPr="00CC3B29">
        <w:rPr>
          <w:b/>
          <w:sz w:val="28"/>
          <w:szCs w:val="28"/>
          <w:lang w:val="ro-RO"/>
        </w:rPr>
        <w:t>pentru</w:t>
      </w:r>
    </w:p>
    <w:p w14:paraId="192345F0" w14:textId="6467A509" w:rsidR="00D20322" w:rsidRPr="00CC3B29" w:rsidRDefault="00000000">
      <w:pPr>
        <w:spacing w:before="140" w:after="40"/>
        <w:jc w:val="center"/>
        <w:rPr>
          <w:b/>
          <w:sz w:val="28"/>
          <w:szCs w:val="28"/>
          <w:lang w:val="ro-RO"/>
        </w:rPr>
      </w:pPr>
      <w:sdt>
        <w:sdtPr>
          <w:rPr>
            <w:sz w:val="28"/>
            <w:szCs w:val="28"/>
            <w:lang w:val="ro-RO"/>
          </w:rPr>
          <w:id w:val="147949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3B29" w:rsidRPr="00CC3B29">
            <w:rPr>
              <w:rFonts w:ascii="MS Gothic" w:eastAsia="MS Gothic" w:hAnsi="MS Gothic"/>
              <w:sz w:val="28"/>
              <w:szCs w:val="28"/>
              <w:lang w:val="ro-RO"/>
            </w:rPr>
            <w:t>☐</w:t>
          </w:r>
        </w:sdtContent>
      </w:sdt>
      <w:r w:rsidR="00B13273" w:rsidRPr="00CC3B29">
        <w:rPr>
          <w:sz w:val="28"/>
          <w:szCs w:val="28"/>
          <w:lang w:val="ro-RO"/>
        </w:rPr>
        <w:t xml:space="preserve"> </w:t>
      </w:r>
      <w:r w:rsidR="00B13273" w:rsidRPr="00CC3B29">
        <w:rPr>
          <w:b/>
          <w:sz w:val="28"/>
          <w:szCs w:val="28"/>
          <w:lang w:val="ro-RO"/>
        </w:rPr>
        <w:t xml:space="preserve">CONSTRUIRE / </w:t>
      </w:r>
      <w:sdt>
        <w:sdtPr>
          <w:rPr>
            <w:b/>
            <w:sz w:val="28"/>
            <w:szCs w:val="28"/>
            <w:lang w:val="ro-RO"/>
          </w:rPr>
          <w:id w:val="-1099406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3B29" w:rsidRPr="00CC3B29">
            <w:rPr>
              <w:rFonts w:ascii="MS Gothic" w:eastAsia="MS Gothic" w:hAnsi="MS Gothic"/>
              <w:b/>
              <w:sz w:val="28"/>
              <w:szCs w:val="28"/>
              <w:lang w:val="ro-RO"/>
            </w:rPr>
            <w:t>☐</w:t>
          </w:r>
        </w:sdtContent>
      </w:sdt>
      <w:r w:rsidR="00B13273" w:rsidRPr="00CC3B29">
        <w:rPr>
          <w:sz w:val="28"/>
          <w:szCs w:val="28"/>
          <w:lang w:val="ro-RO"/>
        </w:rPr>
        <w:t xml:space="preserve"> </w:t>
      </w:r>
      <w:r w:rsidR="00B13273" w:rsidRPr="00CC3B29">
        <w:rPr>
          <w:b/>
          <w:sz w:val="28"/>
          <w:szCs w:val="28"/>
          <w:lang w:val="ro-RO"/>
        </w:rPr>
        <w:t xml:space="preserve">DESFIINȚARE </w:t>
      </w:r>
    </w:p>
    <w:p w14:paraId="2406BE20" w14:textId="0145589E" w:rsidR="005773BA" w:rsidRPr="00CC3B29" w:rsidRDefault="00000000" w:rsidP="004D46A7">
      <w:pPr>
        <w:spacing w:before="140" w:after="40"/>
        <w:jc w:val="center"/>
        <w:rPr>
          <w:b/>
          <w:sz w:val="28"/>
          <w:szCs w:val="28"/>
          <w:lang w:val="ro-RO"/>
        </w:rPr>
      </w:pPr>
      <w:sdt>
        <w:sdtPr>
          <w:rPr>
            <w:sz w:val="28"/>
            <w:szCs w:val="28"/>
            <w:lang w:val="ro-RO"/>
          </w:rPr>
          <w:id w:val="-1211024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3B29" w:rsidRPr="00CC3B29">
            <w:rPr>
              <w:rFonts w:ascii="MS Gothic" w:eastAsia="MS Gothic" w:hAnsi="MS Gothic"/>
              <w:sz w:val="28"/>
              <w:szCs w:val="28"/>
              <w:lang w:val="ro-RO"/>
            </w:rPr>
            <w:t>☐</w:t>
          </w:r>
        </w:sdtContent>
      </w:sdt>
      <w:r w:rsidR="004D46A7" w:rsidRPr="00CC3B29">
        <w:rPr>
          <w:sz w:val="28"/>
          <w:szCs w:val="28"/>
          <w:lang w:val="ro-RO"/>
        </w:rPr>
        <w:t xml:space="preserve"> </w:t>
      </w:r>
      <w:r w:rsidR="004D46A7" w:rsidRPr="00CC3B29">
        <w:rPr>
          <w:b/>
          <w:sz w:val="28"/>
          <w:szCs w:val="28"/>
          <w:lang w:val="ro-RO"/>
        </w:rPr>
        <w:t xml:space="preserve">clădiri și amenajări / </w:t>
      </w:r>
      <w:sdt>
        <w:sdtPr>
          <w:rPr>
            <w:b/>
            <w:sz w:val="28"/>
            <w:szCs w:val="28"/>
            <w:lang w:val="ro-RO"/>
          </w:rPr>
          <w:id w:val="-1741559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3B29" w:rsidRPr="00CC3B29">
            <w:rPr>
              <w:rFonts w:ascii="MS Gothic" w:eastAsia="MS Gothic" w:hAnsi="MS Gothic"/>
              <w:b/>
              <w:sz w:val="28"/>
              <w:szCs w:val="28"/>
              <w:lang w:val="ro-RO"/>
            </w:rPr>
            <w:t>☐</w:t>
          </w:r>
        </w:sdtContent>
      </w:sdt>
      <w:r w:rsidR="00CC3B29" w:rsidRPr="00CC3B29">
        <w:rPr>
          <w:b/>
          <w:sz w:val="28"/>
          <w:szCs w:val="28"/>
          <w:lang w:val="ro-RO"/>
        </w:rPr>
        <w:t xml:space="preserve"> </w:t>
      </w:r>
      <w:r w:rsidR="004D46A7" w:rsidRPr="00CC3B29">
        <w:rPr>
          <w:b/>
          <w:sz w:val="28"/>
          <w:szCs w:val="28"/>
          <w:lang w:val="ro-RO"/>
        </w:rPr>
        <w:t xml:space="preserve">construcții speciale / </w:t>
      </w:r>
      <w:sdt>
        <w:sdtPr>
          <w:rPr>
            <w:b/>
            <w:sz w:val="28"/>
            <w:szCs w:val="28"/>
            <w:lang w:val="ro-RO"/>
          </w:rPr>
          <w:id w:val="2118171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3B29" w:rsidRPr="00CC3B29">
            <w:rPr>
              <w:rFonts w:ascii="MS Gothic" w:eastAsia="MS Gothic" w:hAnsi="MS Gothic"/>
              <w:b/>
              <w:sz w:val="28"/>
              <w:szCs w:val="28"/>
              <w:lang w:val="ro-RO"/>
            </w:rPr>
            <w:t>☐</w:t>
          </w:r>
        </w:sdtContent>
      </w:sdt>
      <w:r w:rsidR="00CC3B29" w:rsidRPr="00CC3B29">
        <w:rPr>
          <w:b/>
          <w:sz w:val="28"/>
          <w:szCs w:val="28"/>
          <w:lang w:val="ro-RO"/>
        </w:rPr>
        <w:t xml:space="preserve"> </w:t>
      </w:r>
      <w:r w:rsidR="004D46A7" w:rsidRPr="00CC3B29">
        <w:rPr>
          <w:b/>
          <w:sz w:val="28"/>
          <w:szCs w:val="28"/>
          <w:lang w:val="ro-RO"/>
        </w:rPr>
        <w:t>lucrări inginerești</w:t>
      </w:r>
    </w:p>
    <w:p w14:paraId="4B4DAE0F" w14:textId="77777777" w:rsidR="00A3488E" w:rsidRPr="00CC3B29" w:rsidRDefault="00A3488E" w:rsidP="00A3488E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3488E" w:rsidRPr="00CC3B29" w14:paraId="7AB784CA" w14:textId="77777777" w:rsidTr="00C245EC">
        <w:trPr>
          <w:cantSplit/>
        </w:trPr>
        <w:tc>
          <w:tcPr>
            <w:tcW w:w="9636" w:type="dxa"/>
            <w:shd w:val="clear" w:color="auto" w:fill="F4F4F4"/>
          </w:tcPr>
          <w:p w14:paraId="7E1B5C79" w14:textId="1AE91D00" w:rsidR="00A3488E" w:rsidRPr="00CC3B29" w:rsidRDefault="00A3488E" w:rsidP="00C245EC">
            <w:pPr>
              <w:keepNext/>
              <w:rPr>
                <w:lang w:val="ro-RO"/>
              </w:rPr>
            </w:pPr>
            <w:r w:rsidRPr="00CC3B29">
              <w:rPr>
                <w:b/>
                <w:sz w:val="16"/>
                <w:lang w:val="ro-RO"/>
              </w:rPr>
              <w:t xml:space="preserve"> 1. </w:t>
            </w:r>
            <w:r w:rsidRPr="00CC3B29">
              <w:rPr>
                <w:b/>
                <w:color w:val="000000"/>
                <w:sz w:val="18"/>
                <w:lang w:val="ro-RO"/>
              </w:rPr>
              <w:t>ÎN VEDEREA REALIZĂRII OBIECTIVULUI DE INVESTIȚII</w:t>
            </w:r>
          </w:p>
        </w:tc>
      </w:tr>
      <w:tr w:rsidR="00A3488E" w:rsidRPr="00CC3B29" w14:paraId="30737CE6" w14:textId="77777777" w:rsidTr="00A3488E">
        <w:trPr>
          <w:cantSplit/>
          <w:trHeight w:val="477"/>
        </w:trPr>
        <w:tc>
          <w:tcPr>
            <w:tcW w:w="9636" w:type="dxa"/>
          </w:tcPr>
          <w:p w14:paraId="1F9F2060" w14:textId="77777777" w:rsidR="00A3488E" w:rsidRPr="00CC3B29" w:rsidRDefault="00A3488E" w:rsidP="00C245EC">
            <w:pPr>
              <w:rPr>
                <w:lang w:val="ro-RO"/>
              </w:rPr>
            </w:pPr>
            <w:r w:rsidRPr="00CC3B29">
              <w:rPr>
                <w:lang w:val="ro-RO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542BD411" w14:textId="36A9D512" w:rsidR="00A3488E" w:rsidRPr="00CC3B29" w:rsidRDefault="00A3488E" w:rsidP="00C245EC">
            <w:pPr>
              <w:rPr>
                <w:lang w:val="ro-RO"/>
              </w:rPr>
            </w:pPr>
            <w:r w:rsidRPr="00CC3B29">
              <w:rPr>
                <w:lang w:val="ro-RO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DA26323" w14:textId="77777777" w:rsidR="005773BA" w:rsidRPr="00CC3B29" w:rsidRDefault="005773BA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5773BA" w:rsidRPr="00CC3B29" w14:paraId="0A47EDF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9C233BE" w14:textId="2F37CC12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sz w:val="16"/>
                <w:lang w:val="ro-RO"/>
              </w:rPr>
              <w:t xml:space="preserve"> </w:t>
            </w:r>
            <w:r w:rsidR="00A3488E" w:rsidRPr="00CC3B29">
              <w:rPr>
                <w:b/>
                <w:sz w:val="16"/>
                <w:lang w:val="ro-RO"/>
              </w:rPr>
              <w:t>2</w:t>
            </w:r>
            <w:r w:rsidRPr="00CC3B29">
              <w:rPr>
                <w:b/>
                <w:sz w:val="16"/>
                <w:lang w:val="ro-RO"/>
              </w:rPr>
              <w:t xml:space="preserve">. </w:t>
            </w:r>
            <w:r w:rsidRPr="00CC3B29">
              <w:rPr>
                <w:b/>
                <w:color w:val="000000"/>
                <w:sz w:val="18"/>
                <w:lang w:val="ro-RO"/>
              </w:rPr>
              <w:t>REFERINȚE ȘI TEMEI</w:t>
            </w:r>
          </w:p>
        </w:tc>
      </w:tr>
      <w:tr w:rsidR="005773BA" w:rsidRPr="00CC3B29" w14:paraId="45F946ED" w14:textId="77777777">
        <w:trPr>
          <w:cantSplit/>
          <w:trHeight w:val="510"/>
        </w:trPr>
        <w:tc>
          <w:tcPr>
            <w:tcW w:w="2409" w:type="dxa"/>
          </w:tcPr>
          <w:p w14:paraId="0480224D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Ca urmare a cererii nr.</w:t>
            </w:r>
          </w:p>
          <w:p w14:paraId="42B09F17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0CD41B43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din data</w:t>
            </w:r>
          </w:p>
          <w:p w14:paraId="40268E04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2"/>
          </w:tcPr>
          <w:p w14:paraId="2222FD88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a solicitantului</w:t>
            </w:r>
          </w:p>
          <w:p w14:paraId="33650839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</w:tr>
      <w:tr w:rsidR="005773BA" w:rsidRPr="00CC3B29" w14:paraId="5504F65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722D23C" w14:textId="77777777" w:rsidR="005773BA" w:rsidRPr="00CC3B29" w:rsidRDefault="00000000">
            <w:pPr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Documentația de urbanism aplicabilă</w:t>
            </w:r>
          </w:p>
          <w:p w14:paraId="5DE7FCFF" w14:textId="77777777" w:rsidR="005773BA" w:rsidRPr="00CC3B29" w:rsidRDefault="00000000">
            <w:pPr>
              <w:rPr>
                <w:lang w:val="ro-RO"/>
              </w:rPr>
            </w:pPr>
            <w:r w:rsidRPr="00CC3B29">
              <w:rPr>
                <w:i/>
                <w:color w:val="7A7A7A"/>
                <w:lang w:val="ro-RO"/>
              </w:rPr>
              <w:t>nr. / faza PUG · PUZ · PUD</w:t>
            </w:r>
          </w:p>
          <w:p w14:paraId="27E19B21" w14:textId="77777777" w:rsidR="005773BA" w:rsidRPr="00CC3B29" w:rsidRDefault="005773BA">
            <w:pPr>
              <w:rPr>
                <w:lang w:val="ro-RO"/>
              </w:rPr>
            </w:pPr>
          </w:p>
        </w:tc>
        <w:tc>
          <w:tcPr>
            <w:tcW w:w="4015" w:type="dxa"/>
          </w:tcPr>
          <w:p w14:paraId="15090853" w14:textId="77777777" w:rsidR="005773BA" w:rsidRPr="00CC3B29" w:rsidRDefault="00000000">
            <w:pPr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Aprobată prin hotărârea CJ / CL nr. / data</w:t>
            </w:r>
          </w:p>
          <w:p w14:paraId="169108A2" w14:textId="77777777" w:rsidR="005773BA" w:rsidRPr="00CC3B29" w:rsidRDefault="005773BA">
            <w:pPr>
              <w:rPr>
                <w:lang w:val="ro-RO"/>
              </w:rPr>
            </w:pPr>
          </w:p>
        </w:tc>
      </w:tr>
    </w:tbl>
    <w:p w14:paraId="3A6AFFA8" w14:textId="77777777" w:rsidR="005773BA" w:rsidRPr="00CC3B29" w:rsidRDefault="005773BA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5773BA" w:rsidRPr="00CC3B29" w14:paraId="3BEAED6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5DEB5A3" w14:textId="78A0C2B5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sz w:val="16"/>
                <w:lang w:val="ro-RO"/>
              </w:rPr>
              <w:t xml:space="preserve"> </w:t>
            </w:r>
            <w:r w:rsidR="00A3488E" w:rsidRPr="00CC3B29">
              <w:rPr>
                <w:b/>
                <w:sz w:val="16"/>
                <w:lang w:val="ro-RO"/>
              </w:rPr>
              <w:t>3</w:t>
            </w:r>
            <w:r w:rsidRPr="00CC3B29">
              <w:rPr>
                <w:b/>
                <w:sz w:val="16"/>
                <w:lang w:val="ro-RO"/>
              </w:rPr>
              <w:t xml:space="preserve">. </w:t>
            </w:r>
            <w:r w:rsidRPr="00CC3B29">
              <w:rPr>
                <w:b/>
                <w:color w:val="000000"/>
                <w:sz w:val="18"/>
                <w:lang w:val="ro-RO"/>
              </w:rPr>
              <w:t>IMOBILUL</w:t>
            </w:r>
          </w:p>
        </w:tc>
      </w:tr>
      <w:tr w:rsidR="005773BA" w:rsidRPr="00CC3B29" w14:paraId="54D6F4CA" w14:textId="77777777">
        <w:trPr>
          <w:cantSplit/>
        </w:trPr>
        <w:tc>
          <w:tcPr>
            <w:tcW w:w="9636" w:type="dxa"/>
            <w:gridSpan w:val="6"/>
          </w:tcPr>
          <w:p w14:paraId="3EA180CC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sz w:val="16"/>
                <w:lang w:val="ro-RO"/>
              </w:rPr>
              <w:t xml:space="preserve"> ☐ teren     ☐ construcții</w:t>
            </w:r>
          </w:p>
        </w:tc>
      </w:tr>
      <w:tr w:rsidR="005773BA" w:rsidRPr="00CC3B29" w14:paraId="201B3A4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579CBB0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Județ</w:t>
            </w:r>
          </w:p>
          <w:p w14:paraId="3C8804C4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492BA746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Municipiu / oraș / comună</w:t>
            </w:r>
          </w:p>
          <w:p w14:paraId="2ABCFAA1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EE7AFEE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Sat / sector</w:t>
            </w:r>
          </w:p>
          <w:p w14:paraId="09551535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</w:tr>
      <w:tr w:rsidR="005773BA" w:rsidRPr="00CC3B29" w14:paraId="5BC1178F" w14:textId="77777777">
        <w:trPr>
          <w:cantSplit/>
          <w:trHeight w:val="510"/>
        </w:trPr>
        <w:tc>
          <w:tcPr>
            <w:tcW w:w="1606" w:type="dxa"/>
          </w:tcPr>
          <w:p w14:paraId="4F971C64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Cod poștal</w:t>
            </w:r>
          </w:p>
          <w:p w14:paraId="7329126C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09B4C13C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Strada</w:t>
            </w:r>
          </w:p>
          <w:p w14:paraId="7665C1FB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38CFBA50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Nr.</w:t>
            </w:r>
          </w:p>
          <w:p w14:paraId="142B59EB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5E255174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Bl. / sc. / et. / ap.</w:t>
            </w:r>
          </w:p>
          <w:p w14:paraId="58B2BB1C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</w:tr>
      <w:tr w:rsidR="005773BA" w:rsidRPr="00CC3B29" w14:paraId="680EF662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9B1A27E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Număr cadastral</w:t>
            </w:r>
          </w:p>
          <w:p w14:paraId="4EB37192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i/>
                <w:color w:val="7A7A7A"/>
                <w:lang w:val="ro-RO"/>
              </w:rPr>
              <w:t>dacă imobilul e înscris în e-Terra</w:t>
            </w:r>
          </w:p>
          <w:p w14:paraId="5518D7E9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351FF8BC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Carte funciară nr.</w:t>
            </w:r>
          </w:p>
          <w:p w14:paraId="26961E23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</w:tr>
    </w:tbl>
    <w:p w14:paraId="24E2FE46" w14:textId="77777777" w:rsidR="005773BA" w:rsidRPr="00CC3B29" w:rsidRDefault="005773BA">
      <w:pPr>
        <w:spacing w:line="168" w:lineRule="auto"/>
        <w:rPr>
          <w:lang w:val="ro-RO"/>
        </w:rPr>
      </w:pPr>
    </w:p>
    <w:p w14:paraId="752769A9" w14:textId="77777777" w:rsidR="005773BA" w:rsidRPr="00CC3B29" w:rsidRDefault="00000000">
      <w:pPr>
        <w:spacing w:before="140" w:after="40"/>
        <w:jc w:val="center"/>
        <w:rPr>
          <w:sz w:val="28"/>
          <w:szCs w:val="28"/>
          <w:lang w:val="ro-RO"/>
        </w:rPr>
      </w:pPr>
      <w:r w:rsidRPr="00CC3B29">
        <w:rPr>
          <w:b/>
          <w:sz w:val="28"/>
          <w:szCs w:val="28"/>
          <w:lang w:val="ro-RO"/>
        </w:rPr>
        <w:t>SE CERTIFICĂ:</w:t>
      </w:r>
    </w:p>
    <w:p w14:paraId="040D7348" w14:textId="77777777" w:rsidR="005773BA" w:rsidRPr="00CC3B29" w:rsidRDefault="005773BA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:rsidRPr="00CC3B29" w14:paraId="5810D3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30C4070" w14:textId="0F19519E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sz w:val="16"/>
                <w:lang w:val="ro-RO"/>
              </w:rPr>
              <w:t xml:space="preserve"> </w:t>
            </w:r>
            <w:r w:rsidR="00A3488E" w:rsidRPr="00CC3B29">
              <w:rPr>
                <w:b/>
                <w:sz w:val="16"/>
                <w:lang w:val="ro-RO"/>
              </w:rPr>
              <w:t>4</w:t>
            </w:r>
            <w:r w:rsidRPr="00CC3B29">
              <w:rPr>
                <w:b/>
                <w:sz w:val="16"/>
                <w:lang w:val="ro-RO"/>
              </w:rPr>
              <w:t xml:space="preserve">. </w:t>
            </w:r>
            <w:r w:rsidRPr="00CC3B29">
              <w:rPr>
                <w:b/>
                <w:color w:val="000000"/>
                <w:sz w:val="18"/>
                <w:lang w:val="ro-RO"/>
              </w:rPr>
              <w:t>REGIMUL JURIDIC</w:t>
            </w:r>
          </w:p>
        </w:tc>
      </w:tr>
      <w:tr w:rsidR="005773BA" w:rsidRPr="00CC3B29" w14:paraId="73DBD438" w14:textId="77777777">
        <w:trPr>
          <w:cantSplit/>
        </w:trPr>
        <w:tc>
          <w:tcPr>
            <w:tcW w:w="9636" w:type="dxa"/>
          </w:tcPr>
          <w:p w14:paraId="1898E032" w14:textId="77777777" w:rsidR="005773BA" w:rsidRPr="00CC3B29" w:rsidRDefault="005773BA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3BDD9769" w14:textId="77777777" w:rsidR="005773BA" w:rsidRPr="00CC3B29" w:rsidRDefault="005773BA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3F06684B" w14:textId="77777777" w:rsidR="005773BA" w:rsidRPr="00CC3B29" w:rsidRDefault="005773BA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</w:tbl>
    <w:p w14:paraId="5369536A" w14:textId="77777777" w:rsidR="005773BA" w:rsidRPr="00CC3B29" w:rsidRDefault="005773BA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5773BA" w:rsidRPr="00CC3B29" w14:paraId="68AD397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AB1F914" w14:textId="57198A24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sz w:val="16"/>
                <w:lang w:val="ro-RO"/>
              </w:rPr>
              <w:t xml:space="preserve"> </w:t>
            </w:r>
            <w:r w:rsidR="00A3488E" w:rsidRPr="00CC3B29">
              <w:rPr>
                <w:b/>
                <w:sz w:val="16"/>
                <w:lang w:val="ro-RO"/>
              </w:rPr>
              <w:t>5</w:t>
            </w:r>
            <w:r w:rsidRPr="00CC3B29">
              <w:rPr>
                <w:b/>
                <w:sz w:val="16"/>
                <w:lang w:val="ro-RO"/>
              </w:rPr>
              <w:t xml:space="preserve">. </w:t>
            </w:r>
            <w:r w:rsidRPr="00CC3B29">
              <w:rPr>
                <w:b/>
                <w:color w:val="000000"/>
                <w:sz w:val="18"/>
                <w:lang w:val="ro-RO"/>
              </w:rPr>
              <w:t>REGIMUL ECONOMIC</w:t>
            </w:r>
          </w:p>
        </w:tc>
      </w:tr>
      <w:tr w:rsidR="005773BA" w:rsidRPr="00CC3B29" w14:paraId="0A569545" w14:textId="77777777">
        <w:trPr>
          <w:cantSplit/>
        </w:trPr>
        <w:tc>
          <w:tcPr>
            <w:tcW w:w="8030" w:type="dxa"/>
            <w:shd w:val="clear" w:color="auto" w:fill="F4F4F4"/>
          </w:tcPr>
          <w:p w14:paraId="5883B70B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50120F24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Actul de reglementare</w:t>
            </w:r>
          </w:p>
          <w:p w14:paraId="5FDBB25D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i/>
                <w:color w:val="7A7A7A"/>
                <w:lang w:val="ro-RO"/>
              </w:rPr>
              <w:t>RLU · HCL · lege, nr./an</w:t>
            </w:r>
          </w:p>
        </w:tc>
      </w:tr>
      <w:tr w:rsidR="005773BA" w:rsidRPr="00CC3B29" w14:paraId="29EB28C5" w14:textId="77777777">
        <w:trPr>
          <w:cantSplit/>
          <w:trHeight w:val="283"/>
        </w:trPr>
        <w:tc>
          <w:tcPr>
            <w:tcW w:w="8030" w:type="dxa"/>
          </w:tcPr>
          <w:p w14:paraId="36A938BB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14F22E69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</w:tr>
      <w:tr w:rsidR="005773BA" w:rsidRPr="00CC3B29" w14:paraId="5DBB5838" w14:textId="77777777">
        <w:trPr>
          <w:cantSplit/>
          <w:trHeight w:val="283"/>
        </w:trPr>
        <w:tc>
          <w:tcPr>
            <w:tcW w:w="8030" w:type="dxa"/>
          </w:tcPr>
          <w:p w14:paraId="3D87D101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1E69D920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</w:tr>
      <w:tr w:rsidR="005773BA" w:rsidRPr="00CC3B29" w14:paraId="435D6B43" w14:textId="77777777">
        <w:trPr>
          <w:cantSplit/>
          <w:trHeight w:val="283"/>
        </w:trPr>
        <w:tc>
          <w:tcPr>
            <w:tcW w:w="8030" w:type="dxa"/>
          </w:tcPr>
          <w:p w14:paraId="77345400" w14:textId="77777777" w:rsidR="005773BA" w:rsidRPr="00CC3B29" w:rsidRDefault="005773BA">
            <w:pPr>
              <w:rPr>
                <w:lang w:val="ro-RO"/>
              </w:rPr>
            </w:pPr>
          </w:p>
        </w:tc>
        <w:tc>
          <w:tcPr>
            <w:tcW w:w="1606" w:type="dxa"/>
          </w:tcPr>
          <w:p w14:paraId="2D878747" w14:textId="77777777" w:rsidR="005773BA" w:rsidRPr="00CC3B29" w:rsidRDefault="005773BA">
            <w:pPr>
              <w:rPr>
                <w:lang w:val="ro-RO"/>
              </w:rPr>
            </w:pPr>
          </w:p>
        </w:tc>
      </w:tr>
    </w:tbl>
    <w:p w14:paraId="71E8B337" w14:textId="77777777" w:rsidR="005773BA" w:rsidRPr="00CC3B29" w:rsidRDefault="005773BA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3212"/>
        <w:gridCol w:w="1606"/>
      </w:tblGrid>
      <w:tr w:rsidR="005773BA" w:rsidRPr="00CC3B29" w14:paraId="626AA75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3048EF" w14:textId="5DF61ADF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sz w:val="16"/>
                <w:lang w:val="ro-RO"/>
              </w:rPr>
              <w:t xml:space="preserve"> </w:t>
            </w:r>
            <w:r w:rsidR="00A3488E" w:rsidRPr="00CC3B29">
              <w:rPr>
                <w:b/>
                <w:sz w:val="16"/>
                <w:lang w:val="ro-RO"/>
              </w:rPr>
              <w:t>6</w:t>
            </w:r>
            <w:r w:rsidRPr="00CC3B29">
              <w:rPr>
                <w:b/>
                <w:sz w:val="16"/>
                <w:lang w:val="ro-RO"/>
              </w:rPr>
              <w:t xml:space="preserve">. </w:t>
            </w:r>
            <w:r w:rsidRPr="00CC3B29">
              <w:rPr>
                <w:b/>
                <w:color w:val="000000"/>
                <w:sz w:val="18"/>
                <w:lang w:val="ro-RO"/>
              </w:rPr>
              <w:t>REGIMUL TEHNIC</w:t>
            </w:r>
          </w:p>
        </w:tc>
      </w:tr>
      <w:tr w:rsidR="005773BA" w:rsidRPr="00CC3B29" w14:paraId="17666E5C" w14:textId="77777777">
        <w:trPr>
          <w:cantSplit/>
        </w:trPr>
        <w:tc>
          <w:tcPr>
            <w:tcW w:w="8030" w:type="dxa"/>
            <w:gridSpan w:val="2"/>
            <w:shd w:val="clear" w:color="auto" w:fill="F4F4F4"/>
          </w:tcPr>
          <w:p w14:paraId="30A3202E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7D16618B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Actul de reglementare</w:t>
            </w:r>
          </w:p>
          <w:p w14:paraId="5EA913B8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i/>
                <w:color w:val="7A7A7A"/>
                <w:lang w:val="ro-RO"/>
              </w:rPr>
              <w:t>RLU · HCL · lege, nr./an</w:t>
            </w:r>
          </w:p>
        </w:tc>
      </w:tr>
      <w:tr w:rsidR="005773BA" w:rsidRPr="00CC3B29" w14:paraId="7FEA1E33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4FA48435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7570B559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</w:tr>
      <w:tr w:rsidR="005773BA" w:rsidRPr="00CC3B29" w14:paraId="2F987B32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539588EE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2AB2FCC9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</w:tr>
      <w:tr w:rsidR="005773BA" w:rsidRPr="00CC3B29" w14:paraId="13D349BE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07BAEE48" w14:textId="77777777" w:rsidR="005773BA" w:rsidRPr="00CC3B29" w:rsidRDefault="005773BA">
            <w:pPr>
              <w:rPr>
                <w:lang w:val="ro-RO"/>
              </w:rPr>
            </w:pPr>
          </w:p>
        </w:tc>
        <w:tc>
          <w:tcPr>
            <w:tcW w:w="1606" w:type="dxa"/>
          </w:tcPr>
          <w:p w14:paraId="2953EDB7" w14:textId="77777777" w:rsidR="005773BA" w:rsidRPr="00CC3B29" w:rsidRDefault="005773BA">
            <w:pPr>
              <w:rPr>
                <w:lang w:val="ro-RO"/>
              </w:rPr>
            </w:pPr>
          </w:p>
        </w:tc>
      </w:tr>
      <w:tr w:rsidR="00D20322" w:rsidRPr="00CC3B29" w14:paraId="7949F3CD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B3156E" w14:textId="3A2C9094" w:rsidR="00D20322" w:rsidRPr="00CC3B29" w:rsidRDefault="00A3488E" w:rsidP="00C245EC">
            <w:pPr>
              <w:keepNext/>
              <w:rPr>
                <w:lang w:val="ro-RO"/>
              </w:rPr>
            </w:pPr>
            <w:r w:rsidRPr="00CC3B29">
              <w:rPr>
                <w:b/>
                <w:sz w:val="16"/>
                <w:lang w:val="ro-RO"/>
              </w:rPr>
              <w:lastRenderedPageBreak/>
              <w:t>7</w:t>
            </w:r>
            <w:r w:rsidR="00D20322" w:rsidRPr="00CC3B29">
              <w:rPr>
                <w:b/>
                <w:sz w:val="16"/>
                <w:lang w:val="ro-RO"/>
              </w:rPr>
              <w:t xml:space="preserve">. </w:t>
            </w:r>
            <w:r w:rsidR="00D20322" w:rsidRPr="00CC3B29">
              <w:rPr>
                <w:b/>
                <w:color w:val="000000"/>
                <w:sz w:val="18"/>
                <w:lang w:val="ro-RO"/>
              </w:rPr>
              <w:t>REGIMUL DE MODIFICARE SAU ACTUALIZARE A DOCUMENTAȚIEI DE URBANISM</w:t>
            </w:r>
          </w:p>
        </w:tc>
      </w:tr>
      <w:tr w:rsidR="00D20322" w:rsidRPr="00CC3B29" w14:paraId="7133A069" w14:textId="77777777" w:rsidTr="006711DF">
        <w:trPr>
          <w:cantSplit/>
          <w:trHeight w:val="436"/>
        </w:trPr>
        <w:tc>
          <w:tcPr>
            <w:tcW w:w="9636" w:type="dxa"/>
            <w:gridSpan w:val="3"/>
          </w:tcPr>
          <w:p w14:paraId="56327872" w14:textId="77777777" w:rsidR="00D20322" w:rsidRPr="00CC3B29" w:rsidRDefault="00D20322" w:rsidP="00C245EC">
            <w:pPr>
              <w:keepNext/>
              <w:rPr>
                <w:rFonts w:cs="Times New Roman"/>
                <w:sz w:val="16"/>
                <w:lang w:val="ro-RO"/>
              </w:rPr>
            </w:pPr>
            <w:r w:rsidRPr="00CC3B29">
              <w:rPr>
                <w:rFonts w:cs="Times New Roman"/>
                <w:sz w:val="16"/>
                <w:lang w:val="ro-RO"/>
              </w:rPr>
              <w:t>Obiectivul de investiții:</w:t>
            </w:r>
          </w:p>
          <w:p w14:paraId="78084B09" w14:textId="0FFDE578" w:rsidR="00D20322" w:rsidRPr="00CC3B29" w:rsidRDefault="00D20322" w:rsidP="00C245EC">
            <w:pPr>
              <w:keepNext/>
              <w:rPr>
                <w:rFonts w:cs="Times New Roman"/>
                <w:sz w:val="16"/>
                <w:lang w:val="ro-RO"/>
              </w:rPr>
            </w:pPr>
            <w:r w:rsidRPr="00CC3B29">
              <w:rPr>
                <w:rFonts w:cs="Times New Roman"/>
                <w:sz w:val="16"/>
                <w:lang w:val="ro-RO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D20322" w:rsidRPr="00CC3B29" w14:paraId="555125AD" w14:textId="77777777" w:rsidTr="00C245EC">
        <w:trPr>
          <w:cantSplit/>
        </w:trPr>
        <w:tc>
          <w:tcPr>
            <w:tcW w:w="9636" w:type="dxa"/>
            <w:gridSpan w:val="3"/>
          </w:tcPr>
          <w:p w14:paraId="083E33AD" w14:textId="3E30E28B" w:rsidR="00D20322" w:rsidRPr="00CC3B29" w:rsidRDefault="00D20322" w:rsidP="00C245EC">
            <w:pPr>
              <w:keepNext/>
              <w:rPr>
                <w:rFonts w:ascii="Segoe UI Symbol" w:hAnsi="Segoe UI Symbol" w:cs="Segoe UI Symbol"/>
                <w:sz w:val="16"/>
                <w:lang w:val="ro-RO"/>
              </w:rPr>
            </w:pPr>
            <w:r w:rsidRPr="00CC3B29">
              <w:rPr>
                <w:rFonts w:ascii="Segoe UI Symbol" w:hAnsi="Segoe UI Symbol" w:cs="Segoe UI Symbol"/>
                <w:sz w:val="16"/>
                <w:lang w:val="ro-RO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sz w:val="16"/>
                  <w:lang w:val="ro-RO"/>
                </w:rPr>
                <w:id w:val="-118058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cs="Segoe UI Symbol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se poate realiza cu respectarea documentației de urbanism </w:t>
            </w:r>
          </w:p>
        </w:tc>
      </w:tr>
      <w:tr w:rsidR="00D20322" w:rsidRPr="00CC3B29" w14:paraId="150F215B" w14:textId="77777777" w:rsidTr="00C245EC">
        <w:trPr>
          <w:cantSplit/>
        </w:trPr>
        <w:tc>
          <w:tcPr>
            <w:tcW w:w="9636" w:type="dxa"/>
            <w:gridSpan w:val="3"/>
          </w:tcPr>
          <w:p w14:paraId="251AED52" w14:textId="7A20D947" w:rsidR="00D20322" w:rsidRPr="00CC3B29" w:rsidRDefault="00D20322" w:rsidP="00C245EC">
            <w:pPr>
              <w:keepNext/>
              <w:rPr>
                <w:lang w:val="ro-RO"/>
              </w:rPr>
            </w:pPr>
            <w:r w:rsidRPr="00CC3B29">
              <w:rPr>
                <w:rFonts w:ascii="Segoe UI Symbol" w:hAnsi="Segoe UI Symbol" w:cs="Segoe UI Symbol"/>
                <w:sz w:val="16"/>
                <w:lang w:val="ro-RO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sz w:val="16"/>
                  <w:lang w:val="ro-RO"/>
                </w:rPr>
                <w:id w:val="1862472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cs="Segoe UI Symbol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se poate realiza condiționat de aprobarea unui PUD (art. 82)</w:t>
            </w:r>
          </w:p>
        </w:tc>
      </w:tr>
      <w:tr w:rsidR="00D20322" w:rsidRPr="00CC3B29" w14:paraId="338E7415" w14:textId="77777777" w:rsidTr="00ED2565">
        <w:trPr>
          <w:cantSplit/>
          <w:trHeight w:val="436"/>
        </w:trPr>
        <w:tc>
          <w:tcPr>
            <w:tcW w:w="4818" w:type="dxa"/>
          </w:tcPr>
          <w:p w14:paraId="657C8589" w14:textId="448E82E3" w:rsidR="00D20322" w:rsidRPr="00CC3B29" w:rsidRDefault="00D20322" w:rsidP="00C245EC">
            <w:pPr>
              <w:keepNext/>
              <w:rPr>
                <w:lang w:val="ro-RO"/>
              </w:rPr>
            </w:pPr>
            <w:r w:rsidRPr="00CC3B29">
              <w:rPr>
                <w:rFonts w:ascii="Segoe UI Symbol" w:hAnsi="Segoe UI Symbol" w:cs="Segoe UI Symbol"/>
                <w:sz w:val="16"/>
                <w:lang w:val="ro-RO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sz w:val="16"/>
                  <w:lang w:val="ro-RO"/>
                </w:rPr>
                <w:id w:val="-380407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cs="Segoe UI Symbol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se poate realiza condiționat de aprobarea unui PUZ (art. 70) :   </w:t>
            </w:r>
          </w:p>
        </w:tc>
        <w:tc>
          <w:tcPr>
            <w:tcW w:w="4818" w:type="dxa"/>
            <w:gridSpan w:val="2"/>
          </w:tcPr>
          <w:p w14:paraId="007F6D3D" w14:textId="4248D5EA" w:rsidR="00D20322" w:rsidRPr="00CC3B29" w:rsidRDefault="00D20322" w:rsidP="00C245EC">
            <w:pPr>
              <w:keepNext/>
              <w:rPr>
                <w:lang w:val="ro-RO"/>
              </w:rPr>
            </w:pPr>
            <w:r w:rsidRPr="00CC3B29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CC3B29">
              <w:rPr>
                <w:sz w:val="16"/>
                <w:lang w:val="ro-RO"/>
              </w:rPr>
              <w:t xml:space="preserve"> cu aviz de ini</w:t>
            </w:r>
            <w:r w:rsidRPr="00CC3B29">
              <w:rPr>
                <w:rFonts w:cs="Times New Roman"/>
                <w:sz w:val="16"/>
                <w:lang w:val="ro-RO"/>
              </w:rPr>
              <w:t>ț</w:t>
            </w:r>
            <w:r w:rsidRPr="00CC3B29">
              <w:rPr>
                <w:sz w:val="16"/>
                <w:lang w:val="ro-RO"/>
              </w:rPr>
              <w:t>iere emis de arhitectul-</w:t>
            </w:r>
            <w:r w:rsidRPr="00CC3B29">
              <w:rPr>
                <w:rFonts w:cs="Times New Roman"/>
                <w:sz w:val="16"/>
                <w:lang w:val="ro-RO"/>
              </w:rPr>
              <w:t>ș</w:t>
            </w:r>
            <w:r w:rsidRPr="00CC3B29">
              <w:rPr>
                <w:sz w:val="16"/>
                <w:lang w:val="ro-RO"/>
              </w:rPr>
              <w:t>ef</w:t>
            </w:r>
            <w:r w:rsidRPr="00CC3B29">
              <w:rPr>
                <w:rFonts w:ascii="Segoe UI Symbol" w:hAnsi="Segoe UI Symbol" w:cs="Segoe UI Symbol"/>
                <w:sz w:val="16"/>
                <w:lang w:val="ro-RO"/>
              </w:rPr>
              <w:t xml:space="preserve">                                                                                            ☐</w:t>
            </w:r>
            <w:r w:rsidRPr="00CC3B29">
              <w:rPr>
                <w:sz w:val="16"/>
                <w:lang w:val="ro-RO"/>
              </w:rPr>
              <w:t xml:space="preserve"> fără aviz de inițiere</w:t>
            </w:r>
          </w:p>
        </w:tc>
      </w:tr>
      <w:tr w:rsidR="00D20322" w:rsidRPr="00CC3B29" w14:paraId="38801303" w14:textId="77777777" w:rsidTr="00C245EC">
        <w:trPr>
          <w:cantSplit/>
        </w:trPr>
        <w:tc>
          <w:tcPr>
            <w:tcW w:w="9636" w:type="dxa"/>
            <w:gridSpan w:val="3"/>
          </w:tcPr>
          <w:p w14:paraId="06C7C292" w14:textId="4F3A3789" w:rsidR="00D20322" w:rsidRPr="00CC3B29" w:rsidRDefault="00D20322" w:rsidP="00C245EC">
            <w:pPr>
              <w:keepNext/>
              <w:rPr>
                <w:lang w:val="ro-RO"/>
              </w:rPr>
            </w:pPr>
            <w:r w:rsidRPr="00CC3B29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1060214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obiectivul de investi</w:t>
            </w:r>
            <w:r w:rsidRPr="00CC3B29">
              <w:rPr>
                <w:rFonts w:cs="Times New Roman"/>
                <w:sz w:val="16"/>
                <w:lang w:val="ro-RO"/>
              </w:rPr>
              <w:t>ț</w:t>
            </w:r>
            <w:r w:rsidRPr="00CC3B29">
              <w:rPr>
                <w:sz w:val="16"/>
                <w:lang w:val="ro-RO"/>
              </w:rPr>
              <w:t xml:space="preserve">ii NU se poate realiza, </w:t>
            </w:r>
            <w:r w:rsidRPr="00CC3B29">
              <w:rPr>
                <w:rFonts w:cs="Times New Roman"/>
                <w:sz w:val="16"/>
                <w:lang w:val="ro-RO"/>
              </w:rPr>
              <w:t>î</w:t>
            </w:r>
            <w:r w:rsidRPr="00CC3B29">
              <w:rPr>
                <w:sz w:val="16"/>
                <w:lang w:val="ro-RO"/>
              </w:rPr>
              <w:t>ntruc</w:t>
            </w:r>
            <w:r w:rsidRPr="00CC3B29">
              <w:rPr>
                <w:rFonts w:cs="Times New Roman"/>
                <w:sz w:val="16"/>
                <w:lang w:val="ro-RO"/>
              </w:rPr>
              <w:t>â</w:t>
            </w:r>
            <w:r w:rsidRPr="00CC3B29">
              <w:rPr>
                <w:sz w:val="16"/>
                <w:lang w:val="ro-RO"/>
              </w:rPr>
              <w:t>t :</w:t>
            </w:r>
          </w:p>
        </w:tc>
      </w:tr>
      <w:tr w:rsidR="00D20322" w:rsidRPr="00CC3B29" w14:paraId="68B37058" w14:textId="77777777" w:rsidTr="00C245EC">
        <w:trPr>
          <w:cantSplit/>
        </w:trPr>
        <w:tc>
          <w:tcPr>
            <w:tcW w:w="9636" w:type="dxa"/>
            <w:gridSpan w:val="3"/>
          </w:tcPr>
          <w:p w14:paraId="246627DE" w14:textId="77777777" w:rsidR="00D20322" w:rsidRPr="00CC3B29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7E1437F3" w14:textId="77777777" w:rsidR="00D20322" w:rsidRPr="00CC3B29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  <w:tr w:rsidR="00D20322" w:rsidRPr="00CC3B29" w14:paraId="10420399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1330C57" w14:textId="77777777" w:rsidR="00D20322" w:rsidRPr="00CC3B29" w:rsidRDefault="00D20322" w:rsidP="00C245EC">
            <w:pPr>
              <w:spacing w:line="228" w:lineRule="auto"/>
              <w:rPr>
                <w:lang w:val="ro-RO"/>
              </w:rPr>
            </w:pPr>
            <w:r w:rsidRPr="00CC3B29">
              <w:rPr>
                <w:lang w:val="ro-RO"/>
              </w:rPr>
              <w:t>La condiționare, procedura de autorizare se suspendă până la aprobarea documentației de urbanism; valabilitatea certificatului se prelungește cu 12 luni după aprobare.</w:t>
            </w:r>
          </w:p>
          <w:p w14:paraId="46E9BE9A" w14:textId="40C551D0" w:rsidR="0008118F" w:rsidRPr="00CC3B29" w:rsidRDefault="0008118F" w:rsidP="00C245EC">
            <w:pPr>
              <w:spacing w:line="228" w:lineRule="auto"/>
              <w:rPr>
                <w:lang w:val="ro-RO"/>
              </w:rPr>
            </w:pPr>
            <w:r w:rsidRPr="00CC3B29">
              <w:rPr>
                <w:lang w:val="ro-RO"/>
              </w:rPr>
              <w:t xml:space="preserve">La condiționarea referitoare la aprobarea PUZ, după aprobarea documentației de urbanism, certificatul de urbanism se va completa cu Formularul F_CU_07_01 - Anexa </w:t>
            </w:r>
          </w:p>
        </w:tc>
      </w:tr>
    </w:tbl>
    <w:p w14:paraId="608D52EC" w14:textId="77777777" w:rsidR="00D20322" w:rsidRPr="00CC3B29" w:rsidRDefault="00D20322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:rsidRPr="00CC3B29" w14:paraId="0E81EDCF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0CDC0" w14:textId="2C68902A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sz w:val="16"/>
                <w:lang w:val="ro-RO"/>
              </w:rPr>
              <w:t xml:space="preserve"> </w:t>
            </w:r>
            <w:r w:rsidR="00A3488E" w:rsidRPr="00CC3B29">
              <w:rPr>
                <w:b/>
                <w:sz w:val="16"/>
                <w:lang w:val="ro-RO"/>
              </w:rPr>
              <w:t>8</w:t>
            </w:r>
            <w:r w:rsidRPr="00CC3B29">
              <w:rPr>
                <w:b/>
                <w:sz w:val="16"/>
                <w:lang w:val="ro-RO"/>
              </w:rPr>
              <w:t xml:space="preserve">. </w:t>
            </w:r>
            <w:r w:rsidRPr="00CC3B29">
              <w:rPr>
                <w:b/>
                <w:color w:val="000000"/>
                <w:sz w:val="18"/>
                <w:lang w:val="ro-RO"/>
              </w:rPr>
              <w:t>AVIZE / ACORDURI ÎN VEDEREA APROBĂRII DOCUMENTAȚIEI DE URBANISM — PUD</w:t>
            </w:r>
          </w:p>
        </w:tc>
      </w:tr>
      <w:tr w:rsidR="005773BA" w:rsidRPr="00CC3B29" w14:paraId="1ABC26DE" w14:textId="77777777">
        <w:trPr>
          <w:cantSplit/>
        </w:trPr>
        <w:tc>
          <w:tcPr>
            <w:tcW w:w="9636" w:type="dxa"/>
            <w:shd w:val="clear" w:color="auto" w:fill="F4F4F4"/>
          </w:tcPr>
          <w:p w14:paraId="298CD460" w14:textId="0EEED161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sz w:val="16"/>
                <w:lang w:val="ro-RO"/>
              </w:rPr>
              <w:t xml:space="preserve"> </w:t>
            </w:r>
            <w:r w:rsidR="00D20322" w:rsidRPr="00CC3B29">
              <w:rPr>
                <w:sz w:val="16"/>
                <w:lang w:val="ro-RO"/>
              </w:rPr>
              <w:t>(</w:t>
            </w:r>
            <w:r w:rsidRPr="00CC3B29">
              <w:rPr>
                <w:sz w:val="16"/>
                <w:lang w:val="ro-RO"/>
              </w:rPr>
              <w:t>se completează doar atunci când obiectivul de investiții se poate realiza după aprobarea PUD</w:t>
            </w:r>
            <w:r w:rsidR="00D20322" w:rsidRPr="00CC3B29">
              <w:rPr>
                <w:sz w:val="16"/>
                <w:lang w:val="ro-RO"/>
              </w:rPr>
              <w:t>)</w:t>
            </w:r>
          </w:p>
        </w:tc>
      </w:tr>
      <w:tr w:rsidR="005773BA" w:rsidRPr="00CC3B29" w14:paraId="0E0EC3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2BCAC5" w14:textId="46B5CB3B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sz w:val="16"/>
                <w:lang w:val="ro-RO"/>
              </w:rPr>
              <w:t xml:space="preserve"> </w:t>
            </w:r>
            <w:r w:rsidR="00A3488E" w:rsidRPr="00CC3B29">
              <w:rPr>
                <w:sz w:val="16"/>
                <w:lang w:val="ro-RO"/>
              </w:rPr>
              <w:t>8</w:t>
            </w:r>
            <w:r w:rsidRPr="00CC3B29">
              <w:rPr>
                <w:sz w:val="16"/>
                <w:lang w:val="ro-RO"/>
              </w:rPr>
              <w:t xml:space="preserve">.1 · altele decât cele care se pot obține prin Comisia de </w:t>
            </w:r>
            <w:r w:rsidR="00D20322" w:rsidRPr="00CC3B29">
              <w:rPr>
                <w:sz w:val="16"/>
                <w:lang w:val="ro-RO"/>
              </w:rPr>
              <w:t>A</w:t>
            </w:r>
            <w:r w:rsidRPr="00CC3B29">
              <w:rPr>
                <w:sz w:val="16"/>
                <w:lang w:val="ro-RO"/>
              </w:rPr>
              <w:t xml:space="preserve">cord </w:t>
            </w:r>
            <w:r w:rsidR="00D20322" w:rsidRPr="00CC3B29">
              <w:rPr>
                <w:sz w:val="16"/>
                <w:lang w:val="ro-RO"/>
              </w:rPr>
              <w:t>U</w:t>
            </w:r>
            <w:r w:rsidRPr="00CC3B29">
              <w:rPr>
                <w:sz w:val="16"/>
                <w:lang w:val="ro-RO"/>
              </w:rPr>
              <w:t>nic</w:t>
            </w:r>
          </w:p>
        </w:tc>
      </w:tr>
      <w:tr w:rsidR="005773BA" w:rsidRPr="00CC3B29" w14:paraId="3EBC17B3" w14:textId="77777777">
        <w:trPr>
          <w:cantSplit/>
        </w:trPr>
        <w:tc>
          <w:tcPr>
            <w:tcW w:w="9636" w:type="dxa"/>
          </w:tcPr>
          <w:p w14:paraId="67666138" w14:textId="77777777" w:rsidR="005773BA" w:rsidRPr="00CC3B29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5DAC86CC" w14:textId="77777777" w:rsidR="005773BA" w:rsidRPr="00CC3B29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  <w:tr w:rsidR="005773BA" w:rsidRPr="00CC3B29" w14:paraId="25B9EAF3" w14:textId="77777777">
        <w:trPr>
          <w:cantSplit/>
        </w:trPr>
        <w:tc>
          <w:tcPr>
            <w:tcW w:w="9636" w:type="dxa"/>
            <w:shd w:val="clear" w:color="auto" w:fill="F4F4F4"/>
          </w:tcPr>
          <w:p w14:paraId="50E614D4" w14:textId="5BB75524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sz w:val="16"/>
                <w:lang w:val="ro-RO"/>
              </w:rPr>
              <w:t xml:space="preserve"> </w:t>
            </w:r>
            <w:r w:rsidR="00A3488E" w:rsidRPr="00CC3B29">
              <w:rPr>
                <w:sz w:val="16"/>
                <w:lang w:val="ro-RO"/>
              </w:rPr>
              <w:t>8</w:t>
            </w:r>
            <w:r w:rsidRPr="00CC3B29">
              <w:rPr>
                <w:sz w:val="16"/>
                <w:lang w:val="ro-RO"/>
              </w:rPr>
              <w:t>.2 · prin Comisia de acord unic</w:t>
            </w:r>
          </w:p>
        </w:tc>
      </w:tr>
      <w:tr w:rsidR="005773BA" w:rsidRPr="00CC3B29" w14:paraId="3F5D0604" w14:textId="77777777">
        <w:trPr>
          <w:cantSplit/>
        </w:trPr>
        <w:tc>
          <w:tcPr>
            <w:tcW w:w="9636" w:type="dxa"/>
          </w:tcPr>
          <w:p w14:paraId="0DF8BB19" w14:textId="6AF4CA02" w:rsidR="00D20322" w:rsidRPr="00CC3B29" w:rsidRDefault="00000000">
            <w:pPr>
              <w:rPr>
                <w:sz w:val="16"/>
                <w:lang w:val="ro-RO"/>
              </w:rPr>
            </w:pPr>
            <w:r w:rsidRPr="00CC3B29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1220638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</w:t>
            </w:r>
            <w:r w:rsidRPr="00CC3B29">
              <w:rPr>
                <w:b/>
                <w:bCs/>
                <w:sz w:val="16"/>
                <w:lang w:val="ro-RO"/>
              </w:rPr>
              <w:t>acord unic</w:t>
            </w:r>
            <w:r w:rsidR="00D20322" w:rsidRPr="00CC3B29">
              <w:rPr>
                <w:b/>
                <w:bCs/>
                <w:sz w:val="16"/>
                <w:lang w:val="ro-RO"/>
              </w:rPr>
              <w:t xml:space="preserve"> </w:t>
            </w:r>
            <w:r w:rsidR="00D20322" w:rsidRPr="00CC3B29">
              <w:rPr>
                <w:sz w:val="16"/>
                <w:lang w:val="ro-RO"/>
              </w:rPr>
              <w:t>al Comisia de acord unic</w:t>
            </w:r>
            <w:r w:rsidRPr="00CC3B29">
              <w:rPr>
                <w:sz w:val="16"/>
                <w:lang w:val="ro-RO"/>
              </w:rPr>
              <w:t xml:space="preserve"> de la nivelul:     </w:t>
            </w:r>
            <w:sdt>
              <w:sdtPr>
                <w:rPr>
                  <w:sz w:val="16"/>
                  <w:lang w:val="ro-RO"/>
                </w:rPr>
                <w:id w:val="770818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județului     </w:t>
            </w:r>
            <w:sdt>
              <w:sdtPr>
                <w:rPr>
                  <w:sz w:val="16"/>
                  <w:lang w:val="ro-RO"/>
                </w:rPr>
                <w:id w:val="-1020935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municipiului     </w:t>
            </w:r>
            <w:sdt>
              <w:sdtPr>
                <w:rPr>
                  <w:sz w:val="16"/>
                  <w:lang w:val="ro-RO"/>
                </w:rPr>
                <w:id w:val="2072388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orașului     </w:t>
            </w:r>
          </w:p>
          <w:p w14:paraId="68772F43" w14:textId="6DA42E2D" w:rsidR="005773BA" w:rsidRPr="00CC3B29" w:rsidRDefault="00D20322">
            <w:pPr>
              <w:rPr>
                <w:lang w:val="ro-RO"/>
              </w:rPr>
            </w:pPr>
            <w:r w:rsidRPr="00CC3B29">
              <w:rPr>
                <w:sz w:val="16"/>
                <w:lang w:val="ro-RO"/>
              </w:rPr>
              <w:t xml:space="preserve">                                    </w:t>
            </w:r>
            <w:r w:rsidR="00CC3B29">
              <w:rPr>
                <w:sz w:val="16"/>
                <w:lang w:val="ro-RO"/>
              </w:rPr>
              <w:t xml:space="preserve"> </w:t>
            </w:r>
            <w:r w:rsidRPr="00CC3B29">
              <w:rPr>
                <w:sz w:val="16"/>
                <w:lang w:val="ro-RO"/>
              </w:rPr>
              <w:t xml:space="preserve">                                                       </w:t>
            </w:r>
            <w:sdt>
              <w:sdtPr>
                <w:rPr>
                  <w:sz w:val="16"/>
                  <w:lang w:val="ro-RO"/>
                </w:rPr>
                <w:id w:val="26712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zonei metropolitane     </w:t>
            </w:r>
            <w:sdt>
              <w:sdtPr>
                <w:rPr>
                  <w:sz w:val="16"/>
                  <w:lang w:val="ro-RO"/>
                </w:rPr>
                <w:id w:val="1923836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consorțiului administrativ</w:t>
            </w:r>
          </w:p>
        </w:tc>
      </w:tr>
    </w:tbl>
    <w:p w14:paraId="6EBC97C6" w14:textId="77777777" w:rsidR="005773BA" w:rsidRPr="00CC3B29" w:rsidRDefault="005773BA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5773BA" w:rsidRPr="00CC3B29" w14:paraId="240A07B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4177C57" w14:textId="71D63C94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sz w:val="16"/>
                <w:lang w:val="ro-RO"/>
              </w:rPr>
              <w:t xml:space="preserve"> </w:t>
            </w:r>
            <w:r w:rsidR="00A3488E" w:rsidRPr="00CC3B29">
              <w:rPr>
                <w:b/>
                <w:sz w:val="16"/>
                <w:lang w:val="ro-RO"/>
              </w:rPr>
              <w:t>9</w:t>
            </w:r>
            <w:r w:rsidRPr="00CC3B29">
              <w:rPr>
                <w:b/>
                <w:sz w:val="16"/>
                <w:lang w:val="ro-RO"/>
              </w:rPr>
              <w:t xml:space="preserve">. </w:t>
            </w:r>
            <w:r w:rsidRPr="00CC3B29">
              <w:rPr>
                <w:b/>
                <w:color w:val="000000"/>
                <w:sz w:val="18"/>
                <w:lang w:val="ro-RO"/>
              </w:rPr>
              <w:t>AVIZE / ACORDURI ÎN VEDEREA EMITERII AUTORIZAȚIEI</w:t>
            </w:r>
          </w:p>
        </w:tc>
      </w:tr>
      <w:tr w:rsidR="005773BA" w:rsidRPr="00CC3B29" w14:paraId="6894BBF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FD71030" w14:textId="51DF1C40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sz w:val="16"/>
                <w:lang w:val="ro-RO"/>
              </w:rPr>
              <w:t xml:space="preserve"> </w:t>
            </w:r>
            <w:r w:rsidR="00D20322" w:rsidRPr="00CC3B29">
              <w:rPr>
                <w:sz w:val="16"/>
                <w:lang w:val="ro-RO"/>
              </w:rPr>
              <w:t>(</w:t>
            </w:r>
            <w:r w:rsidRPr="00CC3B29">
              <w:rPr>
                <w:sz w:val="16"/>
                <w:lang w:val="ro-RO"/>
              </w:rPr>
              <w:t>se completează doar atunci când obiectivul de investiții se poate realiza fără aprobarea PUZ / PUD</w:t>
            </w:r>
            <w:r w:rsidR="00D20322" w:rsidRPr="00CC3B29">
              <w:rPr>
                <w:sz w:val="16"/>
                <w:lang w:val="ro-RO"/>
              </w:rPr>
              <w:t>)</w:t>
            </w:r>
          </w:p>
        </w:tc>
      </w:tr>
      <w:tr w:rsidR="005773BA" w:rsidRPr="00CC3B29" w14:paraId="46983C5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FB7A86" w14:textId="7CA76D9A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sz w:val="16"/>
                <w:lang w:val="ro-RO"/>
              </w:rPr>
              <w:t xml:space="preserve"> </w:t>
            </w:r>
            <w:r w:rsidR="00A3488E" w:rsidRPr="00CC3B29">
              <w:rPr>
                <w:sz w:val="16"/>
                <w:lang w:val="ro-RO"/>
              </w:rPr>
              <w:t>9</w:t>
            </w:r>
            <w:r w:rsidRPr="00CC3B29">
              <w:rPr>
                <w:sz w:val="16"/>
                <w:lang w:val="ro-RO"/>
              </w:rPr>
              <w:t xml:space="preserve">.1 · exclusiv obținute </w:t>
            </w:r>
            <w:r w:rsidR="00D20322" w:rsidRPr="00CC3B29">
              <w:rPr>
                <w:sz w:val="16"/>
                <w:lang w:val="ro-RO"/>
              </w:rPr>
              <w:t>direct de către solicitant</w:t>
            </w:r>
            <w:r w:rsidRPr="00CC3B29">
              <w:rPr>
                <w:sz w:val="16"/>
                <w:lang w:val="ro-RO"/>
              </w:rPr>
              <w:t xml:space="preserve"> </w:t>
            </w:r>
          </w:p>
        </w:tc>
      </w:tr>
      <w:tr w:rsidR="005773BA" w:rsidRPr="00CC3B29" w14:paraId="47D53C6C" w14:textId="77777777">
        <w:trPr>
          <w:cantSplit/>
        </w:trPr>
        <w:tc>
          <w:tcPr>
            <w:tcW w:w="9636" w:type="dxa"/>
            <w:gridSpan w:val="2"/>
          </w:tcPr>
          <w:p w14:paraId="594F073B" w14:textId="085AD5B8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-127632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 w:rsidRPr="00CC3B29">
                  <w:rPr>
                    <w:rFonts w:hint="eastAsia"/>
                    <w:sz w:val="16"/>
                    <w:lang w:val="ro-RO"/>
                  </w:rPr>
                  <w:t>☐</w:t>
                </w:r>
              </w:sdtContent>
            </w:sdt>
            <w:r w:rsidR="00CC3B29" w:rsidRPr="00CC3B29">
              <w:rPr>
                <w:sz w:val="16"/>
                <w:lang w:val="ro-RO"/>
              </w:rPr>
              <w:t xml:space="preserve"> </w:t>
            </w:r>
            <w:r w:rsidRPr="00CC3B29">
              <w:rPr>
                <w:sz w:val="16"/>
                <w:lang w:val="ro-RO"/>
              </w:rPr>
              <w:t xml:space="preserve">SEVESO     </w:t>
            </w:r>
            <w:sdt>
              <w:sdtPr>
                <w:rPr>
                  <w:sz w:val="16"/>
                  <w:lang w:val="ro-RO"/>
                </w:rPr>
                <w:id w:val="-134979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poliția rutieră / comisia tehnică de circulație     </w:t>
            </w:r>
            <w:sdt>
              <w:sdtPr>
                <w:rPr>
                  <w:sz w:val="16"/>
                  <w:lang w:val="ro-RO"/>
                </w:rPr>
                <w:id w:val="853846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protecția sănătății populației     </w:t>
            </w:r>
            <w:sdt>
              <w:sdtPr>
                <w:rPr>
                  <w:sz w:val="16"/>
                  <w:lang w:val="ro-RO"/>
                </w:rPr>
                <w:id w:val="-109049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securitate la incendiu     </w:t>
            </w:r>
            <w:sdt>
              <w:sdtPr>
                <w:rPr>
                  <w:sz w:val="16"/>
                  <w:lang w:val="ro-RO"/>
                </w:rPr>
                <w:id w:val="-1304616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protecție civilă</w:t>
            </w:r>
          </w:p>
        </w:tc>
      </w:tr>
      <w:tr w:rsidR="005773BA" w:rsidRPr="00CC3B29" w14:paraId="5C87619D" w14:textId="77777777">
        <w:trPr>
          <w:cantSplit/>
        </w:trPr>
        <w:tc>
          <w:tcPr>
            <w:tcW w:w="9636" w:type="dxa"/>
            <w:gridSpan w:val="2"/>
          </w:tcPr>
          <w:p w14:paraId="5A7BDAD7" w14:textId="6E605EC8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-796142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gospodărirea apelor     </w:t>
            </w:r>
            <w:sdt>
              <w:sdtPr>
                <w:rPr>
                  <w:sz w:val="16"/>
                  <w:lang w:val="ro-RO"/>
                </w:rPr>
                <w:id w:val="919837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Ministerul Culturii / serviciile deconcentrate     </w:t>
            </w:r>
            <w:sdt>
              <w:sdtPr>
                <w:rPr>
                  <w:sz w:val="16"/>
                  <w:lang w:val="ro-RO"/>
                </w:rPr>
                <w:id w:val="-697694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autoritatea în domeniul transporturilor de interes național</w:t>
            </w:r>
          </w:p>
        </w:tc>
      </w:tr>
      <w:tr w:rsidR="005773BA" w:rsidRPr="00CC3B29" w14:paraId="7F264B63" w14:textId="77777777" w:rsidTr="00D20322">
        <w:trPr>
          <w:cantSplit/>
          <w:trHeight w:val="510"/>
        </w:trPr>
        <w:tc>
          <w:tcPr>
            <w:tcW w:w="2376" w:type="dxa"/>
          </w:tcPr>
          <w:p w14:paraId="50B8B95F" w14:textId="719F39A7" w:rsidR="005773BA" w:rsidRPr="00CC3B29" w:rsidRDefault="00D20322">
            <w:pPr>
              <w:keepNext/>
              <w:rPr>
                <w:lang w:val="ro-RO"/>
              </w:rPr>
            </w:pPr>
            <w:r w:rsidRPr="00CC3B29">
              <w:rPr>
                <w:rFonts w:ascii="Segoe UI Symbol" w:hAnsi="Segoe UI Symbol" w:cs="Segoe UI Symbol"/>
                <w:sz w:val="16"/>
                <w:lang w:val="ro-RO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  <w:sz w:val="16"/>
                  <w:lang w:val="ro-RO"/>
                </w:rPr>
                <w:id w:val="-194976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cs="Segoe UI Symbol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</w:t>
            </w:r>
            <w:r w:rsidRPr="00CC3B29">
              <w:rPr>
                <w:lang w:val="ro-RO"/>
              </w:rPr>
              <w:t>instituțiilor din SNAOPSN</w:t>
            </w:r>
          </w:p>
        </w:tc>
        <w:tc>
          <w:tcPr>
            <w:tcW w:w="7260" w:type="dxa"/>
          </w:tcPr>
          <w:p w14:paraId="59AC5C95" w14:textId="77777777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se indică instituțiile</w:t>
            </w:r>
          </w:p>
          <w:p w14:paraId="4468AF9F" w14:textId="77777777" w:rsidR="005773BA" w:rsidRPr="00CC3B29" w:rsidRDefault="005773BA">
            <w:pPr>
              <w:keepNext/>
              <w:rPr>
                <w:lang w:val="ro-RO"/>
              </w:rPr>
            </w:pPr>
          </w:p>
        </w:tc>
      </w:tr>
      <w:tr w:rsidR="00D20322" w:rsidRPr="00CC3B29" w14:paraId="320D16CD" w14:textId="77777777">
        <w:trPr>
          <w:cantSplit/>
        </w:trPr>
        <w:tc>
          <w:tcPr>
            <w:tcW w:w="9636" w:type="dxa"/>
            <w:gridSpan w:val="2"/>
          </w:tcPr>
          <w:p w14:paraId="5BB7B7A5" w14:textId="69FB24DB" w:rsidR="00D20322" w:rsidRPr="00CC3B29" w:rsidRDefault="00D20322">
            <w:pPr>
              <w:keepNext/>
              <w:rPr>
                <w:sz w:val="16"/>
                <w:lang w:val="ro-RO"/>
              </w:rPr>
            </w:pPr>
            <w:r w:rsidRPr="00CC3B29">
              <w:rPr>
                <w:sz w:val="16"/>
                <w:lang w:val="ro-RO"/>
              </w:rPr>
              <w:t>Alte avize  :………………………………………………………………………………………………………………………………………………</w:t>
            </w:r>
          </w:p>
        </w:tc>
      </w:tr>
      <w:tr w:rsidR="005773BA" w:rsidRPr="00CC3B29" w14:paraId="0645ABA0" w14:textId="77777777">
        <w:trPr>
          <w:cantSplit/>
        </w:trPr>
        <w:tc>
          <w:tcPr>
            <w:tcW w:w="9636" w:type="dxa"/>
            <w:gridSpan w:val="2"/>
          </w:tcPr>
          <w:p w14:paraId="7B2712FE" w14:textId="01DD6782" w:rsidR="005773BA" w:rsidRPr="00CC3B29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571428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CC3B29" w:rsidRPr="00CC3B29">
              <w:rPr>
                <w:sz w:val="16"/>
                <w:lang w:val="ro-RO"/>
              </w:rPr>
              <w:t xml:space="preserve"> punctul de vedere / actul administrativ al autorității pentru protecția mediului</w:t>
            </w:r>
          </w:p>
          <w:p w14:paraId="25108832" w14:textId="020C3CEC" w:rsidR="005773BA" w:rsidRPr="00CC3B29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015839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CC3B29" w:rsidRPr="00CC3B29">
              <w:rPr>
                <w:sz w:val="16"/>
                <w:lang w:val="ro-RO"/>
              </w:rPr>
              <w:t xml:space="preserve"> acordul vecinilor, dacă este cazul</w:t>
            </w:r>
          </w:p>
        </w:tc>
      </w:tr>
      <w:tr w:rsidR="005773BA" w:rsidRPr="00CC3B29" w14:paraId="3B1C6E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9F65B61" w14:textId="1FC00061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sz w:val="16"/>
                <w:lang w:val="ro-RO"/>
              </w:rPr>
              <w:t xml:space="preserve"> </w:t>
            </w:r>
            <w:r w:rsidR="00A3488E" w:rsidRPr="00CC3B29">
              <w:rPr>
                <w:sz w:val="16"/>
                <w:lang w:val="ro-RO"/>
              </w:rPr>
              <w:t>9</w:t>
            </w:r>
            <w:r w:rsidRPr="00CC3B29">
              <w:rPr>
                <w:sz w:val="16"/>
                <w:lang w:val="ro-RO"/>
              </w:rPr>
              <w:t xml:space="preserve">.2 · </w:t>
            </w:r>
            <w:r w:rsidR="00D20322" w:rsidRPr="00CC3B29">
              <w:rPr>
                <w:sz w:val="16"/>
                <w:lang w:val="ro-RO"/>
              </w:rPr>
              <w:t xml:space="preserve">obținute </w:t>
            </w:r>
            <w:r w:rsidRPr="00CC3B29">
              <w:rPr>
                <w:sz w:val="16"/>
                <w:lang w:val="ro-RO"/>
              </w:rPr>
              <w:t xml:space="preserve">prin Comisia de </w:t>
            </w:r>
            <w:r w:rsidR="00D20322" w:rsidRPr="00CC3B29">
              <w:rPr>
                <w:sz w:val="16"/>
                <w:lang w:val="ro-RO"/>
              </w:rPr>
              <w:t>A</w:t>
            </w:r>
            <w:r w:rsidRPr="00CC3B29">
              <w:rPr>
                <w:sz w:val="16"/>
                <w:lang w:val="ro-RO"/>
              </w:rPr>
              <w:t xml:space="preserve">cord </w:t>
            </w:r>
            <w:r w:rsidR="00D20322" w:rsidRPr="00CC3B29">
              <w:rPr>
                <w:sz w:val="16"/>
                <w:lang w:val="ro-RO"/>
              </w:rPr>
              <w:t>U</w:t>
            </w:r>
            <w:r w:rsidRPr="00CC3B29">
              <w:rPr>
                <w:sz w:val="16"/>
                <w:lang w:val="ro-RO"/>
              </w:rPr>
              <w:t xml:space="preserve">nic SAU obținute </w:t>
            </w:r>
            <w:r w:rsidR="00D20322" w:rsidRPr="00CC3B29">
              <w:rPr>
                <w:sz w:val="16"/>
                <w:lang w:val="ro-RO"/>
              </w:rPr>
              <w:t>direct</w:t>
            </w:r>
            <w:r w:rsidRPr="00CC3B29">
              <w:rPr>
                <w:sz w:val="16"/>
                <w:lang w:val="ro-RO"/>
              </w:rPr>
              <w:t>, la alegerea solicitantului</w:t>
            </w:r>
          </w:p>
        </w:tc>
      </w:tr>
      <w:tr w:rsidR="005773BA" w:rsidRPr="00CC3B29" w14:paraId="368E340B" w14:textId="77777777">
        <w:trPr>
          <w:cantSplit/>
        </w:trPr>
        <w:tc>
          <w:tcPr>
            <w:tcW w:w="9636" w:type="dxa"/>
            <w:gridSpan w:val="2"/>
          </w:tcPr>
          <w:p w14:paraId="6F2EE806" w14:textId="7AA42505" w:rsidR="00D20322" w:rsidRPr="00CC3B29" w:rsidRDefault="00000000">
            <w:pPr>
              <w:keepNext/>
              <w:rPr>
                <w:sz w:val="16"/>
                <w:lang w:val="ro-RO"/>
              </w:rPr>
            </w:pPr>
            <w:r w:rsidRPr="00CC3B29">
              <w:rPr>
                <w:b/>
                <w:bCs/>
                <w:sz w:val="16"/>
                <w:lang w:val="ro-RO"/>
              </w:rPr>
              <w:t xml:space="preserve"> </w:t>
            </w:r>
            <w:sdt>
              <w:sdtPr>
                <w:rPr>
                  <w:b/>
                  <w:bCs/>
                  <w:sz w:val="16"/>
                  <w:lang w:val="ro-RO"/>
                </w:rPr>
                <w:id w:val="-174346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b/>
                    <w:bCs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b/>
                <w:bCs/>
                <w:sz w:val="16"/>
                <w:lang w:val="ro-RO"/>
              </w:rPr>
              <w:t xml:space="preserve"> acord unic</w:t>
            </w:r>
            <w:r w:rsidRPr="00CC3B29">
              <w:rPr>
                <w:sz w:val="16"/>
                <w:lang w:val="ro-RO"/>
              </w:rPr>
              <w:t xml:space="preserve"> </w:t>
            </w:r>
            <w:r w:rsidR="00D20322" w:rsidRPr="00CC3B29">
              <w:rPr>
                <w:sz w:val="16"/>
                <w:lang w:val="ro-RO"/>
              </w:rPr>
              <w:t>al Comisiei de acord unic de la nivelul</w:t>
            </w:r>
            <w:r w:rsidRPr="00CC3B29">
              <w:rPr>
                <w:sz w:val="16"/>
                <w:lang w:val="ro-RO"/>
              </w:rPr>
              <w:t xml:space="preserve">:     </w:t>
            </w:r>
            <w:sdt>
              <w:sdtPr>
                <w:rPr>
                  <w:sz w:val="16"/>
                  <w:lang w:val="ro-RO"/>
                </w:rPr>
                <w:id w:val="81869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județului     </w:t>
            </w:r>
            <w:sdt>
              <w:sdtPr>
                <w:rPr>
                  <w:sz w:val="16"/>
                  <w:lang w:val="ro-RO"/>
                </w:rPr>
                <w:id w:val="-954707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municipiului     </w:t>
            </w:r>
            <w:sdt>
              <w:sdtPr>
                <w:rPr>
                  <w:sz w:val="16"/>
                  <w:lang w:val="ro-RO"/>
                </w:rPr>
                <w:id w:val="156552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orașului     </w:t>
            </w:r>
            <w:sdt>
              <w:sdtPr>
                <w:rPr>
                  <w:sz w:val="16"/>
                  <w:lang w:val="ro-RO"/>
                </w:rPr>
                <w:id w:val="-53469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zonei metropolitane     </w:t>
            </w:r>
          </w:p>
          <w:p w14:paraId="4CC18167" w14:textId="2E681D63" w:rsidR="005773BA" w:rsidRPr="00CC3B29" w:rsidRDefault="00D20322">
            <w:pPr>
              <w:keepNext/>
              <w:rPr>
                <w:lang w:val="ro-RO"/>
              </w:rPr>
            </w:pPr>
            <w:r w:rsidRPr="00CC3B29">
              <w:rPr>
                <w:sz w:val="16"/>
                <w:lang w:val="ro-RO"/>
              </w:rPr>
              <w:t xml:space="preserve">                                                                                    </w:t>
            </w:r>
            <w:r w:rsidR="00CC3B29">
              <w:rPr>
                <w:sz w:val="16"/>
                <w:lang w:val="ro-RO"/>
              </w:rPr>
              <w:t xml:space="preserve"> </w:t>
            </w:r>
            <w:r w:rsidRPr="00CC3B29">
              <w:rPr>
                <w:sz w:val="16"/>
                <w:lang w:val="ro-RO"/>
              </w:rPr>
              <w:t xml:space="preserve">        </w:t>
            </w:r>
            <w:sdt>
              <w:sdtPr>
                <w:rPr>
                  <w:sz w:val="16"/>
                  <w:lang w:val="ro-RO"/>
                </w:rPr>
                <w:id w:val="-3982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consorțiului administrativ</w:t>
            </w:r>
          </w:p>
        </w:tc>
      </w:tr>
      <w:tr w:rsidR="005773BA" w:rsidRPr="00CC3B29" w14:paraId="35896C9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86F6BDB" w14:textId="063ECCB2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sz w:val="16"/>
                <w:lang w:val="ro-RO"/>
              </w:rPr>
              <w:t xml:space="preserve"> sau </w:t>
            </w:r>
            <w:r w:rsidR="00D20322" w:rsidRPr="00CC3B29">
              <w:rPr>
                <w:sz w:val="16"/>
                <w:lang w:val="ro-RO"/>
              </w:rPr>
              <w:t>avize obținute direct</w:t>
            </w:r>
            <w:r w:rsidRPr="00CC3B29">
              <w:rPr>
                <w:sz w:val="16"/>
                <w:lang w:val="ro-RO"/>
              </w:rPr>
              <w:t>:</w:t>
            </w:r>
          </w:p>
        </w:tc>
      </w:tr>
      <w:tr w:rsidR="005773BA" w:rsidRPr="00CC3B29" w14:paraId="38A0E47A" w14:textId="77777777">
        <w:trPr>
          <w:cantSplit/>
        </w:trPr>
        <w:tc>
          <w:tcPr>
            <w:tcW w:w="9636" w:type="dxa"/>
            <w:gridSpan w:val="2"/>
          </w:tcPr>
          <w:p w14:paraId="04215BA6" w14:textId="77777777" w:rsidR="00CC3B29" w:rsidRDefault="00000000">
            <w:pPr>
              <w:keepNext/>
              <w:rPr>
                <w:sz w:val="16"/>
                <w:lang w:val="ro-RO"/>
              </w:rPr>
            </w:pPr>
            <w:r w:rsidRPr="00CC3B29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-188046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alimentare cu apă     </w:t>
            </w:r>
            <w:sdt>
              <w:sdtPr>
                <w:rPr>
                  <w:sz w:val="16"/>
                  <w:lang w:val="ro-RO"/>
                </w:rPr>
                <w:id w:val="-918635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canalizare     </w:t>
            </w:r>
            <w:sdt>
              <w:sdtPr>
                <w:rPr>
                  <w:sz w:val="16"/>
                  <w:lang w:val="ro-RO"/>
                </w:rPr>
                <w:id w:val="-1238242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energie electrică     </w:t>
            </w:r>
            <w:sdt>
              <w:sdtPr>
                <w:rPr>
                  <w:sz w:val="16"/>
                  <w:lang w:val="ro-RO"/>
                </w:rPr>
                <w:id w:val="-600021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energie termică     </w:t>
            </w:r>
            <w:sdt>
              <w:sdtPr>
                <w:rPr>
                  <w:sz w:val="16"/>
                  <w:lang w:val="ro-RO"/>
                </w:rPr>
                <w:id w:val="1039941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gaze naturale     </w:t>
            </w:r>
            <w:sdt>
              <w:sdtPr>
                <w:rPr>
                  <w:sz w:val="16"/>
                  <w:lang w:val="ro-RO"/>
                </w:rPr>
                <w:id w:val="26489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telefonizare     </w:t>
            </w:r>
            <w:sdt>
              <w:sdtPr>
                <w:rPr>
                  <w:sz w:val="16"/>
                  <w:lang w:val="ro-RO"/>
                </w:rPr>
                <w:id w:val="-1447074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CC3B29">
              <w:rPr>
                <w:sz w:val="16"/>
                <w:lang w:val="ro-RO"/>
              </w:rPr>
              <w:t xml:space="preserve"> salubritate     </w:t>
            </w:r>
          </w:p>
          <w:p w14:paraId="74173032" w14:textId="4D30F947" w:rsidR="005773BA" w:rsidRPr="00CC3B29" w:rsidRDefault="00CC3B29">
            <w:pPr>
              <w:keepNext/>
              <w:rPr>
                <w:lang w:val="ro-RO"/>
              </w:rPr>
            </w:pPr>
            <w:r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-368843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>
              <w:rPr>
                <w:sz w:val="16"/>
                <w:lang w:val="ro-RO"/>
              </w:rPr>
              <w:t xml:space="preserve"> </w:t>
            </w:r>
            <w:r w:rsidRPr="00CC3B29">
              <w:rPr>
                <w:sz w:val="16"/>
                <w:lang w:val="ro-RO"/>
              </w:rPr>
              <w:t>transport urban</w:t>
            </w:r>
          </w:p>
        </w:tc>
      </w:tr>
      <w:tr w:rsidR="005773BA" w:rsidRPr="00CC3B29" w14:paraId="6E0160FB" w14:textId="77777777">
        <w:trPr>
          <w:cantSplit/>
        </w:trPr>
        <w:tc>
          <w:tcPr>
            <w:tcW w:w="9636" w:type="dxa"/>
            <w:gridSpan w:val="2"/>
          </w:tcPr>
          <w:p w14:paraId="0F69EEF8" w14:textId="39CBEB96" w:rsidR="005773BA" w:rsidRPr="00CC3B29" w:rsidRDefault="00D20322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  <w:r w:rsidRPr="00CC3B29">
              <w:rPr>
                <w:lang w:val="ro-RO"/>
              </w:rPr>
              <w:t>Alte avize:</w:t>
            </w:r>
          </w:p>
        </w:tc>
      </w:tr>
    </w:tbl>
    <w:p w14:paraId="45F26290" w14:textId="77777777" w:rsidR="005773BA" w:rsidRPr="00CC3B29" w:rsidRDefault="005773BA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:rsidRPr="00CC3B29" w14:paraId="0D32E19F" w14:textId="77777777">
        <w:trPr>
          <w:cantSplit/>
        </w:trPr>
        <w:tc>
          <w:tcPr>
            <w:tcW w:w="9636" w:type="dxa"/>
            <w:shd w:val="clear" w:color="auto" w:fill="F4F4F4"/>
          </w:tcPr>
          <w:p w14:paraId="7EBBFF02" w14:textId="2C102F6D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sz w:val="16"/>
                <w:lang w:val="ro-RO"/>
              </w:rPr>
              <w:t xml:space="preserve"> </w:t>
            </w:r>
            <w:r w:rsidR="00A3488E" w:rsidRPr="00CC3B29">
              <w:rPr>
                <w:b/>
                <w:sz w:val="16"/>
                <w:lang w:val="ro-RO"/>
              </w:rPr>
              <w:t>10</w:t>
            </w:r>
            <w:r w:rsidRPr="00CC3B29">
              <w:rPr>
                <w:b/>
                <w:sz w:val="16"/>
                <w:lang w:val="ro-RO"/>
              </w:rPr>
              <w:t xml:space="preserve">. </w:t>
            </w:r>
            <w:r w:rsidRPr="00CC3B29">
              <w:rPr>
                <w:b/>
                <w:color w:val="000000"/>
                <w:sz w:val="18"/>
                <w:lang w:val="ro-RO"/>
              </w:rPr>
              <w:t>STUDII DE SPECIALITATE</w:t>
            </w:r>
          </w:p>
        </w:tc>
      </w:tr>
      <w:tr w:rsidR="005773BA" w:rsidRPr="00CC3B29" w14:paraId="56D804AB" w14:textId="77777777">
        <w:trPr>
          <w:cantSplit/>
        </w:trPr>
        <w:tc>
          <w:tcPr>
            <w:tcW w:w="9636" w:type="dxa"/>
          </w:tcPr>
          <w:p w14:paraId="740647D5" w14:textId="77777777" w:rsidR="005773BA" w:rsidRPr="00CC3B29" w:rsidRDefault="005773BA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2FFEA3A0" w14:textId="77777777" w:rsidR="005773BA" w:rsidRPr="00CC3B29" w:rsidRDefault="005773BA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</w:tbl>
    <w:p w14:paraId="38380244" w14:textId="77777777" w:rsidR="005773BA" w:rsidRPr="00CC3B29" w:rsidRDefault="005773BA">
      <w:pPr>
        <w:spacing w:line="168" w:lineRule="auto"/>
        <w:rPr>
          <w:lang w:val="ro-RO"/>
        </w:rPr>
      </w:pPr>
    </w:p>
    <w:p w14:paraId="59F2290D" w14:textId="77777777" w:rsidR="005773BA" w:rsidRPr="00CC3B29" w:rsidRDefault="005773BA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:rsidRPr="00CC3B29" w14:paraId="24D1FDB4" w14:textId="77777777">
        <w:trPr>
          <w:cantSplit/>
        </w:trPr>
        <w:tc>
          <w:tcPr>
            <w:tcW w:w="9636" w:type="dxa"/>
            <w:shd w:val="clear" w:color="auto" w:fill="F4F4F4"/>
          </w:tcPr>
          <w:p w14:paraId="3A1DD06F" w14:textId="6647924A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sz w:val="16"/>
                <w:lang w:val="ro-RO"/>
              </w:rPr>
              <w:t xml:space="preserve"> </w:t>
            </w:r>
            <w:r w:rsidR="00D20322" w:rsidRPr="00CC3B29">
              <w:rPr>
                <w:b/>
                <w:sz w:val="16"/>
                <w:lang w:val="ro-RO"/>
              </w:rPr>
              <w:t>1</w:t>
            </w:r>
            <w:r w:rsidR="00A3488E" w:rsidRPr="00CC3B29">
              <w:rPr>
                <w:b/>
                <w:sz w:val="16"/>
                <w:lang w:val="ro-RO"/>
              </w:rPr>
              <w:t>1</w:t>
            </w:r>
            <w:r w:rsidRPr="00CC3B29">
              <w:rPr>
                <w:b/>
                <w:sz w:val="16"/>
                <w:lang w:val="ro-RO"/>
              </w:rPr>
              <w:t xml:space="preserve">. </w:t>
            </w:r>
            <w:r w:rsidRPr="00CC3B29">
              <w:rPr>
                <w:b/>
                <w:color w:val="000000"/>
                <w:sz w:val="18"/>
                <w:lang w:val="ro-RO"/>
              </w:rPr>
              <w:t>ANEXE</w:t>
            </w:r>
          </w:p>
        </w:tc>
      </w:tr>
      <w:tr w:rsidR="005773BA" w:rsidRPr="00CC3B29" w14:paraId="29DDD14A" w14:textId="77777777">
        <w:trPr>
          <w:cantSplit/>
        </w:trPr>
        <w:tc>
          <w:tcPr>
            <w:tcW w:w="9636" w:type="dxa"/>
          </w:tcPr>
          <w:p w14:paraId="26FEB1E4" w14:textId="6E58BC6F" w:rsidR="005773BA" w:rsidRPr="00CC3B29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841612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CC3B29" w:rsidRPr="00CC3B29">
              <w:rPr>
                <w:sz w:val="16"/>
                <w:lang w:val="ro-RO"/>
              </w:rPr>
              <w:t xml:space="preserve"> extras din sistemul GIS cu rețelele edilitare, după caz</w:t>
            </w:r>
          </w:p>
          <w:p w14:paraId="13FB46F5" w14:textId="780B5542" w:rsidR="005773BA" w:rsidRPr="00CC3B29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420016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B29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CC3B29" w:rsidRPr="00CC3B29">
              <w:rPr>
                <w:sz w:val="16"/>
                <w:lang w:val="ro-RO"/>
              </w:rPr>
              <w:t xml:space="preserve"> plan de încadrare în documentația de urbanism aplicabilă, după caz</w:t>
            </w:r>
          </w:p>
        </w:tc>
      </w:tr>
    </w:tbl>
    <w:p w14:paraId="3DB2C4C5" w14:textId="77777777" w:rsidR="005773BA" w:rsidRPr="00CC3B29" w:rsidRDefault="005773BA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5773BA" w:rsidRPr="00CC3B29" w14:paraId="6D657A8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339EF3" w14:textId="15030B09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sz w:val="16"/>
                <w:lang w:val="ro-RO"/>
              </w:rPr>
              <w:t xml:space="preserve"> 1</w:t>
            </w:r>
            <w:r w:rsidR="00A3488E" w:rsidRPr="00CC3B29">
              <w:rPr>
                <w:b/>
                <w:sz w:val="16"/>
                <w:lang w:val="ro-RO"/>
              </w:rPr>
              <w:t>2</w:t>
            </w:r>
            <w:r w:rsidRPr="00CC3B29">
              <w:rPr>
                <w:b/>
                <w:sz w:val="16"/>
                <w:lang w:val="ro-RO"/>
              </w:rPr>
              <w:t xml:space="preserve">. </w:t>
            </w:r>
            <w:r w:rsidRPr="00CC3B29">
              <w:rPr>
                <w:b/>
                <w:color w:val="000000"/>
                <w:sz w:val="18"/>
                <w:lang w:val="ro-RO"/>
              </w:rPr>
              <w:t>VALABILITATE</w:t>
            </w:r>
          </w:p>
        </w:tc>
      </w:tr>
      <w:tr w:rsidR="005773BA" w:rsidRPr="00CC3B29" w14:paraId="78B73A76" w14:textId="77777777">
        <w:trPr>
          <w:cantSplit/>
          <w:trHeight w:val="510"/>
        </w:trPr>
        <w:tc>
          <w:tcPr>
            <w:tcW w:w="4015" w:type="dxa"/>
          </w:tcPr>
          <w:p w14:paraId="691AC4B1" w14:textId="77777777" w:rsidR="005773BA" w:rsidRPr="00CC3B29" w:rsidRDefault="00000000">
            <w:pPr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Prezentul certificat de urbanism are valabilitate de (luni)</w:t>
            </w:r>
          </w:p>
          <w:p w14:paraId="42F89BEF" w14:textId="77777777" w:rsidR="005773BA" w:rsidRPr="00CC3B29" w:rsidRDefault="005773BA">
            <w:pPr>
              <w:rPr>
                <w:lang w:val="ro-RO"/>
              </w:rPr>
            </w:pPr>
          </w:p>
        </w:tc>
        <w:tc>
          <w:tcPr>
            <w:tcW w:w="5621" w:type="dxa"/>
          </w:tcPr>
          <w:p w14:paraId="5682ED4D" w14:textId="77777777" w:rsidR="005773BA" w:rsidRPr="00CC3B29" w:rsidRDefault="00000000">
            <w:pPr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Prelungit de la data / până la data</w:t>
            </w:r>
          </w:p>
          <w:p w14:paraId="77D675C4" w14:textId="77777777" w:rsidR="005773BA" w:rsidRPr="00CC3B29" w:rsidRDefault="00000000">
            <w:pPr>
              <w:rPr>
                <w:lang w:val="ro-RO"/>
              </w:rPr>
            </w:pPr>
            <w:r w:rsidRPr="00CC3B29">
              <w:rPr>
                <w:i/>
                <w:color w:val="7A7A7A"/>
                <w:lang w:val="ro-RO"/>
              </w:rPr>
              <w:t>o singură dată</w:t>
            </w:r>
          </w:p>
          <w:p w14:paraId="7970D563" w14:textId="77777777" w:rsidR="005773BA" w:rsidRPr="00CC3B29" w:rsidRDefault="005773BA">
            <w:pPr>
              <w:rPr>
                <w:lang w:val="ro-RO"/>
              </w:rPr>
            </w:pPr>
          </w:p>
        </w:tc>
      </w:tr>
    </w:tbl>
    <w:p w14:paraId="284AB8AE" w14:textId="77777777" w:rsidR="005773BA" w:rsidRPr="00CC3B29" w:rsidRDefault="005773BA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5773BA" w:rsidRPr="00CC3B29" w14:paraId="50B2FA1F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59BAFC5" w14:textId="797FE531" w:rsidR="005773BA" w:rsidRPr="00CC3B29" w:rsidRDefault="00000000">
            <w:pPr>
              <w:keepNext/>
              <w:rPr>
                <w:lang w:val="ro-RO"/>
              </w:rPr>
            </w:pPr>
            <w:r w:rsidRPr="00CC3B29">
              <w:rPr>
                <w:b/>
                <w:sz w:val="16"/>
                <w:lang w:val="ro-RO"/>
              </w:rPr>
              <w:t xml:space="preserve"> 1</w:t>
            </w:r>
            <w:r w:rsidR="00A3488E" w:rsidRPr="00CC3B29">
              <w:rPr>
                <w:b/>
                <w:sz w:val="16"/>
                <w:lang w:val="ro-RO"/>
              </w:rPr>
              <w:t>3</w:t>
            </w:r>
            <w:r w:rsidRPr="00CC3B29">
              <w:rPr>
                <w:b/>
                <w:sz w:val="16"/>
                <w:lang w:val="ro-RO"/>
              </w:rPr>
              <w:t xml:space="preserve">. </w:t>
            </w:r>
            <w:r w:rsidRPr="00CC3B29">
              <w:rPr>
                <w:b/>
                <w:color w:val="000000"/>
                <w:sz w:val="18"/>
                <w:lang w:val="ro-RO"/>
              </w:rPr>
              <w:t>SEMNĂTURILE</w:t>
            </w:r>
          </w:p>
        </w:tc>
      </w:tr>
      <w:tr w:rsidR="005773BA" w:rsidRPr="00CC3B29" w14:paraId="1ED014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7D326421" w14:textId="77777777" w:rsidR="005773BA" w:rsidRPr="00CC3B29" w:rsidRDefault="00000000">
            <w:pPr>
              <w:keepNext/>
              <w:jc w:val="center"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Conducătorul autorității emitente</w:t>
            </w:r>
          </w:p>
          <w:p w14:paraId="11384346" w14:textId="77777777" w:rsidR="005773BA" w:rsidRPr="00CC3B29" w:rsidRDefault="005773BA">
            <w:pPr>
              <w:keepNext/>
              <w:spacing w:after="200"/>
              <w:rPr>
                <w:lang w:val="ro-RO"/>
              </w:rPr>
            </w:pPr>
          </w:p>
          <w:p w14:paraId="36797C84" w14:textId="77777777" w:rsidR="005773BA" w:rsidRPr="00CC3B29" w:rsidRDefault="005773BA">
            <w:pPr>
              <w:keepNext/>
              <w:pBdr>
                <w:bottom w:val="dotted" w:sz="6" w:space="0" w:color="999999"/>
              </w:pBdr>
              <w:jc w:val="center"/>
              <w:rPr>
                <w:lang w:val="ro-RO"/>
              </w:rPr>
            </w:pPr>
          </w:p>
          <w:p w14:paraId="6DAAB49C" w14:textId="77777777" w:rsidR="005773BA" w:rsidRPr="00CC3B29" w:rsidRDefault="00000000">
            <w:pPr>
              <w:keepNext/>
              <w:jc w:val="center"/>
              <w:rPr>
                <w:lang w:val="ro-RO"/>
              </w:rPr>
            </w:pPr>
            <w:r w:rsidRPr="00CC3B29">
              <w:rPr>
                <w:i/>
                <w:color w:val="595959"/>
                <w:lang w:val="ro-RO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8DFAAA6" w14:textId="77777777" w:rsidR="005773BA" w:rsidRPr="00CC3B29" w:rsidRDefault="00000000">
            <w:pPr>
              <w:keepNext/>
              <w:jc w:val="center"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Secretar general</w:t>
            </w:r>
          </w:p>
          <w:p w14:paraId="47A28463" w14:textId="77777777" w:rsidR="005773BA" w:rsidRPr="00CC3B29" w:rsidRDefault="005773BA">
            <w:pPr>
              <w:keepNext/>
              <w:spacing w:after="200"/>
              <w:rPr>
                <w:lang w:val="ro-RO"/>
              </w:rPr>
            </w:pPr>
          </w:p>
          <w:p w14:paraId="40BD9AE3" w14:textId="77777777" w:rsidR="005773BA" w:rsidRPr="00CC3B29" w:rsidRDefault="005773BA">
            <w:pPr>
              <w:keepNext/>
              <w:pBdr>
                <w:bottom w:val="dotted" w:sz="6" w:space="0" w:color="999999"/>
              </w:pBdr>
              <w:jc w:val="center"/>
              <w:rPr>
                <w:lang w:val="ro-RO"/>
              </w:rPr>
            </w:pPr>
          </w:p>
          <w:p w14:paraId="44EBD6E6" w14:textId="77777777" w:rsidR="005773BA" w:rsidRPr="00CC3B29" w:rsidRDefault="00000000">
            <w:pPr>
              <w:keepNext/>
              <w:jc w:val="center"/>
              <w:rPr>
                <w:lang w:val="ro-RO"/>
              </w:rPr>
            </w:pPr>
            <w:r w:rsidRPr="00CC3B29">
              <w:rPr>
                <w:i/>
                <w:color w:val="595959"/>
                <w:lang w:val="ro-RO"/>
              </w:rPr>
              <w:t>numele și semnătura</w:t>
            </w:r>
          </w:p>
        </w:tc>
        <w:tc>
          <w:tcPr>
            <w:tcW w:w="3212" w:type="dxa"/>
          </w:tcPr>
          <w:p w14:paraId="26A006A1" w14:textId="77777777" w:rsidR="005773BA" w:rsidRPr="00CC3B29" w:rsidRDefault="00000000">
            <w:pPr>
              <w:keepNext/>
              <w:jc w:val="center"/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Arhitect-șef</w:t>
            </w:r>
          </w:p>
          <w:p w14:paraId="642B167E" w14:textId="77777777" w:rsidR="005773BA" w:rsidRPr="00CC3B29" w:rsidRDefault="005773BA">
            <w:pPr>
              <w:keepNext/>
              <w:spacing w:after="200"/>
              <w:rPr>
                <w:lang w:val="ro-RO"/>
              </w:rPr>
            </w:pPr>
          </w:p>
          <w:p w14:paraId="640ACEF7" w14:textId="77777777" w:rsidR="005773BA" w:rsidRPr="00CC3B29" w:rsidRDefault="005773BA">
            <w:pPr>
              <w:keepNext/>
              <w:pBdr>
                <w:bottom w:val="dotted" w:sz="6" w:space="0" w:color="999999"/>
              </w:pBdr>
              <w:jc w:val="center"/>
              <w:rPr>
                <w:lang w:val="ro-RO"/>
              </w:rPr>
            </w:pPr>
          </w:p>
          <w:p w14:paraId="0DB2C8DA" w14:textId="77777777" w:rsidR="005773BA" w:rsidRPr="00CC3B29" w:rsidRDefault="00000000">
            <w:pPr>
              <w:keepNext/>
              <w:jc w:val="center"/>
              <w:rPr>
                <w:lang w:val="ro-RO"/>
              </w:rPr>
            </w:pPr>
            <w:r w:rsidRPr="00CC3B29">
              <w:rPr>
                <w:i/>
                <w:color w:val="595959"/>
                <w:lang w:val="ro-RO"/>
              </w:rPr>
              <w:t>numele și semnătura</w:t>
            </w:r>
          </w:p>
        </w:tc>
      </w:tr>
      <w:tr w:rsidR="005773BA" w:rsidRPr="00CC3B29" w14:paraId="2E342A63" w14:textId="77777777">
        <w:trPr>
          <w:cantSplit/>
          <w:trHeight w:val="510"/>
        </w:trPr>
        <w:tc>
          <w:tcPr>
            <w:tcW w:w="2409" w:type="dxa"/>
          </w:tcPr>
          <w:p w14:paraId="2FC1CD75" w14:textId="77777777" w:rsidR="005773BA" w:rsidRPr="00CC3B29" w:rsidRDefault="00000000">
            <w:pPr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Achitat taxa de (lei)</w:t>
            </w:r>
          </w:p>
          <w:p w14:paraId="38F3C70A" w14:textId="77777777" w:rsidR="005773BA" w:rsidRPr="00CC3B29" w:rsidRDefault="005773BA">
            <w:pPr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7B2793AF" w14:textId="77777777" w:rsidR="005773BA" w:rsidRPr="00CC3B29" w:rsidRDefault="00000000">
            <w:pPr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Chitanța nr. / data</w:t>
            </w:r>
          </w:p>
          <w:p w14:paraId="3859A499" w14:textId="77777777" w:rsidR="005773BA" w:rsidRPr="00CC3B29" w:rsidRDefault="005773BA">
            <w:pPr>
              <w:rPr>
                <w:lang w:val="ro-RO"/>
              </w:rPr>
            </w:pPr>
          </w:p>
        </w:tc>
        <w:tc>
          <w:tcPr>
            <w:tcW w:w="4015" w:type="dxa"/>
            <w:gridSpan w:val="2"/>
          </w:tcPr>
          <w:p w14:paraId="620C5D84" w14:textId="77777777" w:rsidR="005773BA" w:rsidRPr="00CC3B29" w:rsidRDefault="00000000">
            <w:pPr>
              <w:rPr>
                <w:lang w:val="ro-RO"/>
              </w:rPr>
            </w:pPr>
            <w:r w:rsidRPr="00CC3B29">
              <w:rPr>
                <w:b/>
                <w:color w:val="0D5F78"/>
                <w:lang w:val="ro-RO"/>
              </w:rPr>
              <w:t>Transmis solicitantului la data</w:t>
            </w:r>
          </w:p>
          <w:p w14:paraId="0F6C8C4A" w14:textId="77777777" w:rsidR="005773BA" w:rsidRPr="00CC3B29" w:rsidRDefault="00000000">
            <w:pPr>
              <w:rPr>
                <w:lang w:val="ro-RO"/>
              </w:rPr>
            </w:pPr>
            <w:r w:rsidRPr="00CC3B29">
              <w:rPr>
                <w:i/>
                <w:color w:val="7A7A7A"/>
                <w:lang w:val="ro-RO"/>
              </w:rPr>
              <w:t>direct / prin poștă / digital</w:t>
            </w:r>
          </w:p>
          <w:p w14:paraId="524EA59C" w14:textId="77777777" w:rsidR="005773BA" w:rsidRPr="00CC3B29" w:rsidRDefault="005773BA">
            <w:pPr>
              <w:rPr>
                <w:lang w:val="ro-RO"/>
              </w:rPr>
            </w:pPr>
          </w:p>
        </w:tc>
      </w:tr>
    </w:tbl>
    <w:p w14:paraId="224AF434" w14:textId="77777777" w:rsidR="005773BA" w:rsidRPr="00CC3B29" w:rsidRDefault="005773BA">
      <w:pPr>
        <w:spacing w:line="168" w:lineRule="auto"/>
        <w:rPr>
          <w:lang w:val="ro-RO"/>
        </w:rPr>
      </w:pPr>
    </w:p>
    <w:sectPr w:rsidR="005773BA" w:rsidRPr="00CC3B2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957AE" w14:textId="77777777" w:rsidR="00D87FB7" w:rsidRDefault="00D87FB7">
      <w:r>
        <w:separator/>
      </w:r>
    </w:p>
  </w:endnote>
  <w:endnote w:type="continuationSeparator" w:id="0">
    <w:p w14:paraId="10BEB881" w14:textId="77777777" w:rsidR="00D87FB7" w:rsidRDefault="00D87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656F" w14:textId="77777777" w:rsidR="005773BA" w:rsidRDefault="00000000">
    <w:pPr>
      <w:pStyle w:val="Subsol"/>
      <w:tabs>
        <w:tab w:val="right" w:pos="9639"/>
      </w:tabs>
    </w:pPr>
    <w:r>
      <w:rPr>
        <w:color w:val="595959"/>
      </w:rPr>
      <w:t>F_CU_07_0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2032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2032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16606" w14:textId="77777777" w:rsidR="00D87FB7" w:rsidRDefault="00D87FB7">
      <w:r>
        <w:separator/>
      </w:r>
    </w:p>
  </w:footnote>
  <w:footnote w:type="continuationSeparator" w:id="0">
    <w:p w14:paraId="4E73108B" w14:textId="77777777" w:rsidR="00D87FB7" w:rsidRDefault="00D87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220085">
    <w:abstractNumId w:val="8"/>
  </w:num>
  <w:num w:numId="2" w16cid:durableId="1124423399">
    <w:abstractNumId w:val="6"/>
  </w:num>
  <w:num w:numId="3" w16cid:durableId="825710300">
    <w:abstractNumId w:val="5"/>
  </w:num>
  <w:num w:numId="4" w16cid:durableId="1832670244">
    <w:abstractNumId w:val="4"/>
  </w:num>
  <w:num w:numId="5" w16cid:durableId="1478645800">
    <w:abstractNumId w:val="7"/>
  </w:num>
  <w:num w:numId="6" w16cid:durableId="1893616835">
    <w:abstractNumId w:val="3"/>
  </w:num>
  <w:num w:numId="7" w16cid:durableId="1905524756">
    <w:abstractNumId w:val="2"/>
  </w:num>
  <w:num w:numId="8" w16cid:durableId="1266889730">
    <w:abstractNumId w:val="1"/>
  </w:num>
  <w:num w:numId="9" w16cid:durableId="82439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073"/>
    <w:rsid w:val="00034616"/>
    <w:rsid w:val="00040A1B"/>
    <w:rsid w:val="0006063C"/>
    <w:rsid w:val="0008118F"/>
    <w:rsid w:val="000A665E"/>
    <w:rsid w:val="0015074B"/>
    <w:rsid w:val="00221184"/>
    <w:rsid w:val="002845EC"/>
    <w:rsid w:val="0029639D"/>
    <w:rsid w:val="00326F90"/>
    <w:rsid w:val="00376904"/>
    <w:rsid w:val="003C71B3"/>
    <w:rsid w:val="004633FF"/>
    <w:rsid w:val="00485D0E"/>
    <w:rsid w:val="004B023B"/>
    <w:rsid w:val="004D46A7"/>
    <w:rsid w:val="004E6DA9"/>
    <w:rsid w:val="004E7DF2"/>
    <w:rsid w:val="004F205C"/>
    <w:rsid w:val="005773BA"/>
    <w:rsid w:val="005D059C"/>
    <w:rsid w:val="005D530E"/>
    <w:rsid w:val="006C103E"/>
    <w:rsid w:val="00757255"/>
    <w:rsid w:val="009413CF"/>
    <w:rsid w:val="009D356B"/>
    <w:rsid w:val="00A23311"/>
    <w:rsid w:val="00A3488E"/>
    <w:rsid w:val="00A6268A"/>
    <w:rsid w:val="00AA1D8D"/>
    <w:rsid w:val="00AC6516"/>
    <w:rsid w:val="00B13273"/>
    <w:rsid w:val="00B47730"/>
    <w:rsid w:val="00BA03CC"/>
    <w:rsid w:val="00CB0664"/>
    <w:rsid w:val="00CB70EA"/>
    <w:rsid w:val="00CC3B29"/>
    <w:rsid w:val="00D20322"/>
    <w:rsid w:val="00D42FC9"/>
    <w:rsid w:val="00D87FB7"/>
    <w:rsid w:val="00DC1F6C"/>
    <w:rsid w:val="00E06BB2"/>
    <w:rsid w:val="00F47EC1"/>
    <w:rsid w:val="00FC693F"/>
    <w:rsid w:val="00FE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8569ABA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690</Words>
  <Characters>4008</Characters>
  <Application>Microsoft Office Word</Application>
  <DocSecurity>0</DocSecurity>
  <Lines>33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Asus2</cp:lastModifiedBy>
  <cp:revision>5</cp:revision>
  <dcterms:created xsi:type="dcterms:W3CDTF">2026-09-21T11:02:00Z</dcterms:created>
  <dcterms:modified xsi:type="dcterms:W3CDTF">2026-09-24T09:24:00Z</dcterms:modified>
  <cp:category/>
</cp:coreProperties>
</file>