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28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356"/>
        <w:gridCol w:w="3717"/>
        <w:gridCol w:w="1670"/>
        <w:gridCol w:w="2004"/>
      </w:tblGrid>
      <w:tr w:rsidR="00CD32AD" w:rsidRPr="00C01E58" w14:paraId="57FA147A" w14:textId="77777777" w:rsidTr="00E02CFA">
        <w:trPr>
          <w:trHeight w:val="274"/>
        </w:trPr>
        <w:tc>
          <w:tcPr>
            <w:tcW w:w="2356" w:type="dxa"/>
            <w:vMerge w:val="restart"/>
            <w:shd w:val="clear" w:color="auto" w:fill="FFFFFF" w:themeFill="background1"/>
          </w:tcPr>
          <w:p w14:paraId="3BE56284" w14:textId="250FB80A" w:rsidR="00CD32AD" w:rsidRPr="00C01E58" w:rsidRDefault="00CD32AD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6A0126E3" w14:textId="77777777" w:rsidR="00CD32AD" w:rsidRPr="00C01E58" w:rsidRDefault="00CD32AD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493DB080" w14:textId="77777777" w:rsidR="00CD32AD" w:rsidRDefault="00CD32AD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26"/>
                <w:szCs w:val="26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18A203" wp14:editId="6D0C1AA3">
                      <wp:simplePos x="0" y="0"/>
                      <wp:positionH relativeFrom="column">
                        <wp:posOffset>-72283</wp:posOffset>
                      </wp:positionH>
                      <wp:positionV relativeFrom="page">
                        <wp:posOffset>1036708</wp:posOffset>
                      </wp:positionV>
                      <wp:extent cx="1495994" cy="472440"/>
                      <wp:effectExtent l="0" t="0" r="0" b="3810"/>
                      <wp:wrapNone/>
                      <wp:docPr id="462200053" name="Casetă tex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994" cy="472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34D5018" w14:textId="77777777" w:rsidR="00CD32AD" w:rsidRDefault="00CD32AD" w:rsidP="00CD32AD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806A0E8" w14:textId="33ECF8C0" w:rsidR="00CD32AD" w:rsidRPr="00072389" w:rsidRDefault="00080A7A" w:rsidP="00CD32AD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COMUNA STUDINA</w:t>
                                  </w:r>
                                </w:p>
                                <w:p w14:paraId="2157A53F" w14:textId="77777777" w:rsidR="00CD32AD" w:rsidRPr="00072389" w:rsidRDefault="00CD32AD" w:rsidP="00CD32AD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 w:rsidRPr="0007238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OLT</w:t>
                                  </w:r>
                                </w:p>
                                <w:p w14:paraId="3A6B27DF" w14:textId="77777777" w:rsidR="00CD32AD" w:rsidRPr="00F37AD5" w:rsidRDefault="00CD32AD" w:rsidP="00CD32AD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18A20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5" o:spid="_x0000_s1026" type="#_x0000_t202" style="position:absolute;left:0;text-align:left;margin-left:-5.7pt;margin-top:81.65pt;width:117.8pt;height:3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" filled="f" stroked="f">
                      <v:textbox inset=",0">
                        <w:txbxContent>
                          <w:p w14:paraId="634D5018" w14:textId="77777777" w:rsidR="00CD32AD" w:rsidRDefault="00CD32AD" w:rsidP="00CD32AD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</w:p>
                          <w:p w14:paraId="2806A0E8" w14:textId="33ECF8C0" w:rsidR="00CD32AD" w:rsidRPr="00072389" w:rsidRDefault="00080A7A" w:rsidP="00CD32AD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COMUNA STUDINA</w:t>
                            </w:r>
                          </w:p>
                          <w:p w14:paraId="2157A53F" w14:textId="77777777" w:rsidR="00CD32AD" w:rsidRPr="00072389" w:rsidRDefault="00CD32AD" w:rsidP="00CD32AD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07238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OLT</w:t>
                            </w:r>
                          </w:p>
                          <w:p w14:paraId="3A6B27DF" w14:textId="77777777" w:rsidR="00CD32AD" w:rsidRPr="00F37AD5" w:rsidRDefault="00CD32AD" w:rsidP="00CD32AD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5EA8F6C4" w14:textId="77777777" w:rsidR="00CD32AD" w:rsidRPr="00C01E58" w:rsidRDefault="00CD32AD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130F95FF" w14:textId="77777777" w:rsidR="00CD32AD" w:rsidRPr="00C01E58" w:rsidRDefault="00CD32AD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Județul  OLT</w:t>
            </w:r>
          </w:p>
        </w:tc>
      </w:tr>
      <w:tr w:rsidR="00CD32AD" w:rsidRPr="00C01E58" w14:paraId="7499357F" w14:textId="77777777" w:rsidTr="00E02CFA">
        <w:trPr>
          <w:trHeight w:val="530"/>
        </w:trPr>
        <w:tc>
          <w:tcPr>
            <w:tcW w:w="2356" w:type="dxa"/>
            <w:vMerge/>
            <w:shd w:val="clear" w:color="auto" w:fill="FFFFFF" w:themeFill="background1"/>
          </w:tcPr>
          <w:p w14:paraId="2FF0790B" w14:textId="77777777" w:rsidR="00CD32AD" w:rsidRPr="00C01E58" w:rsidRDefault="00CD32AD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376063FA" w14:textId="77777777" w:rsidR="00CD32AD" w:rsidRPr="00C01E58" w:rsidRDefault="00CD32AD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Autoritatea administrației publice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07E84484" w14:textId="0E362BCA" w:rsidR="00CD32AD" w:rsidRPr="00C01E58" w:rsidRDefault="00080A7A" w:rsidP="00E02CFA">
            <w:pPr>
              <w:spacing w:after="200" w:line="168" w:lineRule="exact"/>
              <w:rPr>
                <w:rFonts w:cs="Times New Roman"/>
                <w:sz w:val="22"/>
                <w:lang w:val="ro-RO"/>
              </w:rPr>
            </w:pPr>
            <w:r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COMUNA STUDINA</w:t>
            </w:r>
            <w:r w:rsidR="00CD32AD"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 OLT</w:t>
            </w:r>
          </w:p>
        </w:tc>
      </w:tr>
      <w:tr w:rsidR="00CD32AD" w:rsidRPr="00C01E58" w14:paraId="4EE92CD1" w14:textId="77777777" w:rsidTr="00E02CFA">
        <w:trPr>
          <w:trHeight w:val="437"/>
        </w:trPr>
        <w:tc>
          <w:tcPr>
            <w:tcW w:w="2356" w:type="dxa"/>
            <w:vMerge/>
            <w:shd w:val="clear" w:color="auto" w:fill="FFFFFF" w:themeFill="background1"/>
          </w:tcPr>
          <w:p w14:paraId="34A63629" w14:textId="77777777" w:rsidR="00CD32AD" w:rsidRPr="00C01E58" w:rsidRDefault="00CD32AD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14:paraId="67788175" w14:textId="77777777" w:rsidR="00CD32AD" w:rsidRPr="00C01E58" w:rsidRDefault="00CD32AD" w:rsidP="00E02CFA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Cod de identificare fiscală (CIF)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150B590C" w14:textId="5C45DAD0" w:rsidR="00CD32AD" w:rsidRPr="00C01E58" w:rsidRDefault="00CD32AD" w:rsidP="00E02CFA">
            <w:pPr>
              <w:spacing w:after="200" w:line="168" w:lineRule="exact"/>
              <w:rPr>
                <w:rFonts w:asciiTheme="minorHAnsi" w:hAnsiTheme="minorHAnsi"/>
                <w:b/>
                <w:bCs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</w:t>
            </w:r>
            <w:r w:rsidR="0061340B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491300</w:t>
            </w:r>
          </w:p>
        </w:tc>
        <w:tc>
          <w:tcPr>
            <w:tcW w:w="3674" w:type="dxa"/>
            <w:gridSpan w:val="2"/>
            <w:shd w:val="clear" w:color="auto" w:fill="FFFFFF" w:themeFill="background1"/>
          </w:tcPr>
          <w:p w14:paraId="6F63D847" w14:textId="77777777" w:rsidR="00CD32AD" w:rsidRPr="00C01E58" w:rsidRDefault="00CD32AD" w:rsidP="00E02CFA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Adresa oficială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011F6575" w14:textId="77777777" w:rsidR="00080A7A" w:rsidRPr="00080A7A" w:rsidRDefault="00080A7A" w:rsidP="00080A7A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080A7A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Str. I.L. Caragiale nr.14 Studina CP 237445</w:t>
            </w:r>
          </w:p>
          <w:p w14:paraId="2C83E377" w14:textId="77777777" w:rsidR="00080A7A" w:rsidRPr="00080A7A" w:rsidRDefault="00080A7A" w:rsidP="00080A7A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080A7A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 xml:space="preserve">Tel: 0249/511007 </w:t>
            </w:r>
          </w:p>
          <w:p w14:paraId="021DDE63" w14:textId="5ABA1B48" w:rsidR="00CD32AD" w:rsidRPr="00C01E58" w:rsidRDefault="00080A7A" w:rsidP="00080A7A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080A7A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e-mail: primariastudinaott@yahoo.com</w:t>
            </w:r>
          </w:p>
        </w:tc>
      </w:tr>
      <w:tr w:rsidR="00CD32AD" w:rsidRPr="00C01E58" w14:paraId="73DE0B78" w14:textId="77777777" w:rsidTr="00E02CFA">
        <w:trPr>
          <w:trHeight w:val="380"/>
        </w:trPr>
        <w:tc>
          <w:tcPr>
            <w:tcW w:w="2356" w:type="dxa"/>
            <w:vMerge/>
            <w:shd w:val="clear" w:color="auto" w:fill="FFFFFF" w:themeFill="background1"/>
          </w:tcPr>
          <w:p w14:paraId="62693840" w14:textId="77777777" w:rsidR="00CD32AD" w:rsidRPr="00C01E58" w:rsidRDefault="00CD32AD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799FD66C" w14:textId="77777777" w:rsidR="00CD32AD" w:rsidRPr="00C01E58" w:rsidRDefault="00CD32AD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Număr de înregistrare </w:t>
            </w:r>
          </w:p>
        </w:tc>
        <w:tc>
          <w:tcPr>
            <w:tcW w:w="2004" w:type="dxa"/>
            <w:shd w:val="clear" w:color="auto" w:fill="FFFFFF" w:themeFill="background1"/>
          </w:tcPr>
          <w:p w14:paraId="03F1F203" w14:textId="77777777" w:rsidR="00CD32AD" w:rsidRPr="00C01E58" w:rsidRDefault="00CD32AD" w:rsidP="00E02CFA">
            <w:pPr>
              <w:spacing w:after="200" w:line="168" w:lineRule="exact"/>
              <w:rPr>
                <w:rFonts w:cs="Times New Roman"/>
                <w:bCs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Data</w:t>
            </w:r>
          </w:p>
        </w:tc>
      </w:tr>
      <w:tr w:rsidR="00CD32AD" w:rsidRPr="00C01E58" w14:paraId="27E57B4F" w14:textId="77777777" w:rsidTr="00E02CFA">
        <w:trPr>
          <w:trHeight w:val="239"/>
        </w:trPr>
        <w:tc>
          <w:tcPr>
            <w:tcW w:w="9747" w:type="dxa"/>
            <w:gridSpan w:val="4"/>
            <w:shd w:val="clear" w:color="auto" w:fill="FFFFFF" w:themeFill="background1"/>
          </w:tcPr>
          <w:p w14:paraId="286AE525" w14:textId="77777777" w:rsidR="00CD32AD" w:rsidRPr="00C01E58" w:rsidRDefault="00CD32AD" w:rsidP="00E02CFA">
            <w:pPr>
              <w:keepNext/>
              <w:keepLines/>
              <w:spacing w:line="317" w:lineRule="exact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  <w:lang w:val="ro-RO"/>
              </w:rPr>
              <w:t>se completează de autoritate — solicitantul nu scrie în această zonă</w:t>
            </w:r>
          </w:p>
        </w:tc>
      </w:tr>
    </w:tbl>
    <w:p w14:paraId="5D0B5FF6" w14:textId="77777777" w:rsidR="007A6244" w:rsidRPr="002112E1" w:rsidRDefault="007A6244">
      <w:pPr>
        <w:spacing w:line="168" w:lineRule="auto"/>
        <w:rPr>
          <w:lang w:val="ro-RO"/>
        </w:rPr>
      </w:pPr>
    </w:p>
    <w:p w14:paraId="186D47FF" w14:textId="77777777" w:rsidR="007A6244" w:rsidRPr="002112E1" w:rsidRDefault="00000000">
      <w:pPr>
        <w:spacing w:before="140" w:after="40"/>
        <w:jc w:val="center"/>
        <w:rPr>
          <w:sz w:val="28"/>
          <w:szCs w:val="28"/>
          <w:lang w:val="ro-RO"/>
        </w:rPr>
      </w:pPr>
      <w:r w:rsidRPr="002112E1">
        <w:rPr>
          <w:b/>
          <w:sz w:val="28"/>
          <w:szCs w:val="28"/>
          <w:lang w:val="ro-RO"/>
        </w:rPr>
        <w:t>CERERE</w:t>
      </w:r>
    </w:p>
    <w:p w14:paraId="60B77D5E" w14:textId="77777777" w:rsidR="007A6244" w:rsidRPr="002112E1" w:rsidRDefault="007A6244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:rsidRPr="002112E1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sz w:val="16"/>
                <w:lang w:val="ro-RO"/>
              </w:rPr>
              <w:t xml:space="preserve"> 1. </w:t>
            </w:r>
            <w:r w:rsidRPr="002112E1">
              <w:rPr>
                <w:b/>
                <w:color w:val="000000"/>
                <w:sz w:val="18"/>
                <w:lang w:val="ro-RO"/>
              </w:rPr>
              <w:t>CĂTRE</w:t>
            </w:r>
          </w:p>
        </w:tc>
      </w:tr>
      <w:tr w:rsidR="007A6244" w:rsidRPr="002112E1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Instituția</w:t>
            </w:r>
          </w:p>
          <w:p w14:paraId="3E3EC3B6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i/>
                <w:color w:val="7A7A7A"/>
                <w:lang w:val="ro-RO"/>
              </w:rPr>
              <w:t>primăria municipiului / orașului / comunei · primăria de sector · consiliul județean</w:t>
            </w:r>
          </w:p>
          <w:p w14:paraId="08E70280" w14:textId="77777777" w:rsidR="007A6244" w:rsidRPr="002112E1" w:rsidRDefault="007A6244">
            <w:pPr>
              <w:keepNext/>
              <w:rPr>
                <w:lang w:val="ro-RO"/>
              </w:rPr>
            </w:pPr>
          </w:p>
        </w:tc>
      </w:tr>
      <w:tr w:rsidR="007A6244" w:rsidRPr="002112E1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2112E1" w:rsidRDefault="00000000">
            <w:pPr>
              <w:spacing w:line="228" w:lineRule="auto"/>
              <w:rPr>
                <w:lang w:val="ro-RO"/>
              </w:rPr>
            </w:pPr>
            <w:r w:rsidRPr="002112E1">
              <w:rPr>
                <w:lang w:val="ro-RO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20220E8C" w14:textId="77777777" w:rsidR="007A6244" w:rsidRPr="002112E1" w:rsidRDefault="007A6244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:rsidRPr="002112E1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sz w:val="16"/>
                <w:lang w:val="ro-RO"/>
              </w:rPr>
              <w:t xml:space="preserve"> 2. </w:t>
            </w:r>
            <w:r w:rsidRPr="002112E1">
              <w:rPr>
                <w:b/>
                <w:color w:val="000000"/>
                <w:sz w:val="18"/>
                <w:lang w:val="ro-RO"/>
              </w:rPr>
              <w:t>SOLICITANTUL</w:t>
            </w:r>
          </w:p>
        </w:tc>
      </w:tr>
      <w:tr w:rsidR="007A6244" w:rsidRPr="002112E1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Nume și prenume</w:t>
            </w:r>
          </w:p>
          <w:p w14:paraId="19065994" w14:textId="77777777" w:rsidR="007A6244" w:rsidRPr="002112E1" w:rsidRDefault="007A6244">
            <w:pPr>
              <w:keepNext/>
              <w:rPr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23A73AE4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CNP</w:t>
            </w:r>
          </w:p>
          <w:p w14:paraId="618AF22D" w14:textId="77777777" w:rsidR="007A6244" w:rsidRPr="002112E1" w:rsidRDefault="007A6244">
            <w:pPr>
              <w:keepNext/>
              <w:rPr>
                <w:lang w:val="ro-RO"/>
              </w:rPr>
            </w:pPr>
          </w:p>
        </w:tc>
      </w:tr>
      <w:tr w:rsidR="007A6244" w:rsidRPr="002112E1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sz w:val="16"/>
                <w:lang w:val="ro-RO"/>
              </w:rPr>
              <w:t xml:space="preserve"> Act de identitate</w:t>
            </w:r>
          </w:p>
        </w:tc>
      </w:tr>
      <w:tr w:rsidR="007A6244" w:rsidRPr="002112E1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Seria</w:t>
            </w:r>
          </w:p>
          <w:p w14:paraId="68763DE0" w14:textId="77777777" w:rsidR="007A6244" w:rsidRPr="002112E1" w:rsidRDefault="007A6244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1B30A3BA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Numărul</w:t>
            </w:r>
          </w:p>
          <w:p w14:paraId="3405D8E2" w14:textId="77777777" w:rsidR="007A6244" w:rsidRPr="002112E1" w:rsidRDefault="007A6244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5F5E266C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Eliberat de</w:t>
            </w:r>
          </w:p>
          <w:p w14:paraId="39F4F2A6" w14:textId="77777777" w:rsidR="007A6244" w:rsidRPr="002112E1" w:rsidRDefault="007A6244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050D95FC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La data</w:t>
            </w:r>
          </w:p>
          <w:p w14:paraId="753FA98E" w14:textId="77777777" w:rsidR="007A6244" w:rsidRPr="002112E1" w:rsidRDefault="007A6244">
            <w:pPr>
              <w:keepNext/>
              <w:rPr>
                <w:lang w:val="ro-RO"/>
              </w:rPr>
            </w:pPr>
          </w:p>
        </w:tc>
      </w:tr>
      <w:tr w:rsidR="007A6244" w:rsidRPr="002112E1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sz w:val="16"/>
                <w:lang w:val="ro-RO"/>
              </w:rPr>
              <w:t xml:space="preserve"> Domiciliul</w:t>
            </w:r>
          </w:p>
        </w:tc>
      </w:tr>
      <w:tr w:rsidR="007A6244" w:rsidRPr="002112E1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Județul</w:t>
            </w:r>
          </w:p>
          <w:p w14:paraId="246D42AB" w14:textId="77777777" w:rsidR="007A6244" w:rsidRPr="002112E1" w:rsidRDefault="007A6244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0EA364FA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Municipiul / orașul / comuna</w:t>
            </w:r>
          </w:p>
          <w:p w14:paraId="2D658FE8" w14:textId="77777777" w:rsidR="007A6244" w:rsidRPr="002112E1" w:rsidRDefault="007A6244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2C4E7CE4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Satul / sectorul</w:t>
            </w:r>
          </w:p>
          <w:p w14:paraId="5A1A06DA" w14:textId="77777777" w:rsidR="007A6244" w:rsidRPr="002112E1" w:rsidRDefault="007A6244">
            <w:pPr>
              <w:keepNext/>
              <w:rPr>
                <w:lang w:val="ro-RO"/>
              </w:rPr>
            </w:pPr>
          </w:p>
        </w:tc>
      </w:tr>
      <w:tr w:rsidR="007A6244" w:rsidRPr="002112E1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Strada</w:t>
            </w:r>
          </w:p>
          <w:p w14:paraId="06991C62" w14:textId="77777777" w:rsidR="007A6244" w:rsidRPr="002112E1" w:rsidRDefault="007A6244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3AE281F7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Nr.</w:t>
            </w:r>
          </w:p>
          <w:p w14:paraId="1EA0BA92" w14:textId="77777777" w:rsidR="007A6244" w:rsidRPr="002112E1" w:rsidRDefault="007A6244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172244B7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Sc.</w:t>
            </w:r>
          </w:p>
          <w:p w14:paraId="18B2D382" w14:textId="77777777" w:rsidR="007A6244" w:rsidRPr="002112E1" w:rsidRDefault="007A6244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1F68F074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Et.</w:t>
            </w:r>
          </w:p>
          <w:p w14:paraId="17DD5DE5" w14:textId="77777777" w:rsidR="007A6244" w:rsidRPr="002112E1" w:rsidRDefault="007A6244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2267E62C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Ap.</w:t>
            </w:r>
          </w:p>
          <w:p w14:paraId="06F5E082" w14:textId="77777777" w:rsidR="007A6244" w:rsidRPr="002112E1" w:rsidRDefault="007A6244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21B28962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Cod poștal</w:t>
            </w:r>
          </w:p>
          <w:p w14:paraId="594D4A3E" w14:textId="77777777" w:rsidR="007A6244" w:rsidRPr="002112E1" w:rsidRDefault="007A6244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05261DF8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Țara</w:t>
            </w:r>
          </w:p>
          <w:p w14:paraId="225866B9" w14:textId="77777777" w:rsidR="007A6244" w:rsidRPr="002112E1" w:rsidRDefault="007A6244">
            <w:pPr>
              <w:keepNext/>
              <w:rPr>
                <w:lang w:val="ro-RO"/>
              </w:rPr>
            </w:pPr>
          </w:p>
        </w:tc>
      </w:tr>
      <w:tr w:rsidR="007A6244" w:rsidRPr="002112E1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sz w:val="16"/>
                <w:lang w:val="ro-RO"/>
              </w:rPr>
              <w:t xml:space="preserve"> Date de contact</w:t>
            </w:r>
          </w:p>
        </w:tc>
      </w:tr>
      <w:tr w:rsidR="007A6244" w:rsidRPr="002112E1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Telefon / fax</w:t>
            </w:r>
          </w:p>
          <w:p w14:paraId="6E8EA80E" w14:textId="77777777" w:rsidR="007A6244" w:rsidRPr="002112E1" w:rsidRDefault="007A6244">
            <w:pPr>
              <w:keepNext/>
              <w:rPr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71D20CAE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E-mail</w:t>
            </w:r>
          </w:p>
          <w:p w14:paraId="223D691F" w14:textId="77777777" w:rsidR="007A6244" w:rsidRPr="002112E1" w:rsidRDefault="007A6244">
            <w:pPr>
              <w:keepNext/>
              <w:rPr>
                <w:lang w:val="ro-RO"/>
              </w:rPr>
            </w:pPr>
          </w:p>
        </w:tc>
      </w:tr>
      <w:tr w:rsidR="007A6244" w:rsidRPr="002112E1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sz w:val="16"/>
                <w:lang w:val="ro-RO"/>
              </w:rPr>
              <w:t xml:space="preserve"> Reprezentare</w:t>
            </w:r>
          </w:p>
        </w:tc>
      </w:tr>
      <w:tr w:rsidR="007A6244" w:rsidRPr="002112E1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Pr="002112E1" w:rsidRDefault="00000000">
            <w:pPr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În calitate de reprezentant al</w:t>
            </w:r>
          </w:p>
          <w:p w14:paraId="172CD55E" w14:textId="77777777" w:rsidR="007A6244" w:rsidRPr="002112E1" w:rsidRDefault="007A6244">
            <w:pPr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2E023F88" w14:textId="77777777" w:rsidR="007A6244" w:rsidRPr="002112E1" w:rsidRDefault="00000000">
            <w:pPr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CUI / CIF</w:t>
            </w:r>
          </w:p>
          <w:p w14:paraId="274C09B7" w14:textId="77777777" w:rsidR="007A6244" w:rsidRPr="002112E1" w:rsidRDefault="007A6244">
            <w:pPr>
              <w:rPr>
                <w:lang w:val="ro-RO"/>
              </w:rPr>
            </w:pPr>
          </w:p>
        </w:tc>
      </w:tr>
    </w:tbl>
    <w:p w14:paraId="2790794C" w14:textId="77777777" w:rsidR="007A6244" w:rsidRPr="002112E1" w:rsidRDefault="007A6244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:rsidRPr="002112E1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sz w:val="16"/>
                <w:lang w:val="ro-RO"/>
              </w:rPr>
              <w:t xml:space="preserve"> 3. </w:t>
            </w:r>
            <w:r w:rsidRPr="002112E1">
              <w:rPr>
                <w:b/>
                <w:color w:val="000000"/>
                <w:sz w:val="18"/>
                <w:lang w:val="ro-RO"/>
              </w:rPr>
              <w:t>AUTORIZAȚIA DE CONSTRUIRE</w:t>
            </w:r>
          </w:p>
        </w:tc>
      </w:tr>
      <w:tr w:rsidR="007A6244" w:rsidRPr="002112E1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Pr="002112E1" w:rsidRDefault="00000000">
            <w:pPr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Nr.</w:t>
            </w:r>
          </w:p>
          <w:p w14:paraId="095D61F3" w14:textId="77777777" w:rsidR="007A6244" w:rsidRPr="002112E1" w:rsidRDefault="007A6244">
            <w:pPr>
              <w:rPr>
                <w:lang w:val="ro-RO"/>
              </w:rPr>
            </w:pPr>
          </w:p>
        </w:tc>
        <w:tc>
          <w:tcPr>
            <w:tcW w:w="2409" w:type="dxa"/>
          </w:tcPr>
          <w:p w14:paraId="5E836E88" w14:textId="77777777" w:rsidR="007A6244" w:rsidRPr="002112E1" w:rsidRDefault="00000000">
            <w:pPr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Din data</w:t>
            </w:r>
          </w:p>
          <w:p w14:paraId="73344DA4" w14:textId="77777777" w:rsidR="007A6244" w:rsidRPr="002112E1" w:rsidRDefault="007A6244">
            <w:pPr>
              <w:rPr>
                <w:lang w:val="ro-RO"/>
              </w:rPr>
            </w:pPr>
          </w:p>
        </w:tc>
        <w:tc>
          <w:tcPr>
            <w:tcW w:w="5621" w:type="dxa"/>
          </w:tcPr>
          <w:p w14:paraId="38937E8B" w14:textId="77777777" w:rsidR="007A6244" w:rsidRPr="002112E1" w:rsidRDefault="00000000">
            <w:pPr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Emisă de</w:t>
            </w:r>
          </w:p>
          <w:p w14:paraId="0D6A7EFA" w14:textId="77777777" w:rsidR="007A6244" w:rsidRPr="002112E1" w:rsidRDefault="007A6244">
            <w:pPr>
              <w:rPr>
                <w:lang w:val="ro-RO"/>
              </w:rPr>
            </w:pPr>
          </w:p>
        </w:tc>
      </w:tr>
    </w:tbl>
    <w:p w14:paraId="1B861EE0" w14:textId="77777777" w:rsidR="007A6244" w:rsidRPr="002112E1" w:rsidRDefault="007A6244">
      <w:pPr>
        <w:spacing w:line="168" w:lineRule="auto"/>
        <w:rPr>
          <w:lang w:val="ro-RO"/>
        </w:rPr>
      </w:pPr>
    </w:p>
    <w:p w14:paraId="2148FFF5" w14:textId="4ABE98FB" w:rsidR="009D5BC3" w:rsidRPr="002112E1" w:rsidRDefault="00000000" w:rsidP="009D5BC3">
      <w:pPr>
        <w:spacing w:before="80" w:after="60"/>
        <w:jc w:val="center"/>
        <w:rPr>
          <w:sz w:val="18"/>
          <w:lang w:val="ro-RO"/>
        </w:rPr>
      </w:pPr>
      <w:r w:rsidRPr="002112E1">
        <w:rPr>
          <w:sz w:val="18"/>
          <w:lang w:val="ro-RO"/>
        </w:rPr>
        <w:t>în temeiul art. 309 – art. 310 din Legea nr. 169/2026 privind Codul amenajării teritoriului, urbanismului și construcțiilor,</w:t>
      </w:r>
    </w:p>
    <w:p w14:paraId="4857330C" w14:textId="0CFFB432" w:rsidR="009D5BC3" w:rsidRPr="002112E1" w:rsidRDefault="00000000" w:rsidP="007F2503">
      <w:pPr>
        <w:keepNext/>
        <w:jc w:val="center"/>
        <w:rPr>
          <w:sz w:val="18"/>
          <w:szCs w:val="18"/>
          <w:lang w:val="ro-RO"/>
        </w:rPr>
      </w:pPr>
      <w:r w:rsidRPr="002112E1">
        <w:rPr>
          <w:sz w:val="18"/>
          <w:szCs w:val="18"/>
          <w:lang w:val="ro-RO"/>
        </w:rPr>
        <w:t>solicit:</w:t>
      </w:r>
    </w:p>
    <w:p w14:paraId="48A1E1A3" w14:textId="77777777" w:rsidR="002112E1" w:rsidRDefault="00000000" w:rsidP="002112E1">
      <w:pPr>
        <w:keepNext/>
        <w:ind w:firstLine="2127"/>
        <w:rPr>
          <w:sz w:val="20"/>
          <w:szCs w:val="20"/>
          <w:lang w:val="ro-RO"/>
        </w:rPr>
      </w:pPr>
      <w:sdt>
        <w:sdtPr>
          <w:rPr>
            <w:sz w:val="20"/>
            <w:szCs w:val="20"/>
            <w:lang w:val="ro-RO"/>
          </w:rPr>
          <w:id w:val="-950313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12E1">
            <w:rPr>
              <w:rFonts w:ascii="MS Gothic" w:eastAsia="MS Gothic" w:hAnsi="MS Gothic" w:hint="eastAsia"/>
              <w:sz w:val="20"/>
              <w:szCs w:val="20"/>
              <w:lang w:val="ro-RO"/>
            </w:rPr>
            <w:t>☐</w:t>
          </w:r>
        </w:sdtContent>
      </w:sdt>
      <w:r w:rsidR="009D5BC3" w:rsidRPr="002112E1">
        <w:rPr>
          <w:sz w:val="20"/>
          <w:szCs w:val="20"/>
          <w:lang w:val="ro-RO"/>
        </w:rPr>
        <w:t xml:space="preserve"> prelungirea DURATEI DE EXECUȚIE, pentru cel mult 12 luni  /</w:t>
      </w:r>
    </w:p>
    <w:p w14:paraId="035B2E14" w14:textId="6A2C82C6" w:rsidR="007A6244" w:rsidRDefault="00000000" w:rsidP="002112E1">
      <w:pPr>
        <w:keepNext/>
        <w:ind w:firstLine="2127"/>
        <w:rPr>
          <w:sz w:val="20"/>
          <w:szCs w:val="20"/>
          <w:lang w:val="ro-RO"/>
        </w:rPr>
      </w:pPr>
      <w:sdt>
        <w:sdtPr>
          <w:rPr>
            <w:sz w:val="20"/>
            <w:szCs w:val="20"/>
            <w:lang w:val="ro-RO"/>
          </w:rPr>
          <w:id w:val="96447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12E1">
            <w:rPr>
              <w:rFonts w:ascii="MS Gothic" w:eastAsia="MS Gothic" w:hAnsi="MS Gothic" w:hint="eastAsia"/>
              <w:sz w:val="20"/>
              <w:szCs w:val="20"/>
              <w:lang w:val="ro-RO"/>
            </w:rPr>
            <w:t>☐</w:t>
          </w:r>
        </w:sdtContent>
      </w:sdt>
      <w:r w:rsidR="009D5BC3" w:rsidRPr="002112E1">
        <w:rPr>
          <w:sz w:val="20"/>
          <w:szCs w:val="20"/>
          <w:lang w:val="ro-RO"/>
        </w:rPr>
        <w:t xml:space="preserve"> prelungirea VALABILITĂȚII autorizației, pentru cel mult 12 luni</w:t>
      </w:r>
    </w:p>
    <w:p w14:paraId="6C162B60" w14:textId="77777777" w:rsidR="002112E1" w:rsidRPr="002112E1" w:rsidRDefault="002112E1" w:rsidP="002112E1">
      <w:pPr>
        <w:keepNext/>
        <w:ind w:firstLine="2127"/>
        <w:rPr>
          <w:sz w:val="20"/>
          <w:szCs w:val="20"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:rsidRPr="002112E1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De la data</w:t>
            </w:r>
          </w:p>
          <w:p w14:paraId="354602FC" w14:textId="77777777" w:rsidR="007A6244" w:rsidRPr="002112E1" w:rsidRDefault="007A6244">
            <w:pPr>
              <w:keepNext/>
              <w:rPr>
                <w:lang w:val="ro-RO"/>
              </w:rPr>
            </w:pPr>
          </w:p>
        </w:tc>
        <w:tc>
          <w:tcPr>
            <w:tcW w:w="4818" w:type="dxa"/>
          </w:tcPr>
          <w:p w14:paraId="59ED40D5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Până la data</w:t>
            </w:r>
          </w:p>
          <w:p w14:paraId="7DDD098F" w14:textId="77777777" w:rsidR="007A6244" w:rsidRPr="002112E1" w:rsidRDefault="007A6244">
            <w:pPr>
              <w:keepNext/>
              <w:rPr>
                <w:lang w:val="ro-RO"/>
              </w:rPr>
            </w:pPr>
          </w:p>
        </w:tc>
      </w:tr>
      <w:tr w:rsidR="007A6244" w:rsidRPr="002112E1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Stadiul lucrărilor (%)</w:t>
            </w:r>
          </w:p>
          <w:p w14:paraId="24044175" w14:textId="77777777" w:rsidR="007A6244" w:rsidRPr="002112E1" w:rsidRDefault="007A6244">
            <w:pPr>
              <w:keepNext/>
              <w:rPr>
                <w:lang w:val="ro-RO"/>
              </w:rPr>
            </w:pPr>
          </w:p>
        </w:tc>
        <w:tc>
          <w:tcPr>
            <w:tcW w:w="4818" w:type="dxa"/>
          </w:tcPr>
          <w:p w14:paraId="524FE4D1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Data începerii efective</w:t>
            </w:r>
          </w:p>
          <w:p w14:paraId="5E0A126C" w14:textId="77777777" w:rsidR="007A6244" w:rsidRPr="002112E1" w:rsidRDefault="007A6244">
            <w:pPr>
              <w:keepNext/>
              <w:rPr>
                <w:lang w:val="ro-RO"/>
              </w:rPr>
            </w:pPr>
          </w:p>
        </w:tc>
      </w:tr>
      <w:tr w:rsidR="007A6244" w:rsidRPr="002112E1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sz w:val="16"/>
                <w:lang w:val="ro-RO"/>
              </w:rPr>
              <w:t xml:space="preserve"> Lucrările rămase de executat și motivarea</w:t>
            </w:r>
          </w:p>
        </w:tc>
      </w:tr>
      <w:tr w:rsidR="007A6244" w:rsidRPr="002112E1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2112E1" w:rsidRDefault="007A6244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4B23A108" w14:textId="77777777" w:rsidR="007A6244" w:rsidRPr="002112E1" w:rsidRDefault="007A6244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30E592BD" w14:textId="77777777" w:rsidR="007A6244" w:rsidRPr="002112E1" w:rsidRDefault="007A6244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</w:tc>
      </w:tr>
    </w:tbl>
    <w:p w14:paraId="624259B7" w14:textId="77777777" w:rsidR="007A6244" w:rsidRPr="002112E1" w:rsidRDefault="007A6244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:rsidRPr="002112E1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sz w:val="16"/>
                <w:lang w:val="ro-RO"/>
              </w:rPr>
              <w:t xml:space="preserve"> 5. </w:t>
            </w:r>
            <w:r w:rsidRPr="002112E1">
              <w:rPr>
                <w:b/>
                <w:color w:val="000000"/>
                <w:sz w:val="18"/>
                <w:lang w:val="ro-RO"/>
              </w:rPr>
              <w:t>SE ANEXEAZĂ</w:t>
            </w:r>
          </w:p>
        </w:tc>
      </w:tr>
      <w:tr w:rsidR="007A6244" w:rsidRPr="002112E1" w14:paraId="6B6A0EA2" w14:textId="77777777">
        <w:trPr>
          <w:cantSplit/>
        </w:trPr>
        <w:tc>
          <w:tcPr>
            <w:tcW w:w="9636" w:type="dxa"/>
          </w:tcPr>
          <w:p w14:paraId="300C857E" w14:textId="395FC63D" w:rsidR="007A6244" w:rsidRPr="002112E1" w:rsidRDefault="00000000">
            <w:pPr>
              <w:rPr>
                <w:lang w:val="ro-RO"/>
              </w:rPr>
            </w:pPr>
            <w:r w:rsidRPr="002112E1"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1051812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3774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2112E1">
              <w:rPr>
                <w:sz w:val="16"/>
                <w:lang w:val="ro-RO"/>
              </w:rPr>
              <w:t xml:space="preserve"> autorizația de construire (în original)     </w:t>
            </w:r>
            <w:sdt>
              <w:sdtPr>
                <w:rPr>
                  <w:sz w:val="16"/>
                  <w:lang w:val="ro-RO"/>
                </w:rPr>
                <w:id w:val="-1751569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3774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2112E1">
              <w:rPr>
                <w:sz w:val="16"/>
                <w:lang w:val="ro-RO"/>
              </w:rPr>
              <w:t xml:space="preserve"> documentul privind achitarea taxei (copie)</w:t>
            </w:r>
          </w:p>
        </w:tc>
      </w:tr>
    </w:tbl>
    <w:p w14:paraId="5EC05CB7" w14:textId="77777777" w:rsidR="007A6244" w:rsidRPr="002112E1" w:rsidRDefault="007A6244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:rsidRPr="002112E1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Pr="002112E1" w:rsidRDefault="00000000">
            <w:pPr>
              <w:keepNext/>
              <w:rPr>
                <w:lang w:val="ro-RO"/>
              </w:rPr>
            </w:pPr>
            <w:r w:rsidRPr="002112E1">
              <w:rPr>
                <w:b/>
                <w:sz w:val="16"/>
                <w:lang w:val="ro-RO"/>
              </w:rPr>
              <w:t xml:space="preserve"> 6. </w:t>
            </w:r>
            <w:r w:rsidRPr="002112E1">
              <w:rPr>
                <w:b/>
                <w:color w:val="000000"/>
                <w:sz w:val="18"/>
                <w:lang w:val="ro-RO"/>
              </w:rPr>
              <w:t>DATA ȘI SEMNĂTURA</w:t>
            </w:r>
          </w:p>
        </w:tc>
      </w:tr>
      <w:tr w:rsidR="007A6244" w:rsidRPr="002112E1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Pr="002112E1" w:rsidRDefault="00000000">
            <w:pPr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Data</w:t>
            </w:r>
          </w:p>
          <w:p w14:paraId="00AF9847" w14:textId="77777777" w:rsidR="007A6244" w:rsidRPr="002112E1" w:rsidRDefault="007A6244">
            <w:pPr>
              <w:rPr>
                <w:lang w:val="ro-RO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Pr="002112E1" w:rsidRDefault="00000000">
            <w:pPr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Titularul autorizației</w:t>
            </w:r>
          </w:p>
          <w:p w14:paraId="7EABFA92" w14:textId="77777777" w:rsidR="007A6244" w:rsidRPr="002112E1" w:rsidRDefault="007A6244">
            <w:pPr>
              <w:rPr>
                <w:lang w:val="ro-RO"/>
              </w:rPr>
            </w:pP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Pr="002112E1" w:rsidRDefault="00000000">
            <w:pPr>
              <w:rPr>
                <w:lang w:val="ro-RO"/>
              </w:rPr>
            </w:pPr>
            <w:r w:rsidRPr="002112E1">
              <w:rPr>
                <w:b/>
                <w:color w:val="0D5F78"/>
                <w:lang w:val="ro-RO"/>
              </w:rPr>
              <w:t>Semnătura</w:t>
            </w:r>
          </w:p>
          <w:p w14:paraId="189E4DCE" w14:textId="77777777" w:rsidR="007A6244" w:rsidRPr="002112E1" w:rsidRDefault="007A6244">
            <w:pPr>
              <w:rPr>
                <w:lang w:val="ro-RO"/>
              </w:rPr>
            </w:pPr>
          </w:p>
        </w:tc>
      </w:tr>
    </w:tbl>
    <w:p w14:paraId="19AD975D" w14:textId="77777777" w:rsidR="007A6244" w:rsidRPr="002112E1" w:rsidRDefault="007A6244">
      <w:pPr>
        <w:spacing w:line="168" w:lineRule="auto"/>
        <w:rPr>
          <w:lang w:val="ro-RO"/>
        </w:rPr>
      </w:pPr>
    </w:p>
    <w:sectPr w:rsidR="007A6244" w:rsidRPr="002112E1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BF56D" w14:textId="77777777" w:rsidR="00586672" w:rsidRDefault="00586672">
      <w:r>
        <w:separator/>
      </w:r>
    </w:p>
  </w:endnote>
  <w:endnote w:type="continuationSeparator" w:id="0">
    <w:p w14:paraId="31AEF070" w14:textId="77777777" w:rsidR="00586672" w:rsidRDefault="00586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000000">
    <w:pPr>
      <w:pStyle w:val="Subsol"/>
      <w:tabs>
        <w:tab w:val="right" w:pos="9639"/>
      </w:tabs>
    </w:pPr>
    <w:r>
      <w:rPr>
        <w:color w:val="595959"/>
      </w:rPr>
      <w:t>F_A_02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BA87C" w14:textId="77777777" w:rsidR="00586672" w:rsidRDefault="00586672">
      <w:r>
        <w:separator/>
      </w:r>
    </w:p>
  </w:footnote>
  <w:footnote w:type="continuationSeparator" w:id="0">
    <w:p w14:paraId="18241487" w14:textId="77777777" w:rsidR="00586672" w:rsidRDefault="00586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A7A"/>
    <w:rsid w:val="000E68CF"/>
    <w:rsid w:val="0015074B"/>
    <w:rsid w:val="002112E1"/>
    <w:rsid w:val="0029639D"/>
    <w:rsid w:val="00326F90"/>
    <w:rsid w:val="003A1CE3"/>
    <w:rsid w:val="004E7DF2"/>
    <w:rsid w:val="004F205C"/>
    <w:rsid w:val="0054100C"/>
    <w:rsid w:val="0054334F"/>
    <w:rsid w:val="00581C78"/>
    <w:rsid w:val="00586672"/>
    <w:rsid w:val="0061340B"/>
    <w:rsid w:val="00672B7F"/>
    <w:rsid w:val="006C103E"/>
    <w:rsid w:val="006D3AEC"/>
    <w:rsid w:val="007A6244"/>
    <w:rsid w:val="007F2503"/>
    <w:rsid w:val="009C5408"/>
    <w:rsid w:val="009D5BC3"/>
    <w:rsid w:val="00AA1D8D"/>
    <w:rsid w:val="00B46328"/>
    <w:rsid w:val="00B47730"/>
    <w:rsid w:val="00B72CA4"/>
    <w:rsid w:val="00CB0664"/>
    <w:rsid w:val="00CD32AD"/>
    <w:rsid w:val="00CD3774"/>
    <w:rsid w:val="00D21BCF"/>
    <w:rsid w:val="00D25200"/>
    <w:rsid w:val="00DA0E1D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230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Asus2</cp:lastModifiedBy>
  <cp:revision>8</cp:revision>
  <dcterms:created xsi:type="dcterms:W3CDTF">2013-12-23T23:15:00Z</dcterms:created>
  <dcterms:modified xsi:type="dcterms:W3CDTF">2026-09-23T12:13:00Z</dcterms:modified>
  <cp:category/>
</cp:coreProperties>
</file>