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8102" w14:textId="77777777" w:rsidR="00486273" w:rsidRPr="003568FC" w:rsidRDefault="00486273">
      <w:pPr>
        <w:spacing w:line="168" w:lineRule="auto"/>
        <w:rPr>
          <w:lang w:val="ro-RO"/>
        </w:rPr>
      </w:pPr>
    </w:p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B3431C" w:rsidRPr="00C01E58" w14:paraId="7C1DBBE3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38CE6696" w14:textId="692ED905" w:rsidR="00B3431C" w:rsidRPr="00C01E58" w:rsidRDefault="00B3431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61424EFF" w14:textId="77777777" w:rsidR="00B3431C" w:rsidRPr="00C01E58" w:rsidRDefault="00B3431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47DD89EB" w14:textId="77777777" w:rsidR="00B3431C" w:rsidRDefault="00B3431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D81A4A" wp14:editId="1F754ABF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F16C60" w14:textId="77777777" w:rsidR="00B3431C" w:rsidRDefault="00B3431C" w:rsidP="00B3431C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AD75DE3" w14:textId="30B6A042" w:rsidR="00B3431C" w:rsidRPr="00072389" w:rsidRDefault="00EC2210" w:rsidP="00B3431C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 STUDINA</w:t>
                                  </w:r>
                                </w:p>
                                <w:p w14:paraId="6339C473" w14:textId="77777777" w:rsidR="00B3431C" w:rsidRPr="00072389" w:rsidRDefault="00B3431C" w:rsidP="00B3431C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3A325AB3" w14:textId="77777777" w:rsidR="00B3431C" w:rsidRPr="00F37AD5" w:rsidRDefault="00B3431C" w:rsidP="00B3431C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D81A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0AF16C60" w14:textId="77777777" w:rsidR="00B3431C" w:rsidRDefault="00B3431C" w:rsidP="00B3431C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6AD75DE3" w14:textId="30B6A042" w:rsidR="00B3431C" w:rsidRPr="00072389" w:rsidRDefault="00EC2210" w:rsidP="00B3431C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 STUDINA</w:t>
                            </w:r>
                          </w:p>
                          <w:p w14:paraId="6339C473" w14:textId="77777777" w:rsidR="00B3431C" w:rsidRPr="00072389" w:rsidRDefault="00B3431C" w:rsidP="00B3431C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3A325AB3" w14:textId="77777777" w:rsidR="00B3431C" w:rsidRPr="00F37AD5" w:rsidRDefault="00B3431C" w:rsidP="00B3431C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1900CAD3" w14:textId="77777777" w:rsidR="00B3431C" w:rsidRPr="00C01E58" w:rsidRDefault="00B3431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4E71BAF2" w14:textId="77777777" w:rsidR="00B3431C" w:rsidRPr="00C01E58" w:rsidRDefault="00B3431C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B3431C" w:rsidRPr="00C01E58" w14:paraId="08AFBC0C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1BBDFBD6" w14:textId="77777777" w:rsidR="00B3431C" w:rsidRPr="00C01E58" w:rsidRDefault="00B3431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62730AB2" w14:textId="77777777" w:rsidR="00B3431C" w:rsidRPr="00C01E58" w:rsidRDefault="00B3431C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726E3337" w14:textId="19E82511" w:rsidR="00B3431C" w:rsidRPr="00C01E58" w:rsidRDefault="00EC2210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 STUDINA</w:t>
            </w:r>
            <w:r w:rsidR="00B3431C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B3431C" w:rsidRPr="00C01E58" w14:paraId="0F7AB285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58CDBD99" w14:textId="77777777" w:rsidR="00B3431C" w:rsidRPr="00C01E58" w:rsidRDefault="00B3431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67EF7AFC" w14:textId="77777777" w:rsidR="00B3431C" w:rsidRPr="00C01E58" w:rsidRDefault="00B3431C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94DFEAB" w14:textId="2AFC5F5B" w:rsidR="00B3431C" w:rsidRPr="00C01E58" w:rsidRDefault="00B3431C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80422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702FE040" w14:textId="77777777" w:rsidR="00B3431C" w:rsidRPr="00C01E58" w:rsidRDefault="00B3431C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4DDB176A" w14:textId="2C9D3ADC" w:rsidR="00EC2210" w:rsidRPr="00EC2210" w:rsidRDefault="00EC2210" w:rsidP="00EC2210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EC2210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691E0DAE" w14:textId="77777777" w:rsidR="00EC2210" w:rsidRPr="00EC2210" w:rsidRDefault="00EC2210" w:rsidP="00EC2210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EC2210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0E5FE256" w14:textId="40FFB3B0" w:rsidR="00B3431C" w:rsidRPr="00C01E58" w:rsidRDefault="00EC2210" w:rsidP="00EC2210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EC2210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B3431C" w:rsidRPr="00C01E58" w14:paraId="72AFADA4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711F5169" w14:textId="77777777" w:rsidR="00B3431C" w:rsidRPr="00C01E58" w:rsidRDefault="00B3431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598312B8" w14:textId="77777777" w:rsidR="00B3431C" w:rsidRPr="00C01E58" w:rsidRDefault="00B3431C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1471F423" w14:textId="77777777" w:rsidR="00B3431C" w:rsidRPr="00C01E58" w:rsidRDefault="00B3431C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B3431C" w:rsidRPr="00C01E58" w14:paraId="5B3A1E33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58A55EFE" w14:textId="77777777" w:rsidR="00B3431C" w:rsidRPr="00C01E58" w:rsidRDefault="00B3431C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14B4EB5E" w14:textId="77777777" w:rsidR="00486273" w:rsidRPr="003568FC" w:rsidRDefault="00000000">
      <w:pPr>
        <w:spacing w:before="140" w:after="40"/>
        <w:jc w:val="center"/>
        <w:rPr>
          <w:lang w:val="ro-RO"/>
        </w:rPr>
      </w:pPr>
      <w:r w:rsidRPr="003568FC">
        <w:rPr>
          <w:b/>
          <w:sz w:val="34"/>
          <w:lang w:val="ro-RO"/>
        </w:rPr>
        <w:t>CERERE</w:t>
      </w:r>
    </w:p>
    <w:p w14:paraId="7BB62D1E" w14:textId="77777777" w:rsidR="00486273" w:rsidRPr="003568FC" w:rsidRDefault="00000000">
      <w:pPr>
        <w:spacing w:after="120"/>
        <w:jc w:val="center"/>
        <w:rPr>
          <w:lang w:val="ro-RO"/>
        </w:rPr>
      </w:pPr>
      <w:r w:rsidRPr="003568FC">
        <w:rPr>
          <w:sz w:val="19"/>
          <w:lang w:val="ro-RO"/>
        </w:rPr>
        <w:t>pentru emiterea avizului primarului</w:t>
      </w:r>
    </w:p>
    <w:p w14:paraId="16EDCC0A" w14:textId="77777777" w:rsidR="00486273" w:rsidRPr="003568FC" w:rsidRDefault="00486273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:rsidRPr="003568FC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sz w:val="16"/>
                <w:lang w:val="ro-RO"/>
              </w:rPr>
              <w:t xml:space="preserve"> 1. </w:t>
            </w:r>
            <w:r w:rsidRPr="003568FC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486273" w:rsidRPr="003568FC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Instituția</w:t>
            </w:r>
          </w:p>
          <w:p w14:paraId="66255FEB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i/>
                <w:color w:val="7A7A7A"/>
                <w:lang w:val="ro-RO"/>
              </w:rPr>
              <w:t>primăria municipiului / orașului / comunei · primăria de sector · consiliul județean</w:t>
            </w:r>
          </w:p>
          <w:p w14:paraId="42DDB7E0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</w:tr>
      <w:tr w:rsidR="00486273" w:rsidRPr="003568FC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3568FC" w:rsidRDefault="00000000">
            <w:pPr>
              <w:spacing w:line="228" w:lineRule="auto"/>
              <w:rPr>
                <w:lang w:val="ro-RO"/>
              </w:rPr>
            </w:pPr>
            <w:r w:rsidRPr="003568FC">
              <w:rPr>
                <w:lang w:val="ro-RO"/>
              </w:rPr>
              <w:t>Cererea va fi transmisă către</w:t>
            </w:r>
            <w:r w:rsidR="00191E62" w:rsidRPr="003568FC">
              <w:rPr>
                <w:lang w:val="ro-RO"/>
              </w:rPr>
              <w:t xml:space="preserve"> </w:t>
            </w:r>
            <w:r w:rsidRPr="003568FC">
              <w:rPr>
                <w:lang w:val="ro-RO"/>
              </w:rPr>
              <w:t>primarul general, primarul de sector sau primarul municipiului / orașului / comunei, după caz.</w:t>
            </w:r>
          </w:p>
        </w:tc>
      </w:tr>
    </w:tbl>
    <w:p w14:paraId="62AC7C6D" w14:textId="77777777" w:rsidR="00486273" w:rsidRPr="003568FC" w:rsidRDefault="0048627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:rsidRPr="003568FC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sz w:val="16"/>
                <w:lang w:val="ro-RO"/>
              </w:rPr>
              <w:t xml:space="preserve"> 2. </w:t>
            </w:r>
            <w:r w:rsidRPr="003568FC">
              <w:rPr>
                <w:b/>
                <w:color w:val="000000"/>
                <w:sz w:val="18"/>
                <w:lang w:val="ro-RO"/>
              </w:rPr>
              <w:t>SOLICITANTUL — INSTITUȚIA ARHITECTULUI-ȘEF</w:t>
            </w:r>
          </w:p>
        </w:tc>
      </w:tr>
      <w:tr w:rsidR="00486273" w:rsidRPr="003568FC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Pr="003568FC" w:rsidRDefault="00000000">
            <w:pPr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A județului / municipiului București</w:t>
            </w:r>
          </w:p>
          <w:p w14:paraId="4DF3D227" w14:textId="77777777" w:rsidR="00486273" w:rsidRPr="003568FC" w:rsidRDefault="00486273">
            <w:pPr>
              <w:rPr>
                <w:lang w:val="ro-RO"/>
              </w:rPr>
            </w:pPr>
          </w:p>
        </w:tc>
        <w:tc>
          <w:tcPr>
            <w:tcW w:w="5621" w:type="dxa"/>
          </w:tcPr>
          <w:p w14:paraId="1DD1F557" w14:textId="77777777" w:rsidR="00486273" w:rsidRPr="003568FC" w:rsidRDefault="00000000">
            <w:pPr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Reprezentată prin arhitect-șef</w:t>
            </w:r>
          </w:p>
          <w:p w14:paraId="1ABDD5E9" w14:textId="77777777" w:rsidR="00486273" w:rsidRPr="003568FC" w:rsidRDefault="00486273">
            <w:pPr>
              <w:rPr>
                <w:lang w:val="ro-RO"/>
              </w:rPr>
            </w:pPr>
          </w:p>
        </w:tc>
      </w:tr>
    </w:tbl>
    <w:p w14:paraId="2046D598" w14:textId="77777777" w:rsidR="00486273" w:rsidRPr="003568FC" w:rsidRDefault="0048627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:rsidRPr="003568FC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sz w:val="16"/>
                <w:lang w:val="ro-RO"/>
              </w:rPr>
              <w:t xml:space="preserve"> 3. </w:t>
            </w:r>
            <w:r w:rsidRPr="003568FC">
              <w:rPr>
                <w:b/>
                <w:color w:val="000000"/>
                <w:sz w:val="18"/>
                <w:lang w:val="ro-RO"/>
              </w:rPr>
              <w:t>SITUAȚIA LEGALĂ APLICABILĂ DIN COD</w:t>
            </w:r>
          </w:p>
        </w:tc>
      </w:tr>
      <w:tr w:rsidR="00486273" w:rsidRPr="003568FC" w14:paraId="56C7A99E" w14:textId="77777777">
        <w:trPr>
          <w:cantSplit/>
        </w:trPr>
        <w:tc>
          <w:tcPr>
            <w:tcW w:w="9636" w:type="dxa"/>
          </w:tcPr>
          <w:p w14:paraId="5B2FE095" w14:textId="6612E5F7" w:rsidR="00486273" w:rsidRPr="003568FC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37904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8F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568FC" w:rsidRPr="003568FC">
              <w:rPr>
                <w:sz w:val="16"/>
                <w:lang w:val="ro-RO"/>
              </w:rPr>
              <w:t xml:space="preserve">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:rsidRPr="003568FC" w14:paraId="03D9BE40" w14:textId="77777777">
        <w:trPr>
          <w:cantSplit/>
        </w:trPr>
        <w:tc>
          <w:tcPr>
            <w:tcW w:w="9636" w:type="dxa"/>
          </w:tcPr>
          <w:p w14:paraId="44C2E50B" w14:textId="5028D83D" w:rsidR="00486273" w:rsidRPr="003568FC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78542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8F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568FC" w:rsidRPr="003568FC">
              <w:rPr>
                <w:sz w:val="16"/>
                <w:lang w:val="ro-RO"/>
              </w:rPr>
              <w:t xml:space="preserve">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486273" w:rsidRPr="003568FC" w14:paraId="4C346D53" w14:textId="77777777">
        <w:trPr>
          <w:cantSplit/>
        </w:trPr>
        <w:tc>
          <w:tcPr>
            <w:tcW w:w="9636" w:type="dxa"/>
          </w:tcPr>
          <w:p w14:paraId="53645C44" w14:textId="6F6BF434" w:rsidR="00486273" w:rsidRPr="003568FC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80943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8F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568FC" w:rsidRPr="003568FC">
              <w:rPr>
                <w:sz w:val="16"/>
                <w:lang w:val="ro-RO"/>
              </w:rPr>
              <w:t xml:space="preserve">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Pr="003568FC" w:rsidRDefault="0048627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:rsidRPr="003568FC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sz w:val="16"/>
                <w:lang w:val="ro-RO"/>
              </w:rPr>
              <w:t xml:space="preserve"> 4. </w:t>
            </w:r>
            <w:r w:rsidRPr="003568FC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486273" w:rsidRPr="003568FC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4C6FB083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2049716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8F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3568FC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-203032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8F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3568FC">
              <w:rPr>
                <w:sz w:val="16"/>
                <w:lang w:val="ro-RO"/>
              </w:rPr>
              <w:t xml:space="preserve"> construcții</w:t>
            </w:r>
          </w:p>
        </w:tc>
      </w:tr>
      <w:tr w:rsidR="00486273" w:rsidRPr="003568FC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Județ</w:t>
            </w:r>
          </w:p>
          <w:p w14:paraId="42CAB644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75BF30C8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Municipiu / oraș / comună</w:t>
            </w:r>
          </w:p>
          <w:p w14:paraId="42BF5FF1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2D080FC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Sat / sector</w:t>
            </w:r>
          </w:p>
          <w:p w14:paraId="53F1149E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</w:tr>
      <w:tr w:rsidR="00486273" w:rsidRPr="003568FC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Cod poștal</w:t>
            </w:r>
          </w:p>
          <w:p w14:paraId="33907ED0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495DB359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Strada</w:t>
            </w:r>
          </w:p>
          <w:p w14:paraId="2AB6499B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E3284D8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Nr.</w:t>
            </w:r>
          </w:p>
          <w:p w14:paraId="631F1B86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3B6FC157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Bl. / sc. / et. / ap.</w:t>
            </w:r>
          </w:p>
          <w:p w14:paraId="49590264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</w:tr>
      <w:tr w:rsidR="00486273" w:rsidRPr="003568FC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Număr cadastral</w:t>
            </w:r>
          </w:p>
          <w:p w14:paraId="58F9732C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i/>
                <w:color w:val="7A7A7A"/>
                <w:lang w:val="ro-RO"/>
              </w:rPr>
              <w:t>dacă imobilul e înscris în e-Terra</w:t>
            </w:r>
          </w:p>
          <w:p w14:paraId="74C4493B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Carte funciară nr.</w:t>
            </w:r>
          </w:p>
          <w:p w14:paraId="3C8287AC" w14:textId="77777777" w:rsidR="00486273" w:rsidRPr="003568FC" w:rsidRDefault="00486273">
            <w:pPr>
              <w:keepNext/>
              <w:rPr>
                <w:lang w:val="ro-RO"/>
              </w:rPr>
            </w:pPr>
          </w:p>
        </w:tc>
      </w:tr>
    </w:tbl>
    <w:p w14:paraId="7C2B1DEA" w14:textId="77777777" w:rsidR="00486273" w:rsidRPr="003568FC" w:rsidRDefault="0048627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:rsidRPr="003568FC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sz w:val="16"/>
                <w:lang w:val="ro-RO"/>
              </w:rPr>
              <w:t xml:space="preserve"> 5. </w:t>
            </w:r>
            <w:r w:rsidRPr="003568FC">
              <w:rPr>
                <w:b/>
                <w:color w:val="000000"/>
                <w:sz w:val="18"/>
                <w:lang w:val="ro-RO"/>
              </w:rPr>
              <w:t>ANEXEZ PREZENTEI</w:t>
            </w:r>
          </w:p>
        </w:tc>
      </w:tr>
      <w:tr w:rsidR="00486273" w:rsidRPr="003568FC" w14:paraId="6D4D9951" w14:textId="77777777">
        <w:trPr>
          <w:cantSplit/>
        </w:trPr>
        <w:tc>
          <w:tcPr>
            <w:tcW w:w="9636" w:type="dxa"/>
          </w:tcPr>
          <w:p w14:paraId="3CB7ABFB" w14:textId="302A4F06" w:rsidR="00486273" w:rsidRPr="003568FC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29410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8F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568FC" w:rsidRPr="003568FC">
              <w:rPr>
                <w:sz w:val="16"/>
                <w:lang w:val="ro-RO"/>
              </w:rPr>
              <w:t xml:space="preserve"> copie după Certificatul de urbanism, împreună cu planurile-anexă</w:t>
            </w:r>
          </w:p>
        </w:tc>
      </w:tr>
    </w:tbl>
    <w:p w14:paraId="54FFB029" w14:textId="77777777" w:rsidR="00486273" w:rsidRPr="003568FC" w:rsidRDefault="0048627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:rsidRPr="003568FC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Pr="003568FC" w:rsidRDefault="00000000">
            <w:pPr>
              <w:keepNext/>
              <w:rPr>
                <w:lang w:val="ro-RO"/>
              </w:rPr>
            </w:pPr>
            <w:r w:rsidRPr="003568FC">
              <w:rPr>
                <w:b/>
                <w:sz w:val="16"/>
                <w:lang w:val="ro-RO"/>
              </w:rPr>
              <w:t xml:space="preserve"> 6. </w:t>
            </w:r>
            <w:r w:rsidRPr="003568FC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486273" w:rsidRPr="003568FC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Pr="003568FC" w:rsidRDefault="00000000">
            <w:pPr>
              <w:keepNext/>
              <w:spacing w:line="228" w:lineRule="auto"/>
              <w:rPr>
                <w:lang w:val="ro-RO"/>
              </w:rPr>
            </w:pPr>
            <w:r w:rsidRPr="003568FC">
              <w:rPr>
                <w:i/>
                <w:sz w:val="17"/>
                <w:lang w:val="ro-RO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:rsidRPr="003568FC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Pr="003568FC" w:rsidRDefault="00000000">
            <w:pPr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Data</w:t>
            </w:r>
          </w:p>
          <w:p w14:paraId="39B034CF" w14:textId="77777777" w:rsidR="00486273" w:rsidRPr="003568FC" w:rsidRDefault="00486273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37E6BC38" w14:textId="77777777" w:rsidR="00486273" w:rsidRPr="003568FC" w:rsidRDefault="00000000">
            <w:pPr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Arhitectul-șef</w:t>
            </w:r>
          </w:p>
          <w:p w14:paraId="29CF9413" w14:textId="77777777" w:rsidR="00486273" w:rsidRPr="003568FC" w:rsidRDefault="00486273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1B706DAD" w14:textId="77777777" w:rsidR="00486273" w:rsidRPr="003568FC" w:rsidRDefault="00000000">
            <w:pPr>
              <w:rPr>
                <w:lang w:val="ro-RO"/>
              </w:rPr>
            </w:pPr>
            <w:r w:rsidRPr="003568FC">
              <w:rPr>
                <w:b/>
                <w:color w:val="0D5F78"/>
                <w:lang w:val="ro-RO"/>
              </w:rPr>
              <w:t>Semnătura</w:t>
            </w:r>
          </w:p>
          <w:p w14:paraId="432C5858" w14:textId="77777777" w:rsidR="00486273" w:rsidRPr="003568FC" w:rsidRDefault="00486273">
            <w:pPr>
              <w:rPr>
                <w:lang w:val="ro-RO"/>
              </w:rPr>
            </w:pPr>
          </w:p>
        </w:tc>
      </w:tr>
    </w:tbl>
    <w:p w14:paraId="73AC14C6" w14:textId="77777777" w:rsidR="00486273" w:rsidRPr="003568FC" w:rsidRDefault="00486273">
      <w:pPr>
        <w:spacing w:line="168" w:lineRule="auto"/>
        <w:rPr>
          <w:lang w:val="ro-RO"/>
        </w:rPr>
      </w:pPr>
    </w:p>
    <w:sectPr w:rsidR="00486273" w:rsidRPr="003568FC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A5D5F" w14:textId="77777777" w:rsidR="00FA2003" w:rsidRDefault="00FA2003">
      <w:r>
        <w:separator/>
      </w:r>
    </w:p>
  </w:endnote>
  <w:endnote w:type="continuationSeparator" w:id="0">
    <w:p w14:paraId="2FE2C681" w14:textId="77777777" w:rsidR="00FA2003" w:rsidRDefault="00FA2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000000">
    <w:pPr>
      <w:pStyle w:val="Subsol"/>
      <w:tabs>
        <w:tab w:val="right" w:pos="9639"/>
      </w:tabs>
    </w:pPr>
    <w:r>
      <w:rPr>
        <w:color w:val="595959"/>
      </w:rPr>
      <w:t>F_A_05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97914" w14:textId="77777777" w:rsidR="00FA2003" w:rsidRDefault="00FA2003">
      <w:r>
        <w:separator/>
      </w:r>
    </w:p>
  </w:footnote>
  <w:footnote w:type="continuationSeparator" w:id="0">
    <w:p w14:paraId="0B6BB16A" w14:textId="77777777" w:rsidR="00FA2003" w:rsidRDefault="00FA2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E62"/>
    <w:rsid w:val="0029271F"/>
    <w:rsid w:val="0029639D"/>
    <w:rsid w:val="002E4650"/>
    <w:rsid w:val="00326F90"/>
    <w:rsid w:val="003568FC"/>
    <w:rsid w:val="00441E65"/>
    <w:rsid w:val="00472D78"/>
    <w:rsid w:val="00486273"/>
    <w:rsid w:val="004E7DF2"/>
    <w:rsid w:val="004F205C"/>
    <w:rsid w:val="006C103E"/>
    <w:rsid w:val="006D3AEC"/>
    <w:rsid w:val="0080422F"/>
    <w:rsid w:val="008314A9"/>
    <w:rsid w:val="009A3DC9"/>
    <w:rsid w:val="009D75CC"/>
    <w:rsid w:val="00AA1D8D"/>
    <w:rsid w:val="00AE3508"/>
    <w:rsid w:val="00AF2B6B"/>
    <w:rsid w:val="00B3431C"/>
    <w:rsid w:val="00B47730"/>
    <w:rsid w:val="00BE3F35"/>
    <w:rsid w:val="00BF1812"/>
    <w:rsid w:val="00C66E39"/>
    <w:rsid w:val="00C8319C"/>
    <w:rsid w:val="00CB0664"/>
    <w:rsid w:val="00DE4F6E"/>
    <w:rsid w:val="00E61A6B"/>
    <w:rsid w:val="00EC2210"/>
    <w:rsid w:val="00FA20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8</cp:revision>
  <dcterms:created xsi:type="dcterms:W3CDTF">2013-12-23T23:15:00Z</dcterms:created>
  <dcterms:modified xsi:type="dcterms:W3CDTF">2026-09-23T12:14:00Z</dcterms:modified>
  <cp:category/>
</cp:coreProperties>
</file>