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40269F" w:rsidRPr="00C01E58" w14:paraId="003FF6A7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3F7C65D8" w14:textId="1FB6199E" w:rsidR="0040269F" w:rsidRPr="00C01E58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225BE6C3" w14:textId="77777777" w:rsidR="0040269F" w:rsidRPr="00C01E58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3AB091C5" w14:textId="77777777" w:rsidR="0040269F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BF9E27" wp14:editId="3323268B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73829A" w14:textId="77777777" w:rsidR="0040269F" w:rsidRDefault="0040269F" w:rsidP="0040269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D6631F9" w14:textId="522C3814" w:rsidR="0040269F" w:rsidRPr="00072389" w:rsidRDefault="00F93F2C" w:rsidP="0040269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04980A1B" w14:textId="77777777" w:rsidR="0040269F" w:rsidRPr="00072389" w:rsidRDefault="0040269F" w:rsidP="0040269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57C86FF8" w14:textId="77777777" w:rsidR="0040269F" w:rsidRPr="00F37AD5" w:rsidRDefault="0040269F" w:rsidP="0040269F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BF9E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5F73829A" w14:textId="77777777" w:rsidR="0040269F" w:rsidRDefault="0040269F" w:rsidP="0040269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6D6631F9" w14:textId="522C3814" w:rsidR="0040269F" w:rsidRPr="00072389" w:rsidRDefault="00F93F2C" w:rsidP="0040269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04980A1B" w14:textId="77777777" w:rsidR="0040269F" w:rsidRPr="00072389" w:rsidRDefault="0040269F" w:rsidP="0040269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57C86FF8" w14:textId="77777777" w:rsidR="0040269F" w:rsidRPr="00F37AD5" w:rsidRDefault="0040269F" w:rsidP="0040269F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2D4FE9F" w14:textId="77777777" w:rsidR="0040269F" w:rsidRPr="00C01E58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038DB3F" w14:textId="77777777" w:rsidR="0040269F" w:rsidRPr="00C01E58" w:rsidRDefault="0040269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40269F" w:rsidRPr="00C01E58" w14:paraId="09FB8928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30E61453" w14:textId="77777777" w:rsidR="0040269F" w:rsidRPr="00C01E58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05A67BB7" w14:textId="77777777" w:rsidR="0040269F" w:rsidRPr="00C01E58" w:rsidRDefault="0040269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EE4C8E3" w14:textId="39021395" w:rsidR="0040269F" w:rsidRPr="00C01E58" w:rsidRDefault="00F93F2C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 STUDINA</w:t>
            </w:r>
            <w:r w:rsidR="0040269F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40269F" w:rsidRPr="00C01E58" w14:paraId="26F418A4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11C96B19" w14:textId="77777777" w:rsidR="0040269F" w:rsidRPr="00C01E58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771E4DF5" w14:textId="77777777" w:rsidR="0040269F" w:rsidRPr="00C01E58" w:rsidRDefault="0040269F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0A1B2D4" w14:textId="5F59BCAE" w:rsidR="0040269F" w:rsidRPr="00C01E58" w:rsidRDefault="0040269F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DE6566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36564E8D" w14:textId="77777777" w:rsidR="0040269F" w:rsidRPr="00C01E58" w:rsidRDefault="0040269F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8F79365" w14:textId="77777777" w:rsidR="00F93F2C" w:rsidRPr="00F93F2C" w:rsidRDefault="00F93F2C" w:rsidP="00F93F2C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F93F2C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7CDE6746" w14:textId="77777777" w:rsidR="00F93F2C" w:rsidRPr="00F93F2C" w:rsidRDefault="00F93F2C" w:rsidP="00F93F2C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F93F2C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3CB5D689" w14:textId="7B2CE39C" w:rsidR="0040269F" w:rsidRPr="00C01E58" w:rsidRDefault="00F93F2C" w:rsidP="00F93F2C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F93F2C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40269F" w:rsidRPr="00C01E58" w14:paraId="1F6BA3BE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7D62215E" w14:textId="77777777" w:rsidR="0040269F" w:rsidRPr="00C01E58" w:rsidRDefault="0040269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38A71287" w14:textId="77777777" w:rsidR="0040269F" w:rsidRPr="00C01E58" w:rsidRDefault="0040269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7C7E96C9" w14:textId="77777777" w:rsidR="0040269F" w:rsidRPr="00C01E58" w:rsidRDefault="0040269F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40269F" w:rsidRPr="00C01E58" w14:paraId="58E0CFDB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7F757A46" w14:textId="77777777" w:rsidR="0040269F" w:rsidRPr="00C01E58" w:rsidRDefault="0040269F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109DC34E" w14:textId="77777777" w:rsidR="00A11ECC" w:rsidRPr="00E065A9" w:rsidRDefault="00A11ECC">
      <w:pPr>
        <w:spacing w:line="168" w:lineRule="auto"/>
        <w:rPr>
          <w:lang w:val="ro-RO"/>
        </w:rPr>
      </w:pPr>
    </w:p>
    <w:p w14:paraId="0F5A4CDF" w14:textId="77777777" w:rsidR="00A11ECC" w:rsidRPr="00E065A9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E065A9">
        <w:rPr>
          <w:b/>
          <w:sz w:val="28"/>
          <w:szCs w:val="28"/>
          <w:lang w:val="ro-RO"/>
        </w:rPr>
        <w:t>ÎNȘTIINȚARE</w:t>
      </w:r>
    </w:p>
    <w:p w14:paraId="1643D012" w14:textId="77777777" w:rsidR="00A11ECC" w:rsidRPr="00E065A9" w:rsidRDefault="00000000">
      <w:pPr>
        <w:spacing w:after="120"/>
        <w:jc w:val="center"/>
        <w:rPr>
          <w:lang w:val="ro-RO"/>
        </w:rPr>
      </w:pPr>
      <w:r w:rsidRPr="00E065A9">
        <w:rPr>
          <w:sz w:val="19"/>
          <w:lang w:val="ro-RO"/>
        </w:rPr>
        <w:t>privind începerea execuției lucrărilor</w:t>
      </w:r>
    </w:p>
    <w:p w14:paraId="4291F9D6" w14:textId="77777777" w:rsidR="00A11ECC" w:rsidRPr="00E065A9" w:rsidRDefault="00A11ECC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E065A9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sz w:val="16"/>
                <w:lang w:val="ro-RO"/>
              </w:rPr>
              <w:t xml:space="preserve"> 1. </w:t>
            </w:r>
            <w:r w:rsidRPr="00E065A9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A11ECC" w:rsidRPr="00E065A9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Instituția</w:t>
            </w:r>
          </w:p>
          <w:p w14:paraId="2804ABDC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5641DACE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065A9" w:rsidRDefault="00000000">
            <w:pPr>
              <w:spacing w:line="228" w:lineRule="auto"/>
              <w:rPr>
                <w:lang w:val="ro-RO"/>
              </w:rPr>
            </w:pPr>
            <w:r w:rsidRPr="00E065A9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3FD1D3DB" w14:textId="77777777" w:rsidR="00A11ECC" w:rsidRPr="00E065A9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E065A9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sz w:val="16"/>
                <w:lang w:val="ro-RO"/>
              </w:rPr>
              <w:t xml:space="preserve"> 2. </w:t>
            </w:r>
            <w:r w:rsidRPr="00E065A9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A11ECC" w:rsidRPr="00E065A9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Nume și prenume</w:t>
            </w:r>
          </w:p>
          <w:p w14:paraId="45C36B89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CNP</w:t>
            </w:r>
          </w:p>
          <w:p w14:paraId="4E9C5560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sz w:val="16"/>
                <w:lang w:val="ro-RO"/>
              </w:rPr>
              <w:t xml:space="preserve"> Act de identitate</w:t>
            </w:r>
          </w:p>
        </w:tc>
      </w:tr>
      <w:tr w:rsidR="00A11ECC" w:rsidRPr="00E065A9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Seria</w:t>
            </w:r>
          </w:p>
          <w:p w14:paraId="3DE6E8D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5E7E72CA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Numărul</w:t>
            </w:r>
          </w:p>
          <w:p w14:paraId="3406A505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Eliberat de</w:t>
            </w:r>
          </w:p>
          <w:p w14:paraId="50D7D510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315ACF2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La data</w:t>
            </w:r>
          </w:p>
          <w:p w14:paraId="7198632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sz w:val="16"/>
                <w:lang w:val="ro-RO"/>
              </w:rPr>
              <w:t xml:space="preserve"> Domiciliul</w:t>
            </w:r>
          </w:p>
        </w:tc>
      </w:tr>
      <w:tr w:rsidR="00A11ECC" w:rsidRPr="00E065A9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Județul</w:t>
            </w:r>
          </w:p>
          <w:p w14:paraId="52501A06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Municipiul / orașul / comuna</w:t>
            </w:r>
          </w:p>
          <w:p w14:paraId="2606FFF2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Satul / sectorul</w:t>
            </w:r>
          </w:p>
          <w:p w14:paraId="07EED8E4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Strada</w:t>
            </w:r>
          </w:p>
          <w:p w14:paraId="09EA4587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B7A03A3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Nr.</w:t>
            </w:r>
          </w:p>
          <w:p w14:paraId="12EA7BE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489F1D5C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Sc.</w:t>
            </w:r>
          </w:p>
          <w:p w14:paraId="1B363C39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AB11C78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Et.</w:t>
            </w:r>
          </w:p>
          <w:p w14:paraId="479DDF3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E882C1A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Ap.</w:t>
            </w:r>
          </w:p>
          <w:p w14:paraId="191097FF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CA3CE1B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Cod poștal</w:t>
            </w:r>
          </w:p>
          <w:p w14:paraId="2326ABB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D955C86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Țara</w:t>
            </w:r>
          </w:p>
          <w:p w14:paraId="060B558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sz w:val="16"/>
                <w:lang w:val="ro-RO"/>
              </w:rPr>
              <w:t xml:space="preserve"> Date de contact</w:t>
            </w:r>
          </w:p>
        </w:tc>
      </w:tr>
      <w:tr w:rsidR="00A11ECC" w:rsidRPr="00E065A9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Telefon / fax</w:t>
            </w:r>
          </w:p>
          <w:p w14:paraId="0187BF30" w14:textId="77777777" w:rsidR="00A11ECC" w:rsidRPr="00E065A9" w:rsidRDefault="00A11ECC">
            <w:pPr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E-mail</w:t>
            </w:r>
          </w:p>
          <w:p w14:paraId="5177F214" w14:textId="77777777" w:rsidR="00A11ECC" w:rsidRPr="00E065A9" w:rsidRDefault="00A11ECC">
            <w:pPr>
              <w:rPr>
                <w:lang w:val="ro-RO"/>
              </w:rPr>
            </w:pPr>
          </w:p>
        </w:tc>
      </w:tr>
    </w:tbl>
    <w:p w14:paraId="5C86987D" w14:textId="77777777" w:rsidR="00A11ECC" w:rsidRPr="00E065A9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E065A9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sz w:val="16"/>
                <w:lang w:val="ro-RO"/>
              </w:rPr>
              <w:t xml:space="preserve"> 3. </w:t>
            </w:r>
            <w:r w:rsidRPr="00E065A9">
              <w:rPr>
                <w:b/>
                <w:color w:val="000000"/>
                <w:sz w:val="18"/>
                <w:lang w:val="ro-RO"/>
              </w:rPr>
              <w:t>TITULAR AL AUTORIZAȚIEI DE CONSTRUIRE / DESFIINȚARE</w:t>
            </w:r>
          </w:p>
        </w:tc>
      </w:tr>
      <w:tr w:rsidR="00A11ECC" w:rsidRPr="00E065A9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Nr.</w:t>
            </w:r>
          </w:p>
          <w:p w14:paraId="40DB982C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4369B01E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Din data</w:t>
            </w:r>
          </w:p>
          <w:p w14:paraId="48964A76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5621" w:type="dxa"/>
          </w:tcPr>
          <w:p w14:paraId="48B3695B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Emisă de</w:t>
            </w:r>
          </w:p>
          <w:p w14:paraId="25DDB5C1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E065A9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Denumirea lucrării, capacitatea și categoria de lucrări din autorizație</w:t>
            </w:r>
          </w:p>
          <w:p w14:paraId="109F0125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în valoare de (lei)</w:t>
            </w:r>
          </w:p>
          <w:p w14:paraId="1A278680" w14:textId="77777777" w:rsidR="00A11ECC" w:rsidRPr="00E065A9" w:rsidRDefault="00A11ECC">
            <w:pPr>
              <w:rPr>
                <w:lang w:val="ro-RO"/>
              </w:rPr>
            </w:pPr>
          </w:p>
        </w:tc>
      </w:tr>
    </w:tbl>
    <w:p w14:paraId="63EF26CC" w14:textId="77777777" w:rsidR="00A11ECC" w:rsidRPr="00E065A9" w:rsidRDefault="00A11ECC">
      <w:pPr>
        <w:spacing w:line="168" w:lineRule="auto"/>
        <w:rPr>
          <w:lang w:val="ro-RO"/>
        </w:rPr>
      </w:pPr>
    </w:p>
    <w:p w14:paraId="504C3BAB" w14:textId="7646A303" w:rsidR="00A11ECC" w:rsidRPr="00E065A9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  <w:lang w:val="ro-RO"/>
        </w:rPr>
      </w:pPr>
      <w:r w:rsidRPr="00E065A9">
        <w:rPr>
          <w:b/>
          <w:sz w:val="34"/>
          <w:lang w:val="ro-RO"/>
        </w:rPr>
        <w:tab/>
      </w:r>
      <w:r w:rsidRPr="00E065A9">
        <w:rPr>
          <w:b/>
          <w:sz w:val="28"/>
          <w:szCs w:val="28"/>
          <w:lang w:val="ro-RO"/>
        </w:rPr>
        <w:t>ADUC LA CUNOȘTINȚĂ</w:t>
      </w:r>
      <w:r w:rsidRPr="00E065A9">
        <w:rPr>
          <w:b/>
          <w:sz w:val="28"/>
          <w:szCs w:val="28"/>
          <w:lang w:val="ro-RO"/>
        </w:rPr>
        <w:tab/>
      </w:r>
    </w:p>
    <w:p w14:paraId="1799DE9F" w14:textId="77777777" w:rsidR="00A11ECC" w:rsidRPr="00E065A9" w:rsidRDefault="00A11ECC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E065A9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Că la data de</w:t>
            </w:r>
          </w:p>
          <w:p w14:paraId="2A3EFF1D" w14:textId="77777777" w:rsidR="00A11ECC" w:rsidRPr="00E065A9" w:rsidRDefault="00A11ECC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4DCDBC6C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ora</w:t>
            </w:r>
          </w:p>
          <w:p w14:paraId="68C2609C" w14:textId="77777777" w:rsidR="00A11ECC" w:rsidRPr="00E065A9" w:rsidRDefault="00A11ECC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040137A9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vor începe lucrările de construcții autorizate</w:t>
            </w:r>
          </w:p>
          <w:p w14:paraId="3DC112F4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i/>
                <w:color w:val="7A7A7A"/>
                <w:lang w:val="ro-RO"/>
              </w:rPr>
              <w:t>pentru imobilul de mai jos</w:t>
            </w:r>
          </w:p>
          <w:p w14:paraId="3300FC33" w14:textId="77777777" w:rsidR="00A11ECC" w:rsidRPr="00E065A9" w:rsidRDefault="00A11ECC">
            <w:pPr>
              <w:rPr>
                <w:lang w:val="ro-RO"/>
              </w:rPr>
            </w:pPr>
          </w:p>
        </w:tc>
      </w:tr>
    </w:tbl>
    <w:p w14:paraId="432CEB30" w14:textId="77777777" w:rsidR="00A11ECC" w:rsidRPr="00E065A9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E065A9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sz w:val="16"/>
                <w:lang w:val="ro-RO"/>
              </w:rPr>
              <w:t xml:space="preserve"> 4. </w:t>
            </w:r>
            <w:r w:rsidRPr="00E065A9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A11ECC" w:rsidRPr="00E065A9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BC3DD1D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75806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3C8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E065A9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14367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3C8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E065A9">
              <w:rPr>
                <w:sz w:val="16"/>
                <w:lang w:val="ro-RO"/>
              </w:rPr>
              <w:t xml:space="preserve"> construcții</w:t>
            </w:r>
          </w:p>
        </w:tc>
      </w:tr>
      <w:tr w:rsidR="00A11ECC" w:rsidRPr="00E065A9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Județ</w:t>
            </w:r>
          </w:p>
          <w:p w14:paraId="010FC309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Municipiu / oraș / comună</w:t>
            </w:r>
          </w:p>
          <w:p w14:paraId="7A126BAD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Sat / sector</w:t>
            </w:r>
          </w:p>
          <w:p w14:paraId="0787ED05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Cod poștal</w:t>
            </w:r>
          </w:p>
          <w:p w14:paraId="07B4C970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Strada</w:t>
            </w:r>
          </w:p>
          <w:p w14:paraId="538D62A6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20E6D2B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Nr.</w:t>
            </w:r>
          </w:p>
          <w:p w14:paraId="2E7EF5EB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57AD1668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Bl. / sc. / et. / ap.</w:t>
            </w:r>
          </w:p>
          <w:p w14:paraId="26416C0C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  <w:tr w:rsidR="00A11ECC" w:rsidRPr="00E065A9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Număr cadastral</w:t>
            </w:r>
          </w:p>
          <w:p w14:paraId="3BE30373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i/>
                <w:color w:val="7A7A7A"/>
                <w:lang w:val="ro-RO"/>
              </w:rPr>
              <w:t>dacă imobilul e înscris în e-Terra</w:t>
            </w:r>
          </w:p>
          <w:p w14:paraId="0F081BC3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Carte funciară nr.</w:t>
            </w:r>
          </w:p>
          <w:p w14:paraId="202F2988" w14:textId="77777777" w:rsidR="00A11ECC" w:rsidRPr="00E065A9" w:rsidRDefault="00A11ECC">
            <w:pPr>
              <w:keepNext/>
              <w:rPr>
                <w:lang w:val="ro-RO"/>
              </w:rPr>
            </w:pPr>
          </w:p>
        </w:tc>
      </w:tr>
    </w:tbl>
    <w:p w14:paraId="30B8E0EC" w14:textId="77777777" w:rsidR="00A11ECC" w:rsidRPr="00E065A9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:rsidRPr="00E065A9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Pr="00E065A9" w:rsidRDefault="00000000">
            <w:pPr>
              <w:keepNext/>
              <w:rPr>
                <w:lang w:val="ro-RO"/>
              </w:rPr>
            </w:pPr>
            <w:r w:rsidRPr="00E065A9">
              <w:rPr>
                <w:b/>
                <w:sz w:val="16"/>
                <w:lang w:val="ro-RO"/>
              </w:rPr>
              <w:t xml:space="preserve"> 5. </w:t>
            </w:r>
            <w:r w:rsidRPr="00E065A9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A11ECC" w:rsidRPr="00E065A9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Data</w:t>
            </w:r>
          </w:p>
          <w:p w14:paraId="45065743" w14:textId="77777777" w:rsidR="00A11ECC" w:rsidRPr="00E065A9" w:rsidRDefault="00A11ECC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1F4E7ECE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Titularul autorizației</w:t>
            </w:r>
          </w:p>
          <w:p w14:paraId="21637A08" w14:textId="77777777" w:rsidR="00A11ECC" w:rsidRPr="00E065A9" w:rsidRDefault="00A11ECC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004D4C8B" w14:textId="77777777" w:rsidR="00A11ECC" w:rsidRPr="00E065A9" w:rsidRDefault="00000000">
            <w:pPr>
              <w:rPr>
                <w:lang w:val="ro-RO"/>
              </w:rPr>
            </w:pPr>
            <w:r w:rsidRPr="00E065A9">
              <w:rPr>
                <w:b/>
                <w:color w:val="0D5F78"/>
                <w:lang w:val="ro-RO"/>
              </w:rPr>
              <w:t>Semnătura</w:t>
            </w:r>
          </w:p>
          <w:p w14:paraId="307E167C" w14:textId="77777777" w:rsidR="00A11ECC" w:rsidRPr="00E065A9" w:rsidRDefault="00A11ECC">
            <w:pPr>
              <w:rPr>
                <w:lang w:val="ro-RO"/>
              </w:rPr>
            </w:pPr>
          </w:p>
        </w:tc>
      </w:tr>
    </w:tbl>
    <w:p w14:paraId="33B23A72" w14:textId="77777777" w:rsidR="00A11ECC" w:rsidRPr="00E065A9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E065A9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065A9" w:rsidRDefault="00000000">
            <w:pPr>
              <w:spacing w:line="228" w:lineRule="auto"/>
              <w:rPr>
                <w:lang w:val="ro-RO"/>
              </w:rPr>
            </w:pPr>
            <w:r w:rsidRPr="00E065A9">
              <w:rPr>
                <w:lang w:val="ro-RO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E065A9" w:rsidRDefault="00A11ECC">
      <w:pPr>
        <w:spacing w:line="168" w:lineRule="auto"/>
        <w:rPr>
          <w:lang w:val="ro-RO"/>
        </w:rPr>
      </w:pPr>
    </w:p>
    <w:sectPr w:rsidR="00A11ECC" w:rsidRPr="00E065A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FA96" w14:textId="77777777" w:rsidR="000D6527" w:rsidRDefault="000D6527">
      <w:r>
        <w:separator/>
      </w:r>
    </w:p>
  </w:endnote>
  <w:endnote w:type="continuationSeparator" w:id="0">
    <w:p w14:paraId="52E7D6DC" w14:textId="77777777" w:rsidR="000D6527" w:rsidRDefault="000D6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27CD" w14:textId="77777777" w:rsidR="000D6527" w:rsidRDefault="000D6527">
      <w:r>
        <w:separator/>
      </w:r>
    </w:p>
  </w:footnote>
  <w:footnote w:type="continuationSeparator" w:id="0">
    <w:p w14:paraId="51EE99EF" w14:textId="77777777" w:rsidR="000D6527" w:rsidRDefault="000D6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F7C"/>
    <w:rsid w:val="0006063C"/>
    <w:rsid w:val="000A01C0"/>
    <w:rsid w:val="000A5BFC"/>
    <w:rsid w:val="000D6527"/>
    <w:rsid w:val="00123DA8"/>
    <w:rsid w:val="0015074B"/>
    <w:rsid w:val="00182EDC"/>
    <w:rsid w:val="00187778"/>
    <w:rsid w:val="001B357F"/>
    <w:rsid w:val="001F772B"/>
    <w:rsid w:val="0029639D"/>
    <w:rsid w:val="00326F90"/>
    <w:rsid w:val="003C206E"/>
    <w:rsid w:val="003E2FA0"/>
    <w:rsid w:val="0040269F"/>
    <w:rsid w:val="004C5F25"/>
    <w:rsid w:val="004E7DF2"/>
    <w:rsid w:val="004F205C"/>
    <w:rsid w:val="006C103E"/>
    <w:rsid w:val="006D3AEC"/>
    <w:rsid w:val="008F74B2"/>
    <w:rsid w:val="009373CE"/>
    <w:rsid w:val="009A3C05"/>
    <w:rsid w:val="00A11ECC"/>
    <w:rsid w:val="00AA1D8D"/>
    <w:rsid w:val="00B01369"/>
    <w:rsid w:val="00B47730"/>
    <w:rsid w:val="00CB0664"/>
    <w:rsid w:val="00D963C8"/>
    <w:rsid w:val="00DE6566"/>
    <w:rsid w:val="00E065A9"/>
    <w:rsid w:val="00E42A00"/>
    <w:rsid w:val="00E61A6B"/>
    <w:rsid w:val="00E6757A"/>
    <w:rsid w:val="00F553EE"/>
    <w:rsid w:val="00F93F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273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11</cp:revision>
  <dcterms:created xsi:type="dcterms:W3CDTF">2013-12-23T23:15:00Z</dcterms:created>
  <dcterms:modified xsi:type="dcterms:W3CDTF">2026-09-23T12:14:00Z</dcterms:modified>
  <cp:category/>
</cp:coreProperties>
</file>