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C34E" w14:textId="77777777" w:rsidR="00A11ECC" w:rsidRPr="007D619C" w:rsidRDefault="00A11ECC">
      <w:pPr>
        <w:spacing w:line="168" w:lineRule="auto"/>
        <w:rPr>
          <w:lang w:val="ro-RO"/>
        </w:rPr>
      </w:pPr>
    </w:p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054EAB" w:rsidRPr="00C01E58" w14:paraId="2C3124FA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2255616C" w14:textId="25E8EDB5" w:rsidR="00054EAB" w:rsidRPr="00C01E58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408742C7" w14:textId="77777777" w:rsidR="00054EAB" w:rsidRPr="00C01E58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20199E44" w14:textId="77777777" w:rsidR="00054EAB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AFAE42" wp14:editId="28BCDD30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359F94" w14:textId="02DBC9E4" w:rsidR="00054EAB" w:rsidRPr="00072389" w:rsidRDefault="00AE708F" w:rsidP="00054EA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6A37DC6F" w14:textId="77777777" w:rsidR="00054EAB" w:rsidRPr="00072389" w:rsidRDefault="00054EAB" w:rsidP="00054EAB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7C108F46" w14:textId="77777777" w:rsidR="00054EAB" w:rsidRPr="00F37AD5" w:rsidRDefault="00054EAB" w:rsidP="00054EAB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AFAE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7E359F94" w14:textId="02DBC9E4" w:rsidR="00054EAB" w:rsidRPr="00072389" w:rsidRDefault="00AE708F" w:rsidP="00054EA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6A37DC6F" w14:textId="77777777" w:rsidR="00054EAB" w:rsidRPr="00072389" w:rsidRDefault="00054EAB" w:rsidP="00054EAB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7C108F46" w14:textId="77777777" w:rsidR="00054EAB" w:rsidRPr="00F37AD5" w:rsidRDefault="00054EAB" w:rsidP="00054EAB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1D9659B" w14:textId="77777777" w:rsidR="00054EAB" w:rsidRPr="00C01E58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5C1BA90C" w14:textId="77777777" w:rsidR="00054EAB" w:rsidRPr="00C01E58" w:rsidRDefault="00054EA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054EAB" w:rsidRPr="00C01E58" w14:paraId="1FE43F24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746448B5" w14:textId="77777777" w:rsidR="00054EAB" w:rsidRPr="00C01E58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4646494E" w14:textId="77777777" w:rsidR="00054EAB" w:rsidRPr="00C01E58" w:rsidRDefault="00054EA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1177116D" w14:textId="3A4C8DCE" w:rsidR="00054EAB" w:rsidRPr="00C01E58" w:rsidRDefault="00AE708F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 STUDINA</w:t>
            </w:r>
            <w:r w:rsidR="00054EAB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054EAB" w:rsidRPr="00C01E58" w14:paraId="4F9CA97A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125718EE" w14:textId="77777777" w:rsidR="00054EAB" w:rsidRPr="00C01E58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32641590" w14:textId="77777777" w:rsidR="00054EAB" w:rsidRPr="00C01E58" w:rsidRDefault="00054EAB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49C0A82" w14:textId="6F833227" w:rsidR="00054EAB" w:rsidRPr="00C01E58" w:rsidRDefault="00054EAB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9946C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314BE4DC" w14:textId="77777777" w:rsidR="00054EAB" w:rsidRPr="00C01E58" w:rsidRDefault="00054EAB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7347C92E" w14:textId="77777777" w:rsidR="00AE708F" w:rsidRPr="00AE708F" w:rsidRDefault="00AE708F" w:rsidP="00AE708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AE708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23FDD2D6" w14:textId="77777777" w:rsidR="00AE708F" w:rsidRPr="00AE708F" w:rsidRDefault="00AE708F" w:rsidP="00AE708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AE708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27B46BEA" w14:textId="5B8E2F96" w:rsidR="00054EAB" w:rsidRPr="00C01E58" w:rsidRDefault="00AE708F" w:rsidP="00AE708F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AE708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054EAB" w:rsidRPr="00C01E58" w14:paraId="04BFF875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481E935F" w14:textId="77777777" w:rsidR="00054EAB" w:rsidRPr="00C01E58" w:rsidRDefault="00054EAB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58088C7C" w14:textId="77777777" w:rsidR="00054EAB" w:rsidRPr="00C01E58" w:rsidRDefault="00054EAB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5B025D3E" w14:textId="77777777" w:rsidR="00054EAB" w:rsidRPr="00C01E58" w:rsidRDefault="00054EAB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054EAB" w:rsidRPr="00C01E58" w14:paraId="6CDBCBB6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53AB4751" w14:textId="77777777" w:rsidR="00054EAB" w:rsidRPr="00C01E58" w:rsidRDefault="00054EAB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0F5A4CDF" w14:textId="77777777" w:rsidR="00A11ECC" w:rsidRPr="007D619C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7D619C">
        <w:rPr>
          <w:b/>
          <w:sz w:val="28"/>
          <w:szCs w:val="28"/>
          <w:lang w:val="ro-RO"/>
        </w:rPr>
        <w:t>ÎNȘTIINȚARE</w:t>
      </w:r>
    </w:p>
    <w:p w14:paraId="1643D012" w14:textId="77777777" w:rsidR="00A11ECC" w:rsidRPr="007D619C" w:rsidRDefault="00000000">
      <w:pPr>
        <w:spacing w:after="120"/>
        <w:jc w:val="center"/>
        <w:rPr>
          <w:lang w:val="ro-RO"/>
        </w:rPr>
      </w:pPr>
      <w:r w:rsidRPr="007D619C">
        <w:rPr>
          <w:sz w:val="19"/>
          <w:lang w:val="ro-RO"/>
        </w:rPr>
        <w:t>privind începerea execuției lucrărilor</w:t>
      </w:r>
    </w:p>
    <w:p w14:paraId="4291F9D6" w14:textId="77777777" w:rsidR="00A11ECC" w:rsidRPr="007D619C" w:rsidRDefault="00A11ECC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7D619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t xml:space="preserve"> 1. </w:t>
            </w:r>
            <w:r w:rsidRPr="007D619C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A11ECC" w:rsidRPr="007D619C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7D619C" w:rsidRDefault="00A11ECC">
            <w:pPr>
              <w:keepNext/>
              <w:rPr>
                <w:lang w:val="ro-RO"/>
              </w:rPr>
            </w:pPr>
          </w:p>
          <w:p w14:paraId="5641DACE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7D619C" w:rsidRDefault="00781DFE">
            <w:pPr>
              <w:spacing w:line="228" w:lineRule="auto"/>
              <w:rPr>
                <w:lang w:val="ro-RO"/>
              </w:rPr>
            </w:pPr>
            <w:r w:rsidRPr="007D619C">
              <w:rPr>
                <w:lang w:val="ro-RO"/>
              </w:rPr>
              <w:t>Cererea va fi adresată către conducerea Inspectoratului Teritorial în Construcții</w:t>
            </w:r>
          </w:p>
        </w:tc>
      </w:tr>
    </w:tbl>
    <w:p w14:paraId="3FD1D3DB" w14:textId="77777777" w:rsidR="00A11ECC" w:rsidRPr="007D619C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7D619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t xml:space="preserve"> 2. </w:t>
            </w:r>
            <w:r w:rsidRPr="007D619C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A11ECC" w:rsidRPr="007D619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Nume și prenume</w:t>
            </w:r>
          </w:p>
          <w:p w14:paraId="45C36B89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CNP</w:t>
            </w:r>
          </w:p>
          <w:p w14:paraId="4E9C5560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sz w:val="16"/>
                <w:lang w:val="ro-RO"/>
              </w:rPr>
              <w:t xml:space="preserve"> Act de identitate</w:t>
            </w:r>
          </w:p>
        </w:tc>
      </w:tr>
      <w:tr w:rsidR="00A11ECC" w:rsidRPr="007D619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Seria</w:t>
            </w:r>
          </w:p>
          <w:p w14:paraId="3DE6E8D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5E7E72CA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Numărul</w:t>
            </w:r>
          </w:p>
          <w:p w14:paraId="3406A505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Eliberat de</w:t>
            </w:r>
          </w:p>
          <w:p w14:paraId="50D7D510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315ACF2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La data</w:t>
            </w:r>
          </w:p>
          <w:p w14:paraId="7198632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sz w:val="16"/>
                <w:lang w:val="ro-RO"/>
              </w:rPr>
              <w:t xml:space="preserve"> Domiciliul</w:t>
            </w:r>
          </w:p>
        </w:tc>
      </w:tr>
      <w:tr w:rsidR="00A11ECC" w:rsidRPr="007D619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Județul</w:t>
            </w:r>
          </w:p>
          <w:p w14:paraId="52501A06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Municipiul / orașul / comuna</w:t>
            </w:r>
          </w:p>
          <w:p w14:paraId="2606FFF2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Satul / sectorul</w:t>
            </w:r>
          </w:p>
          <w:p w14:paraId="07EED8E4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Strada</w:t>
            </w:r>
          </w:p>
          <w:p w14:paraId="09EA4587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B7A03A3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Nr.</w:t>
            </w:r>
          </w:p>
          <w:p w14:paraId="12EA7BE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489F1D5C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Sc.</w:t>
            </w:r>
          </w:p>
          <w:p w14:paraId="1B363C39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AB11C78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Et.</w:t>
            </w:r>
          </w:p>
          <w:p w14:paraId="479DDF3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E882C1A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Ap.</w:t>
            </w:r>
          </w:p>
          <w:p w14:paraId="191097FF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CA3CE1B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Cod poștal</w:t>
            </w:r>
          </w:p>
          <w:p w14:paraId="2326ABB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D955C86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Țara</w:t>
            </w:r>
          </w:p>
          <w:p w14:paraId="060B558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sz w:val="16"/>
                <w:lang w:val="ro-RO"/>
              </w:rPr>
              <w:t xml:space="preserve"> Date de contact</w:t>
            </w:r>
          </w:p>
        </w:tc>
      </w:tr>
      <w:tr w:rsidR="00A11ECC" w:rsidRPr="007D619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Telefon / fax</w:t>
            </w:r>
          </w:p>
          <w:p w14:paraId="0187BF30" w14:textId="77777777" w:rsidR="00A11ECC" w:rsidRPr="007D619C" w:rsidRDefault="00A11ECC">
            <w:pPr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E-mail</w:t>
            </w:r>
          </w:p>
          <w:p w14:paraId="5177F214" w14:textId="77777777" w:rsidR="00A11ECC" w:rsidRPr="007D619C" w:rsidRDefault="00A11ECC">
            <w:pPr>
              <w:rPr>
                <w:lang w:val="ro-RO"/>
              </w:rPr>
            </w:pPr>
          </w:p>
        </w:tc>
      </w:tr>
    </w:tbl>
    <w:p w14:paraId="5C86987D" w14:textId="77777777" w:rsidR="00A11ECC" w:rsidRPr="007D619C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7D619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t xml:space="preserve"> 3. </w:t>
            </w:r>
            <w:r w:rsidRPr="007D619C">
              <w:rPr>
                <w:b/>
                <w:color w:val="000000"/>
                <w:sz w:val="18"/>
                <w:lang w:val="ro-RO"/>
              </w:rPr>
              <w:t>TITULAR AL AUTORIZAȚIEI DE CONSTRUIRE / DESFIINȚARE</w:t>
            </w:r>
          </w:p>
        </w:tc>
      </w:tr>
      <w:tr w:rsidR="00A11ECC" w:rsidRPr="007D619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Nr.</w:t>
            </w:r>
          </w:p>
          <w:p w14:paraId="40DB982C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4369B01E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Din data</w:t>
            </w:r>
          </w:p>
          <w:p w14:paraId="48964A76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5621" w:type="dxa"/>
          </w:tcPr>
          <w:p w14:paraId="48B3695B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Emisă de</w:t>
            </w:r>
          </w:p>
          <w:p w14:paraId="25DDB5C1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7D619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Denumirea lucrării, capacitatea și categoria de lucrări din autorizație</w:t>
            </w:r>
          </w:p>
          <w:p w14:paraId="11F220EB" w14:textId="77777777" w:rsidR="00781DFE" w:rsidRPr="007D619C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 w:rsidRPr="007D619C">
              <w:rPr>
                <w:i/>
                <w:color w:val="7A7A7A"/>
                <w:lang w:val="ro-RO"/>
              </w:rPr>
              <w:t>Se notează titlul din autorizația de construire</w:t>
            </w:r>
          </w:p>
          <w:p w14:paraId="109F0125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în valoare de (lei)</w:t>
            </w:r>
          </w:p>
          <w:p w14:paraId="1A278680" w14:textId="7EB2A9EB" w:rsidR="00A11ECC" w:rsidRPr="007D619C" w:rsidRDefault="00781DFE">
            <w:pPr>
              <w:rPr>
                <w:lang w:val="ro-RO"/>
              </w:rPr>
            </w:pPr>
            <w:r w:rsidRPr="007D619C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7D619C" w:rsidRDefault="00A11ECC">
      <w:pPr>
        <w:spacing w:line="168" w:lineRule="auto"/>
        <w:rPr>
          <w:lang w:val="ro-RO"/>
        </w:rPr>
      </w:pPr>
    </w:p>
    <w:p w14:paraId="504C3BAB" w14:textId="7646A303" w:rsidR="00A11ECC" w:rsidRPr="007D619C" w:rsidRDefault="00E6757A" w:rsidP="00E6757A">
      <w:pPr>
        <w:tabs>
          <w:tab w:val="center" w:pos="4819"/>
          <w:tab w:val="left" w:pos="7608"/>
        </w:tabs>
        <w:spacing w:before="140" w:after="40"/>
        <w:rPr>
          <w:lang w:val="ro-RO"/>
        </w:rPr>
      </w:pPr>
      <w:r w:rsidRPr="007D619C">
        <w:rPr>
          <w:b/>
          <w:sz w:val="34"/>
          <w:lang w:val="ro-RO"/>
        </w:rPr>
        <w:tab/>
        <w:t>ADUC LA CUNOȘTINȚĂ</w:t>
      </w:r>
      <w:r w:rsidRPr="007D619C">
        <w:rPr>
          <w:b/>
          <w:sz w:val="34"/>
          <w:lang w:val="ro-RO"/>
        </w:rPr>
        <w:tab/>
      </w:r>
    </w:p>
    <w:p w14:paraId="1799DE9F" w14:textId="77777777" w:rsidR="00A11ECC" w:rsidRPr="007D619C" w:rsidRDefault="00A11ECC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7D619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Că la data de</w:t>
            </w:r>
          </w:p>
          <w:p w14:paraId="2A3EFF1D" w14:textId="77777777" w:rsidR="00A11ECC" w:rsidRPr="007D619C" w:rsidRDefault="00A11ECC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4DCDBC6C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ora</w:t>
            </w:r>
          </w:p>
          <w:p w14:paraId="68C2609C" w14:textId="77777777" w:rsidR="00A11ECC" w:rsidRPr="007D619C" w:rsidRDefault="00A11ECC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040137A9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vor începe lucrările de construcții autorizate</w:t>
            </w:r>
          </w:p>
          <w:p w14:paraId="3DC112F4" w14:textId="77777777" w:rsidR="00A11ECC" w:rsidRPr="007D619C" w:rsidRDefault="00000000">
            <w:pPr>
              <w:rPr>
                <w:lang w:val="ro-RO"/>
              </w:rPr>
            </w:pPr>
            <w:r w:rsidRPr="007D619C">
              <w:rPr>
                <w:i/>
                <w:color w:val="7A7A7A"/>
                <w:lang w:val="ro-RO"/>
              </w:rPr>
              <w:t>pentru imobilul de mai jos</w:t>
            </w:r>
          </w:p>
          <w:p w14:paraId="3300FC33" w14:textId="77777777" w:rsidR="00A11ECC" w:rsidRPr="007D619C" w:rsidRDefault="00A11ECC">
            <w:pPr>
              <w:rPr>
                <w:lang w:val="ro-RO"/>
              </w:rPr>
            </w:pPr>
          </w:p>
        </w:tc>
      </w:tr>
    </w:tbl>
    <w:p w14:paraId="432CEB30" w14:textId="77777777" w:rsidR="00A11ECC" w:rsidRPr="007D619C" w:rsidRDefault="00A11ECC">
      <w:pPr>
        <w:spacing w:line="168" w:lineRule="auto"/>
        <w:rPr>
          <w:lang w:val="ro-RO"/>
        </w:rPr>
      </w:pPr>
    </w:p>
    <w:tbl>
      <w:tblPr>
        <w:tblStyle w:val="Tabelgri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7D619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t xml:space="preserve"> 4. </w:t>
            </w:r>
            <w:r w:rsidRPr="007D619C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A11ECC" w:rsidRPr="007D619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434C7492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47125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7D619C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3127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7D619C">
              <w:rPr>
                <w:sz w:val="16"/>
                <w:lang w:val="ro-RO"/>
              </w:rPr>
              <w:t xml:space="preserve"> construcții</w:t>
            </w:r>
          </w:p>
        </w:tc>
      </w:tr>
      <w:tr w:rsidR="00A11ECC" w:rsidRPr="007D619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Județ</w:t>
            </w:r>
          </w:p>
          <w:p w14:paraId="010FC309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Municipiu / oraș / comună</w:t>
            </w:r>
          </w:p>
          <w:p w14:paraId="7A126BAD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Sat / sector</w:t>
            </w:r>
          </w:p>
          <w:p w14:paraId="0787ED05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Cod poștal</w:t>
            </w:r>
          </w:p>
          <w:p w14:paraId="07B4C970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Strada</w:t>
            </w:r>
          </w:p>
          <w:p w14:paraId="538D62A6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20E6D2B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Nr.</w:t>
            </w:r>
          </w:p>
          <w:p w14:paraId="2E7EF5EB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57AD1668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Bl. / sc. / et. / ap.</w:t>
            </w:r>
          </w:p>
          <w:p w14:paraId="26416C0C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  <w:tr w:rsidR="00A11ECC" w:rsidRPr="007D619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Număr cadastral</w:t>
            </w:r>
          </w:p>
          <w:p w14:paraId="3BE30373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i/>
                <w:color w:val="7A7A7A"/>
                <w:lang w:val="ro-RO"/>
              </w:rPr>
              <w:t>dacă imobilul e înscris în e-Terra</w:t>
            </w:r>
          </w:p>
          <w:p w14:paraId="0F081BC3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7D619C" w:rsidRDefault="00000000">
            <w:pPr>
              <w:keepNext/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Carte funciară nr.</w:t>
            </w:r>
          </w:p>
          <w:p w14:paraId="202F2988" w14:textId="77777777" w:rsidR="00A11ECC" w:rsidRPr="007D619C" w:rsidRDefault="00A11ECC">
            <w:pPr>
              <w:keepNext/>
              <w:rPr>
                <w:lang w:val="ro-RO"/>
              </w:rPr>
            </w:pPr>
          </w:p>
        </w:tc>
      </w:tr>
    </w:tbl>
    <w:p w14:paraId="30B8E0EC" w14:textId="77777777" w:rsidR="00A11ECC" w:rsidRPr="007D619C" w:rsidRDefault="00A11ECC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7D619C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Pr="007D619C" w:rsidRDefault="00F81D1D" w:rsidP="00DE7AC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t xml:space="preserve">5. </w:t>
            </w:r>
            <w:r w:rsidRPr="007D619C">
              <w:rPr>
                <w:b/>
                <w:color w:val="000000"/>
                <w:sz w:val="18"/>
                <w:lang w:val="ro-RO"/>
              </w:rPr>
              <w:t xml:space="preserve">ANEXEZ </w:t>
            </w:r>
          </w:p>
        </w:tc>
      </w:tr>
      <w:tr w:rsidR="00F81D1D" w:rsidRPr="007D619C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1D73C794" w:rsidR="00F81D1D" w:rsidRPr="007D619C" w:rsidRDefault="00F81D1D" w:rsidP="00F81D1D">
            <w:pPr>
              <w:pStyle w:val="Listparagraf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 xml:space="preserve">Dovada achitării cotei de 0,1% din valoarea lucrărilor autorizate, în conformitate cu prevederile art.143 din Codul amenajării teritoriului, urbanismului </w:t>
            </w:r>
            <w:r w:rsidR="007D619C" w:rsidRPr="007D619C">
              <w:rPr>
                <w:b/>
                <w:color w:val="0D5F78"/>
                <w:lang w:val="ro-RO"/>
              </w:rPr>
              <w:t>și</w:t>
            </w:r>
            <w:r w:rsidRPr="007D619C">
              <w:rPr>
                <w:b/>
                <w:color w:val="0D5F78"/>
                <w:lang w:val="ro-RO"/>
              </w:rPr>
              <w:t xml:space="preserve"> </w:t>
            </w:r>
            <w:r w:rsidR="007D619C" w:rsidRPr="007D619C">
              <w:rPr>
                <w:b/>
                <w:color w:val="0D5F78"/>
                <w:lang w:val="ro-RO"/>
              </w:rPr>
              <w:t>construcțiilor</w:t>
            </w:r>
            <w:r w:rsidRPr="007D619C">
              <w:rPr>
                <w:b/>
                <w:color w:val="0D5F78"/>
                <w:lang w:val="ro-RO"/>
              </w:rPr>
              <w:t xml:space="preserve">, în vigoare de la 25.08.2026.  </w:t>
            </w:r>
          </w:p>
          <w:p w14:paraId="374D0879" w14:textId="77777777" w:rsidR="00F81D1D" w:rsidRPr="007D619C" w:rsidRDefault="00F81D1D" w:rsidP="00DE7AC0">
            <w:pPr>
              <w:ind w:firstLine="709"/>
              <w:rPr>
                <w:i/>
                <w:color w:val="7A7A7A"/>
                <w:lang w:val="ro-RO"/>
              </w:rPr>
            </w:pPr>
            <w:r w:rsidRPr="007D619C">
              <w:rPr>
                <w:i/>
                <w:color w:val="7A7A7A"/>
                <w:lang w:val="ro-RO"/>
              </w:rPr>
              <w:t>se anexează în copie;</w:t>
            </w:r>
          </w:p>
          <w:p w14:paraId="7DBC4F52" w14:textId="35B71975" w:rsidR="00F81D1D" w:rsidRPr="007D619C" w:rsidRDefault="00F81D1D" w:rsidP="00DE7AC0">
            <w:pPr>
              <w:ind w:firstLine="709"/>
              <w:rPr>
                <w:i/>
                <w:color w:val="7A7A7A"/>
                <w:lang w:val="ro-RO"/>
              </w:rPr>
            </w:pPr>
          </w:p>
        </w:tc>
      </w:tr>
    </w:tbl>
    <w:p w14:paraId="6199AE4C" w14:textId="77777777" w:rsidR="00F81D1D" w:rsidRPr="007D619C" w:rsidRDefault="00F81D1D" w:rsidP="00F81D1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7D619C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7D619C" w:rsidRDefault="00F81D1D" w:rsidP="00DE7AC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lastRenderedPageBreak/>
              <w:t>6. OBIECTIV FINANȚAT DIN PROGRAME DE INVESTIȚII, DUPĂ CAZ</w:t>
            </w:r>
          </w:p>
        </w:tc>
      </w:tr>
      <w:tr w:rsidR="00F81D1D" w:rsidRPr="007D619C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7D619C" w:rsidRDefault="00F81D1D" w:rsidP="00DE7AC0">
            <w:pPr>
              <w:rPr>
                <w:lang w:val="ro-RO"/>
              </w:rPr>
            </w:pPr>
          </w:p>
          <w:p w14:paraId="431E4F30" w14:textId="155B63DE" w:rsidR="00F81D1D" w:rsidRPr="007D619C" w:rsidRDefault="00000000" w:rsidP="00DE7AC0">
            <w:pPr>
              <w:pStyle w:val="Listparagraf"/>
              <w:ind w:left="283" w:hanging="141"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29287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</w:t>
            </w:r>
            <w:r w:rsidR="00F81D1D" w:rsidRPr="007D619C">
              <w:rPr>
                <w:lang w:val="ro-RO"/>
              </w:rPr>
              <w:t>PNRR (Planul Național de Redresare și Reziliență)</w:t>
            </w:r>
          </w:p>
          <w:p w14:paraId="7CD0BC7A" w14:textId="7CFDB215" w:rsidR="00F81D1D" w:rsidRPr="007D619C" w:rsidRDefault="00000000" w:rsidP="00DE7AC0">
            <w:pPr>
              <w:pStyle w:val="Listparagraf"/>
              <w:ind w:left="283" w:hanging="141"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71353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PNDL (Planul Național de Dezvoltare Locală)</w:t>
            </w:r>
          </w:p>
          <w:p w14:paraId="6EDB7E91" w14:textId="44EB8F3E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72096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PNIAS (Programul Național de investiții Anghel Saligny)</w:t>
            </w:r>
          </w:p>
          <w:p w14:paraId="75937064" w14:textId="00752710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201945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PNDR (Programul Național de Dezvoltare Rurală)</w:t>
            </w:r>
          </w:p>
          <w:p w14:paraId="344BA5F0" w14:textId="44185BAC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99039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POR (Programul Operațional Regional)</w:t>
            </w:r>
          </w:p>
          <w:p w14:paraId="5529BA88" w14:textId="657A46E9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99109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POIM (Programul Operațional Infrastructură Mare)</w:t>
            </w:r>
          </w:p>
          <w:p w14:paraId="3CE5E526" w14:textId="74160D04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94938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PN CCRSR (Programul național de consolidare a clădirilor cu risc seismic ridicat)</w:t>
            </w:r>
          </w:p>
          <w:p w14:paraId="5A94B24D" w14:textId="518D1AC5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36780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PCLSCN (Programul de construcții de locuințe sociale și de necessitate)</w:t>
            </w:r>
          </w:p>
          <w:p w14:paraId="15892977" w14:textId="0E369225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0146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PN PEC (Programul național multianual privind creșterea performanței energetice a blocurilor de locuințe)</w:t>
            </w:r>
          </w:p>
          <w:p w14:paraId="4A086683" w14:textId="2BC5CAD1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40276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PNI Mihail Cantacuzino (Programul național de investiții pentru consolidarea spitalelor „Mihail Cantacuzino”)</w:t>
            </w:r>
          </w:p>
          <w:p w14:paraId="3F5196D7" w14:textId="3DB06788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39131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CNI – MDLPA Program Național de Construcții de Interes Public sau Social</w:t>
            </w:r>
          </w:p>
          <w:p w14:paraId="38149B7C" w14:textId="07D94A46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41064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ANL – MDLPA Programe de construcții de locuințe</w:t>
            </w:r>
          </w:p>
          <w:p w14:paraId="099DB4AC" w14:textId="243D0A74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7097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CNAIR – Ministerul Transporturilor și Infrastructurii</w:t>
            </w:r>
          </w:p>
          <w:p w14:paraId="0228EF0C" w14:textId="11CA90B7" w:rsidR="00F81D1D" w:rsidRPr="007D619C" w:rsidRDefault="00000000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50109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619C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F81D1D" w:rsidRPr="007D619C">
              <w:rPr>
                <w:sz w:val="16"/>
                <w:lang w:val="ro-RO"/>
              </w:rPr>
              <w:t xml:space="preserve"> Alt program de investiții: </w:t>
            </w:r>
          </w:p>
          <w:p w14:paraId="77675A8D" w14:textId="77777777" w:rsidR="00F81D1D" w:rsidRPr="007D619C" w:rsidRDefault="00F81D1D" w:rsidP="00DE7AC0">
            <w:pPr>
              <w:pStyle w:val="Listparagraf"/>
              <w:ind w:left="283" w:hanging="141"/>
              <w:rPr>
                <w:sz w:val="16"/>
                <w:lang w:val="ro-RO"/>
              </w:rPr>
            </w:pPr>
            <w:r w:rsidRPr="007D619C">
              <w:rPr>
                <w:i/>
                <w:color w:val="7A7A7A"/>
                <w:lang w:val="ro-RO"/>
              </w:rPr>
              <w:t>Numele programului de investiții</w:t>
            </w:r>
            <w:r w:rsidRPr="007D619C">
              <w:rPr>
                <w:sz w:val="16"/>
                <w:lang w:val="ro-RO"/>
              </w:rPr>
              <w:t xml:space="preserve">            .</w:t>
            </w:r>
          </w:p>
          <w:p w14:paraId="5309C018" w14:textId="77777777" w:rsidR="00F81D1D" w:rsidRPr="007D619C" w:rsidRDefault="00F81D1D" w:rsidP="00DE7AC0">
            <w:pPr>
              <w:rPr>
                <w:lang w:val="ro-RO"/>
              </w:rPr>
            </w:pPr>
          </w:p>
        </w:tc>
      </w:tr>
    </w:tbl>
    <w:p w14:paraId="0971C6F7" w14:textId="77777777" w:rsidR="00F81D1D" w:rsidRPr="007D619C" w:rsidRDefault="00F81D1D" w:rsidP="00F81D1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:rsidRPr="007D619C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Pr="007D619C" w:rsidRDefault="00F81D1D" w:rsidP="00DE7AC0">
            <w:pPr>
              <w:keepNext/>
              <w:rPr>
                <w:lang w:val="ro-RO"/>
              </w:rPr>
            </w:pPr>
            <w:r w:rsidRPr="007D619C">
              <w:rPr>
                <w:b/>
                <w:sz w:val="16"/>
                <w:lang w:val="ro-RO"/>
              </w:rPr>
              <w:t xml:space="preserve"> 7. </w:t>
            </w:r>
            <w:r w:rsidRPr="007D619C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F81D1D" w:rsidRPr="007D619C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Pr="007D619C" w:rsidRDefault="00F81D1D" w:rsidP="00DE7AC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Data</w:t>
            </w:r>
          </w:p>
          <w:p w14:paraId="3EEAD252" w14:textId="77777777" w:rsidR="00F81D1D" w:rsidRPr="007D619C" w:rsidRDefault="00F81D1D" w:rsidP="00DE7AC0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5193689B" w14:textId="77777777" w:rsidR="00F81D1D" w:rsidRPr="007D619C" w:rsidRDefault="00F81D1D" w:rsidP="00DE7AC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Titularul autorizației</w:t>
            </w:r>
          </w:p>
          <w:p w14:paraId="1F20F3D4" w14:textId="77777777" w:rsidR="00F81D1D" w:rsidRPr="007D619C" w:rsidRDefault="00F81D1D" w:rsidP="00DE7AC0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4E36C69C" w14:textId="77777777" w:rsidR="00F81D1D" w:rsidRPr="007D619C" w:rsidRDefault="00F81D1D" w:rsidP="00DE7AC0">
            <w:pPr>
              <w:rPr>
                <w:lang w:val="ro-RO"/>
              </w:rPr>
            </w:pPr>
            <w:r w:rsidRPr="007D619C">
              <w:rPr>
                <w:b/>
                <w:color w:val="0D5F78"/>
                <w:lang w:val="ro-RO"/>
              </w:rPr>
              <w:t>Semnătura</w:t>
            </w:r>
          </w:p>
          <w:p w14:paraId="266E2A29" w14:textId="77777777" w:rsidR="00F81D1D" w:rsidRPr="007D619C" w:rsidRDefault="00F81D1D" w:rsidP="00DE7AC0">
            <w:pPr>
              <w:rPr>
                <w:lang w:val="ro-RO"/>
              </w:rPr>
            </w:pPr>
          </w:p>
        </w:tc>
      </w:tr>
    </w:tbl>
    <w:p w14:paraId="19052C54" w14:textId="77777777" w:rsidR="00F81D1D" w:rsidRPr="007D619C" w:rsidRDefault="00F81D1D" w:rsidP="00F81D1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7D619C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7D619C" w:rsidRDefault="00F81D1D" w:rsidP="00DE7AC0">
            <w:pPr>
              <w:spacing w:line="228" w:lineRule="auto"/>
              <w:rPr>
                <w:lang w:val="ro-RO"/>
              </w:rPr>
            </w:pPr>
            <w:r w:rsidRPr="007D619C">
              <w:rPr>
                <w:lang w:val="ro-RO"/>
              </w:rPr>
              <w:t>Formularul se anexează la autorizația de construire / desființare în două exemplare. Titularul autorizației este obligat să păstreze pe șantier un exemplar al acestei înștiințări, cu numărul și data înregistrării la inspectoratul teritorial în construcții.</w:t>
            </w:r>
          </w:p>
        </w:tc>
      </w:tr>
    </w:tbl>
    <w:p w14:paraId="1067A431" w14:textId="77777777" w:rsidR="00A11ECC" w:rsidRPr="007D619C" w:rsidRDefault="00A11ECC">
      <w:pPr>
        <w:spacing w:line="168" w:lineRule="auto"/>
        <w:rPr>
          <w:lang w:val="ro-RO"/>
        </w:rPr>
      </w:pPr>
    </w:p>
    <w:sectPr w:rsidR="00A11ECC" w:rsidRPr="007D619C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075F" w14:textId="77777777" w:rsidR="007E5FD2" w:rsidRDefault="007E5FD2">
      <w:r>
        <w:separator/>
      </w:r>
    </w:p>
  </w:endnote>
  <w:endnote w:type="continuationSeparator" w:id="0">
    <w:p w14:paraId="1F51CB6D" w14:textId="77777777" w:rsidR="007E5FD2" w:rsidRDefault="007E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165E002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91A81" w14:textId="77777777" w:rsidR="007E5FD2" w:rsidRDefault="007E5FD2">
      <w:r>
        <w:separator/>
      </w:r>
    </w:p>
  </w:footnote>
  <w:footnote w:type="continuationSeparator" w:id="0">
    <w:p w14:paraId="1285ED23" w14:textId="77777777" w:rsidR="007E5FD2" w:rsidRDefault="007E5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  <w:num w:numId="10" w16cid:durableId="778910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EAB"/>
    <w:rsid w:val="0006063C"/>
    <w:rsid w:val="00075B93"/>
    <w:rsid w:val="00106B30"/>
    <w:rsid w:val="00123DA8"/>
    <w:rsid w:val="0015074B"/>
    <w:rsid w:val="001B4F70"/>
    <w:rsid w:val="002402FF"/>
    <w:rsid w:val="00271790"/>
    <w:rsid w:val="0029639D"/>
    <w:rsid w:val="002A5ABA"/>
    <w:rsid w:val="002C71A0"/>
    <w:rsid w:val="00326F90"/>
    <w:rsid w:val="003625EB"/>
    <w:rsid w:val="003D6381"/>
    <w:rsid w:val="004E7DF2"/>
    <w:rsid w:val="004F205C"/>
    <w:rsid w:val="006D3AEC"/>
    <w:rsid w:val="006E037C"/>
    <w:rsid w:val="00781DFE"/>
    <w:rsid w:val="007D619C"/>
    <w:rsid w:val="007E5FD2"/>
    <w:rsid w:val="009946C3"/>
    <w:rsid w:val="00A11ECC"/>
    <w:rsid w:val="00AA1D8D"/>
    <w:rsid w:val="00AE708F"/>
    <w:rsid w:val="00B47730"/>
    <w:rsid w:val="00B54A8D"/>
    <w:rsid w:val="00B5567D"/>
    <w:rsid w:val="00C63500"/>
    <w:rsid w:val="00C93562"/>
    <w:rsid w:val="00CB0664"/>
    <w:rsid w:val="00E61A6B"/>
    <w:rsid w:val="00E6757A"/>
    <w:rsid w:val="00EB24FB"/>
    <w:rsid w:val="00F27A67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458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9</cp:revision>
  <dcterms:created xsi:type="dcterms:W3CDTF">2026-08-24T15:14:00Z</dcterms:created>
  <dcterms:modified xsi:type="dcterms:W3CDTF">2026-09-23T12:14:00Z</dcterms:modified>
  <cp:category/>
</cp:coreProperties>
</file>