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203C7F" w:rsidRPr="00C01E58" w14:paraId="658C5004" w14:textId="77777777" w:rsidTr="00E02CFA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1D520493" w14:textId="6589EF25" w:rsidR="00203C7F" w:rsidRPr="00C01E58" w:rsidRDefault="00203C7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6E8640DC" w14:textId="77777777" w:rsidR="00203C7F" w:rsidRPr="00C01E58" w:rsidRDefault="00203C7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2F732BE0" w14:textId="77777777" w:rsidR="00203C7F" w:rsidRDefault="00203C7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73733B" wp14:editId="24189F50">
                      <wp:simplePos x="0" y="0"/>
                      <wp:positionH relativeFrom="column">
                        <wp:posOffset>-72283</wp:posOffset>
                      </wp:positionH>
                      <wp:positionV relativeFrom="page">
                        <wp:posOffset>1036708</wp:posOffset>
                      </wp:positionV>
                      <wp:extent cx="1495994" cy="472440"/>
                      <wp:effectExtent l="0" t="0" r="0" b="381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472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0F9F94" w14:textId="77777777" w:rsidR="00203C7F" w:rsidRDefault="00203C7F" w:rsidP="00203C7F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369C91B" w14:textId="48380716" w:rsidR="00203C7F" w:rsidRPr="00072389" w:rsidRDefault="0061496A" w:rsidP="00203C7F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COMUNA STUDINA</w:t>
                                  </w:r>
                                </w:p>
                                <w:p w14:paraId="1C54F092" w14:textId="77777777" w:rsidR="00203C7F" w:rsidRPr="00072389" w:rsidRDefault="00203C7F" w:rsidP="00203C7F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019DC9C4" w14:textId="77777777" w:rsidR="00203C7F" w:rsidRPr="00F37AD5" w:rsidRDefault="00203C7F" w:rsidP="00203C7F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7373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7pt;margin-top:81.65pt;width:117.8pt;height:3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" filled="f" stroked="f">
                      <v:textbox inset=",0">
                        <w:txbxContent>
                          <w:p w14:paraId="550F9F94" w14:textId="77777777" w:rsidR="00203C7F" w:rsidRDefault="00203C7F" w:rsidP="00203C7F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5369C91B" w14:textId="48380716" w:rsidR="00203C7F" w:rsidRPr="00072389" w:rsidRDefault="0061496A" w:rsidP="00203C7F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COMUNA STUDINA</w:t>
                            </w:r>
                          </w:p>
                          <w:p w14:paraId="1C54F092" w14:textId="77777777" w:rsidR="00203C7F" w:rsidRPr="00072389" w:rsidRDefault="00203C7F" w:rsidP="00203C7F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019DC9C4" w14:textId="77777777" w:rsidR="00203C7F" w:rsidRPr="00F37AD5" w:rsidRDefault="00203C7F" w:rsidP="00203C7F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7066FA7A" w14:textId="77777777" w:rsidR="00203C7F" w:rsidRPr="00C01E58" w:rsidRDefault="00203C7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39A40CD0" w14:textId="77777777" w:rsidR="00203C7F" w:rsidRPr="00C01E58" w:rsidRDefault="00203C7F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203C7F" w:rsidRPr="00C01E58" w14:paraId="09BD172F" w14:textId="77777777" w:rsidTr="00E02CFA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52E69C18" w14:textId="77777777" w:rsidR="00203C7F" w:rsidRPr="00C01E58" w:rsidRDefault="00203C7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73FF1B1C" w14:textId="77777777" w:rsidR="00203C7F" w:rsidRPr="00C01E58" w:rsidRDefault="00203C7F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1CBFEB93" w14:textId="3FCAE397" w:rsidR="00203C7F" w:rsidRPr="00C01E58" w:rsidRDefault="0061496A" w:rsidP="00E02CFA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COMUNA STUDINA</w:t>
            </w:r>
            <w:r w:rsidR="00203C7F"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OLT</w:t>
            </w:r>
          </w:p>
        </w:tc>
      </w:tr>
      <w:tr w:rsidR="00203C7F" w:rsidRPr="00C01E58" w14:paraId="50EC6EE7" w14:textId="77777777" w:rsidTr="00E02CFA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362F2311" w14:textId="77777777" w:rsidR="00203C7F" w:rsidRPr="00C01E58" w:rsidRDefault="00203C7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49611778" w14:textId="77777777" w:rsidR="00203C7F" w:rsidRPr="00C01E58" w:rsidRDefault="00203C7F" w:rsidP="00E02CFA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2CCE3DB2" w14:textId="1324905A" w:rsidR="00203C7F" w:rsidRPr="00C01E58" w:rsidRDefault="00203C7F" w:rsidP="00E02CFA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360EBA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7F21AD1A" w14:textId="77777777" w:rsidR="00203C7F" w:rsidRPr="00C01E58" w:rsidRDefault="00203C7F" w:rsidP="00E02CF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1756750F" w14:textId="77777777" w:rsidR="0061496A" w:rsidRPr="0061496A" w:rsidRDefault="0061496A" w:rsidP="0061496A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61496A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6AD57F8A" w14:textId="77777777" w:rsidR="0061496A" w:rsidRPr="0061496A" w:rsidRDefault="0061496A" w:rsidP="0061496A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61496A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498365FD" w14:textId="1B8AB43A" w:rsidR="00203C7F" w:rsidRPr="00C01E58" w:rsidRDefault="0061496A" w:rsidP="0061496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61496A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203C7F" w:rsidRPr="00C01E58" w14:paraId="475740AB" w14:textId="77777777" w:rsidTr="00E02CFA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19678583" w14:textId="77777777" w:rsidR="00203C7F" w:rsidRPr="00C01E58" w:rsidRDefault="00203C7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3379B427" w14:textId="77777777" w:rsidR="00203C7F" w:rsidRPr="00C01E58" w:rsidRDefault="00203C7F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5F011388" w14:textId="77777777" w:rsidR="00203C7F" w:rsidRPr="00C01E58" w:rsidRDefault="00203C7F" w:rsidP="00E02CFA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203C7F" w:rsidRPr="00C01E58" w14:paraId="5933E2F2" w14:textId="77777777" w:rsidTr="00E02CFA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7958A80D" w14:textId="77777777" w:rsidR="00203C7F" w:rsidRPr="00C01E58" w:rsidRDefault="00203C7F" w:rsidP="00E02CFA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58FEB982" w14:textId="10E73C9B" w:rsidR="00AD35FD" w:rsidRPr="00B97C30" w:rsidRDefault="00000000" w:rsidP="007050CD">
      <w:pPr>
        <w:spacing w:before="140" w:after="40"/>
        <w:jc w:val="center"/>
        <w:rPr>
          <w:sz w:val="28"/>
          <w:szCs w:val="28"/>
          <w:lang w:val="ro-RO"/>
        </w:rPr>
      </w:pPr>
      <w:r w:rsidRPr="00B97C30">
        <w:rPr>
          <w:b/>
          <w:sz w:val="28"/>
          <w:szCs w:val="28"/>
          <w:lang w:val="ro-RO"/>
        </w:rPr>
        <w:t>ÎNȘTIINȚARE</w:t>
      </w:r>
    </w:p>
    <w:p w14:paraId="3F1F960E" w14:textId="77777777" w:rsidR="00AD35FD" w:rsidRPr="00B97C30" w:rsidRDefault="00000000">
      <w:pPr>
        <w:spacing w:after="120"/>
        <w:jc w:val="center"/>
        <w:rPr>
          <w:lang w:val="ro-RO"/>
        </w:rPr>
      </w:pPr>
      <w:r w:rsidRPr="00B97C30">
        <w:rPr>
          <w:sz w:val="19"/>
          <w:lang w:val="ro-RO"/>
        </w:rPr>
        <w:t>privind încheierea execuției lucrărilor</w:t>
      </w:r>
    </w:p>
    <w:p w14:paraId="39CC6B28" w14:textId="77777777" w:rsidR="00AD35FD" w:rsidRPr="00B97C30" w:rsidRDefault="00AD35FD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:rsidRPr="00B97C30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sz w:val="16"/>
                <w:lang w:val="ro-RO"/>
              </w:rPr>
              <w:t xml:space="preserve"> 1. </w:t>
            </w:r>
            <w:r w:rsidRPr="00B97C30">
              <w:rPr>
                <w:b/>
                <w:color w:val="000000"/>
                <w:sz w:val="18"/>
                <w:lang w:val="ro-RO"/>
              </w:rPr>
              <w:t>CĂTRE</w:t>
            </w:r>
          </w:p>
        </w:tc>
      </w:tr>
      <w:tr w:rsidR="00AD35FD" w:rsidRPr="00B97C30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B97C30" w:rsidRDefault="00AD35FD" w:rsidP="007050CD">
            <w:pPr>
              <w:keepNext/>
              <w:rPr>
                <w:lang w:val="ro-RO"/>
              </w:rPr>
            </w:pPr>
          </w:p>
        </w:tc>
      </w:tr>
      <w:tr w:rsidR="00AD35FD" w:rsidRPr="00B97C30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B97C30" w:rsidRDefault="00000000">
            <w:pPr>
              <w:spacing w:line="228" w:lineRule="auto"/>
              <w:rPr>
                <w:lang w:val="ro-RO"/>
              </w:rPr>
            </w:pPr>
            <w:r w:rsidRPr="00B97C30">
              <w:rPr>
                <w:lang w:val="ro-RO"/>
              </w:rPr>
              <w:t>Cererea va fi</w:t>
            </w:r>
            <w:r w:rsidR="007050CD" w:rsidRPr="00B97C30">
              <w:rPr>
                <w:lang w:val="ro-RO"/>
              </w:rPr>
              <w:t xml:space="preserve"> adresată</w:t>
            </w:r>
            <w:r w:rsidRPr="00B97C30">
              <w:rPr>
                <w:lang w:val="ro-RO"/>
              </w:rPr>
              <w:t xml:space="preserve"> către președintele consiliului județean, primarul general, primarul de sector sau primarul municipiului / orașului / comunei, după caz.</w:t>
            </w:r>
          </w:p>
        </w:tc>
      </w:tr>
    </w:tbl>
    <w:p w14:paraId="51D38FA9" w14:textId="77777777" w:rsidR="00AD35FD" w:rsidRPr="00B97C30" w:rsidRDefault="00AD35FD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:rsidRPr="00B97C30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sz w:val="16"/>
                <w:lang w:val="ro-RO"/>
              </w:rPr>
              <w:t xml:space="preserve"> 2. </w:t>
            </w:r>
            <w:r w:rsidRPr="00B97C30">
              <w:rPr>
                <w:b/>
                <w:color w:val="000000"/>
                <w:sz w:val="18"/>
                <w:lang w:val="ro-RO"/>
              </w:rPr>
              <w:t>SOLICITANTUL</w:t>
            </w:r>
          </w:p>
        </w:tc>
      </w:tr>
      <w:tr w:rsidR="00AD35FD" w:rsidRPr="00B97C30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Nume și prenume</w:t>
            </w:r>
          </w:p>
          <w:p w14:paraId="1460DBA2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62D69012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CNP</w:t>
            </w:r>
          </w:p>
          <w:p w14:paraId="5C61E18C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</w:tr>
      <w:tr w:rsidR="00AD35FD" w:rsidRPr="00B97C30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sz w:val="16"/>
                <w:lang w:val="ro-RO"/>
              </w:rPr>
              <w:t xml:space="preserve"> Act de identitate</w:t>
            </w:r>
          </w:p>
        </w:tc>
      </w:tr>
      <w:tr w:rsidR="00AD35FD" w:rsidRPr="00B97C30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Seria</w:t>
            </w:r>
          </w:p>
          <w:p w14:paraId="304A3F5A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2B6D2861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Numărul</w:t>
            </w:r>
          </w:p>
          <w:p w14:paraId="15B2CC0F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074B257B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Eliberat de</w:t>
            </w:r>
          </w:p>
          <w:p w14:paraId="68E9A4D7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6665BF0B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La data</w:t>
            </w:r>
          </w:p>
          <w:p w14:paraId="685EFB42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</w:tr>
      <w:tr w:rsidR="00AD35FD" w:rsidRPr="00B97C30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sz w:val="16"/>
                <w:lang w:val="ro-RO"/>
              </w:rPr>
              <w:t xml:space="preserve"> Domiciliul</w:t>
            </w:r>
          </w:p>
        </w:tc>
      </w:tr>
      <w:tr w:rsidR="00AD35FD" w:rsidRPr="00B97C30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Județul</w:t>
            </w:r>
          </w:p>
          <w:p w14:paraId="6176509F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12FFC180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Municipiul / orașul / comuna</w:t>
            </w:r>
          </w:p>
          <w:p w14:paraId="78AF07E4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6DCE9F1A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Satul / sectorul</w:t>
            </w:r>
          </w:p>
          <w:p w14:paraId="2ABA8A3A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</w:tr>
      <w:tr w:rsidR="00AD35FD" w:rsidRPr="00B97C30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Strada</w:t>
            </w:r>
          </w:p>
          <w:p w14:paraId="7BA56E68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1489889D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Nr.</w:t>
            </w:r>
          </w:p>
          <w:p w14:paraId="7B4ABA2F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7CD5A464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Sc.</w:t>
            </w:r>
          </w:p>
          <w:p w14:paraId="2B109255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35CA800D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Et.</w:t>
            </w:r>
          </w:p>
          <w:p w14:paraId="349F3CE7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5BF03D03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Ap.</w:t>
            </w:r>
          </w:p>
          <w:p w14:paraId="2A6186CA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7A7CC008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Cod poștal</w:t>
            </w:r>
          </w:p>
          <w:p w14:paraId="1EDFEC25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0F72F706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Țara</w:t>
            </w:r>
          </w:p>
          <w:p w14:paraId="487B61C5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</w:tr>
      <w:tr w:rsidR="00AD35FD" w:rsidRPr="00B97C30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sz w:val="16"/>
                <w:lang w:val="ro-RO"/>
              </w:rPr>
              <w:t xml:space="preserve"> Date de contact</w:t>
            </w:r>
          </w:p>
        </w:tc>
      </w:tr>
      <w:tr w:rsidR="00AD35FD" w:rsidRPr="00B97C30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Pr="00B97C30" w:rsidRDefault="00000000">
            <w:pPr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Telefon / fax</w:t>
            </w:r>
          </w:p>
          <w:p w14:paraId="39CC712B" w14:textId="77777777" w:rsidR="00AD35FD" w:rsidRPr="00B97C30" w:rsidRDefault="00AD35FD">
            <w:pPr>
              <w:rPr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731E3EAF" w14:textId="77777777" w:rsidR="00AD35FD" w:rsidRPr="00B97C30" w:rsidRDefault="00000000">
            <w:pPr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E-mail</w:t>
            </w:r>
          </w:p>
          <w:p w14:paraId="6A57A506" w14:textId="77777777" w:rsidR="00AD35FD" w:rsidRPr="00B97C30" w:rsidRDefault="00AD35FD">
            <w:pPr>
              <w:rPr>
                <w:lang w:val="ro-RO"/>
              </w:rPr>
            </w:pPr>
          </w:p>
        </w:tc>
      </w:tr>
    </w:tbl>
    <w:p w14:paraId="4D9D1FE5" w14:textId="77777777" w:rsidR="00AD35FD" w:rsidRPr="00B97C30" w:rsidRDefault="00AD35FD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B97C30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sz w:val="16"/>
                <w:lang w:val="ro-RO"/>
              </w:rPr>
              <w:t xml:space="preserve"> 3. </w:t>
            </w:r>
            <w:r w:rsidRPr="00B97C30">
              <w:rPr>
                <w:b/>
                <w:color w:val="000000"/>
                <w:sz w:val="18"/>
                <w:lang w:val="ro-RO"/>
              </w:rPr>
              <w:t>TITULAR AL AUTORIZAȚIEI DE CONSTRUIRE / DESFIINȚARE</w:t>
            </w:r>
          </w:p>
        </w:tc>
      </w:tr>
      <w:tr w:rsidR="00AD35FD" w:rsidRPr="00B97C30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Nr.</w:t>
            </w:r>
          </w:p>
          <w:p w14:paraId="7D760159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331EAC7E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Din data</w:t>
            </w:r>
          </w:p>
          <w:p w14:paraId="3ACC2CAC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5621" w:type="dxa"/>
          </w:tcPr>
          <w:p w14:paraId="45DAA697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Emisă de</w:t>
            </w:r>
          </w:p>
          <w:p w14:paraId="7035BC1B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</w:tr>
      <w:tr w:rsidR="00AD35FD" w:rsidRPr="00B97C30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sz w:val="16"/>
                <w:lang w:val="ro-RO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B97C30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Denumirea lucrării, capacitatea și categoria de lucrări din autorizație</w:t>
            </w:r>
          </w:p>
          <w:p w14:paraId="5D07F1A8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</w:tr>
      <w:tr w:rsidR="00AD35FD" w:rsidRPr="00B97C30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Pr="00B97C30" w:rsidRDefault="00000000">
            <w:pPr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în valoare de (lei)</w:t>
            </w:r>
          </w:p>
          <w:p w14:paraId="3EFD05AE" w14:textId="77777777" w:rsidR="00AD35FD" w:rsidRPr="00B97C30" w:rsidRDefault="00AD35FD">
            <w:pPr>
              <w:rPr>
                <w:lang w:val="ro-RO"/>
              </w:rPr>
            </w:pPr>
          </w:p>
        </w:tc>
      </w:tr>
    </w:tbl>
    <w:p w14:paraId="6F25DA33" w14:textId="48CBC554" w:rsidR="00AD35FD" w:rsidRPr="00B97C30" w:rsidRDefault="00000000" w:rsidP="007050CD">
      <w:pPr>
        <w:spacing w:before="140" w:after="40"/>
        <w:jc w:val="center"/>
        <w:rPr>
          <w:sz w:val="28"/>
          <w:szCs w:val="28"/>
          <w:lang w:val="ro-RO"/>
        </w:rPr>
      </w:pPr>
      <w:r w:rsidRPr="00B97C30">
        <w:rPr>
          <w:b/>
          <w:sz w:val="28"/>
          <w:szCs w:val="28"/>
          <w:lang w:val="ro-RO"/>
        </w:rPr>
        <w:t>ADUC LA CUNOȘTINȚĂ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:rsidRPr="00B97C30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Pr="00B97C30" w:rsidRDefault="00000000">
            <w:pPr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Că la data de</w:t>
            </w:r>
          </w:p>
          <w:p w14:paraId="5CE18A2B" w14:textId="77777777" w:rsidR="00AD35FD" w:rsidRPr="00B97C30" w:rsidRDefault="00AD35FD">
            <w:pPr>
              <w:rPr>
                <w:lang w:val="ro-RO"/>
              </w:rPr>
            </w:pPr>
          </w:p>
        </w:tc>
        <w:tc>
          <w:tcPr>
            <w:tcW w:w="1606" w:type="dxa"/>
          </w:tcPr>
          <w:p w14:paraId="537E7015" w14:textId="77777777" w:rsidR="00AD35FD" w:rsidRPr="00B97C30" w:rsidRDefault="00000000">
            <w:pPr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ora</w:t>
            </w:r>
          </w:p>
          <w:p w14:paraId="349EB503" w14:textId="77777777" w:rsidR="00AD35FD" w:rsidRPr="00B97C30" w:rsidRDefault="00AD35FD">
            <w:pPr>
              <w:rPr>
                <w:lang w:val="ro-RO"/>
              </w:rPr>
            </w:pPr>
          </w:p>
        </w:tc>
        <w:tc>
          <w:tcPr>
            <w:tcW w:w="5621" w:type="dxa"/>
          </w:tcPr>
          <w:p w14:paraId="479316B2" w14:textId="77777777" w:rsidR="00AD35FD" w:rsidRPr="00B97C30" w:rsidRDefault="00000000">
            <w:pPr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au fost finalizate lucrările de construcții autorizate</w:t>
            </w:r>
          </w:p>
          <w:p w14:paraId="70DA8600" w14:textId="77777777" w:rsidR="00AD35FD" w:rsidRPr="00B97C30" w:rsidRDefault="00000000">
            <w:pPr>
              <w:rPr>
                <w:lang w:val="ro-RO"/>
              </w:rPr>
            </w:pPr>
            <w:r w:rsidRPr="00B97C30">
              <w:rPr>
                <w:i/>
                <w:color w:val="7A7A7A"/>
                <w:lang w:val="ro-RO"/>
              </w:rPr>
              <w:t>pentru imobilul de mai jos</w:t>
            </w:r>
          </w:p>
          <w:p w14:paraId="0A5397F4" w14:textId="77777777" w:rsidR="00AD35FD" w:rsidRPr="00B97C30" w:rsidRDefault="00AD35FD">
            <w:pPr>
              <w:rPr>
                <w:lang w:val="ro-RO"/>
              </w:rPr>
            </w:pPr>
          </w:p>
        </w:tc>
      </w:tr>
    </w:tbl>
    <w:p w14:paraId="46459DEB" w14:textId="77777777" w:rsidR="00AD35FD" w:rsidRPr="00B97C30" w:rsidRDefault="00AD35FD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:rsidRPr="00B97C30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sz w:val="16"/>
                <w:lang w:val="ro-RO"/>
              </w:rPr>
              <w:t xml:space="preserve"> 4. </w:t>
            </w:r>
            <w:r w:rsidRPr="00B97C30">
              <w:rPr>
                <w:b/>
                <w:color w:val="000000"/>
                <w:sz w:val="18"/>
                <w:lang w:val="ro-RO"/>
              </w:rPr>
              <w:t>IMOBILUL</w:t>
            </w:r>
          </w:p>
        </w:tc>
      </w:tr>
      <w:tr w:rsidR="00AD35FD" w:rsidRPr="00B97C30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43870809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185360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7C30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B97C30">
              <w:rPr>
                <w:sz w:val="16"/>
                <w:lang w:val="ro-RO"/>
              </w:rPr>
              <w:t xml:space="preserve"> teren     </w:t>
            </w:r>
            <w:sdt>
              <w:sdtPr>
                <w:rPr>
                  <w:sz w:val="16"/>
                  <w:lang w:val="ro-RO"/>
                </w:rPr>
                <w:id w:val="1532452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7C30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B97C30">
              <w:rPr>
                <w:sz w:val="16"/>
                <w:lang w:val="ro-RO"/>
              </w:rPr>
              <w:t xml:space="preserve"> construcții</w:t>
            </w:r>
          </w:p>
        </w:tc>
      </w:tr>
      <w:tr w:rsidR="00AD35FD" w:rsidRPr="00B97C30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Județ</w:t>
            </w:r>
          </w:p>
          <w:p w14:paraId="3613F305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365ED677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Municipiu / oraș / comună</w:t>
            </w:r>
          </w:p>
          <w:p w14:paraId="6F56704A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621EB7A6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Sat / sector</w:t>
            </w:r>
          </w:p>
          <w:p w14:paraId="4F784361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</w:tr>
      <w:tr w:rsidR="00AD35FD" w:rsidRPr="00B97C30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Cod poștal</w:t>
            </w:r>
          </w:p>
          <w:p w14:paraId="492DB3D9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79596D03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Strada</w:t>
            </w:r>
          </w:p>
          <w:p w14:paraId="76B7FC7B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0B5DE636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Nr.</w:t>
            </w:r>
          </w:p>
          <w:p w14:paraId="2C554BE8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5F4DD626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Bl. / sc. / et. / ap.</w:t>
            </w:r>
          </w:p>
          <w:p w14:paraId="481D6BF6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</w:tr>
      <w:tr w:rsidR="00AD35FD" w:rsidRPr="00B97C30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Număr cadastral</w:t>
            </w:r>
          </w:p>
          <w:p w14:paraId="75CF10B0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i/>
                <w:color w:val="7A7A7A"/>
                <w:lang w:val="ro-RO"/>
              </w:rPr>
              <w:t>dacă imobilul e înscris în e-Terra</w:t>
            </w:r>
          </w:p>
          <w:p w14:paraId="23C02068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Carte funciară nr.</w:t>
            </w:r>
          </w:p>
          <w:p w14:paraId="7460EFF8" w14:textId="77777777" w:rsidR="00AD35FD" w:rsidRPr="00B97C30" w:rsidRDefault="00AD35FD">
            <w:pPr>
              <w:keepNext/>
              <w:rPr>
                <w:lang w:val="ro-RO"/>
              </w:rPr>
            </w:pPr>
          </w:p>
        </w:tc>
      </w:tr>
    </w:tbl>
    <w:p w14:paraId="4310081F" w14:textId="77777777" w:rsidR="00AD35FD" w:rsidRPr="00B97C30" w:rsidRDefault="00AD35FD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:rsidRPr="00B97C30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sz w:val="16"/>
                <w:lang w:val="ro-RO"/>
              </w:rPr>
              <w:t xml:space="preserve"> 5. </w:t>
            </w:r>
            <w:r w:rsidRPr="00B97C30">
              <w:rPr>
                <w:b/>
                <w:color w:val="000000"/>
                <w:sz w:val="18"/>
                <w:lang w:val="ro-RO"/>
              </w:rPr>
              <w:t>CONVOCAREA COMISIEI DE RECEPȚIE</w:t>
            </w:r>
          </w:p>
        </w:tc>
      </w:tr>
      <w:tr w:rsidR="00AD35FD" w:rsidRPr="00B97C30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B97C30" w:rsidRDefault="00000000">
            <w:pPr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Se convoacă comisia de recepție la terminarea lucrărilor, la data</w:t>
            </w:r>
          </w:p>
          <w:p w14:paraId="3C5ABEF2" w14:textId="77777777" w:rsidR="00AD35FD" w:rsidRPr="00B97C30" w:rsidRDefault="00AD35FD">
            <w:pPr>
              <w:rPr>
                <w:lang w:val="ro-RO"/>
              </w:rPr>
            </w:pPr>
          </w:p>
        </w:tc>
        <w:tc>
          <w:tcPr>
            <w:tcW w:w="2409" w:type="dxa"/>
          </w:tcPr>
          <w:p w14:paraId="005C1153" w14:textId="77777777" w:rsidR="00AD35FD" w:rsidRPr="00B97C30" w:rsidRDefault="00000000">
            <w:pPr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ora</w:t>
            </w:r>
          </w:p>
          <w:p w14:paraId="67115499" w14:textId="77777777" w:rsidR="00AD35FD" w:rsidRPr="00B97C30" w:rsidRDefault="00AD35FD">
            <w:pPr>
              <w:rPr>
                <w:lang w:val="ro-RO"/>
              </w:rPr>
            </w:pPr>
          </w:p>
        </w:tc>
      </w:tr>
    </w:tbl>
    <w:p w14:paraId="2CA6B2E0" w14:textId="77777777" w:rsidR="00AD35FD" w:rsidRPr="00B97C30" w:rsidRDefault="00AD35FD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:rsidRPr="00B97C30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Pr="00B97C30" w:rsidRDefault="00000000">
            <w:pPr>
              <w:keepNext/>
              <w:rPr>
                <w:lang w:val="ro-RO"/>
              </w:rPr>
            </w:pPr>
            <w:r w:rsidRPr="00B97C30">
              <w:rPr>
                <w:b/>
                <w:sz w:val="16"/>
                <w:lang w:val="ro-RO"/>
              </w:rPr>
              <w:t xml:space="preserve"> 6. </w:t>
            </w:r>
            <w:r w:rsidRPr="00B97C30">
              <w:rPr>
                <w:b/>
                <w:color w:val="000000"/>
                <w:sz w:val="18"/>
                <w:lang w:val="ro-RO"/>
              </w:rPr>
              <w:t>DATA ȘI SEMNĂTURA</w:t>
            </w:r>
          </w:p>
        </w:tc>
      </w:tr>
      <w:tr w:rsidR="00AD35FD" w:rsidRPr="00B97C30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Pr="00B97C30" w:rsidRDefault="00000000">
            <w:pPr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Data</w:t>
            </w:r>
          </w:p>
          <w:p w14:paraId="71990700" w14:textId="77777777" w:rsidR="00AD35FD" w:rsidRPr="00B97C30" w:rsidRDefault="00AD35FD">
            <w:pPr>
              <w:rPr>
                <w:lang w:val="ro-RO"/>
              </w:rPr>
            </w:pPr>
          </w:p>
        </w:tc>
        <w:tc>
          <w:tcPr>
            <w:tcW w:w="4818" w:type="dxa"/>
          </w:tcPr>
          <w:p w14:paraId="16AE7494" w14:textId="77777777" w:rsidR="00AD35FD" w:rsidRPr="00B97C30" w:rsidRDefault="00000000">
            <w:pPr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Titularul autorizației</w:t>
            </w:r>
          </w:p>
          <w:p w14:paraId="3DBB02B2" w14:textId="77777777" w:rsidR="00AD35FD" w:rsidRPr="00B97C30" w:rsidRDefault="00AD35FD">
            <w:pPr>
              <w:rPr>
                <w:lang w:val="ro-RO"/>
              </w:rPr>
            </w:pPr>
          </w:p>
        </w:tc>
        <w:tc>
          <w:tcPr>
            <w:tcW w:w="3212" w:type="dxa"/>
          </w:tcPr>
          <w:p w14:paraId="4A633198" w14:textId="77777777" w:rsidR="00AD35FD" w:rsidRPr="00B97C30" w:rsidRDefault="00000000">
            <w:pPr>
              <w:rPr>
                <w:lang w:val="ro-RO"/>
              </w:rPr>
            </w:pPr>
            <w:r w:rsidRPr="00B97C30">
              <w:rPr>
                <w:b/>
                <w:color w:val="0D5F78"/>
                <w:lang w:val="ro-RO"/>
              </w:rPr>
              <w:t>Semnătura</w:t>
            </w:r>
          </w:p>
          <w:p w14:paraId="5A726045" w14:textId="77777777" w:rsidR="00AD35FD" w:rsidRPr="00B97C30" w:rsidRDefault="00AD35FD">
            <w:pPr>
              <w:rPr>
                <w:lang w:val="ro-RO"/>
              </w:rPr>
            </w:pPr>
          </w:p>
        </w:tc>
      </w:tr>
    </w:tbl>
    <w:p w14:paraId="7A82EDC4" w14:textId="77777777" w:rsidR="00AD35FD" w:rsidRPr="00B97C30" w:rsidRDefault="00AD35FD">
      <w:pPr>
        <w:spacing w:line="168" w:lineRule="auto"/>
        <w:rPr>
          <w:lang w:val="ro-RO"/>
        </w:rPr>
      </w:pPr>
    </w:p>
    <w:sectPr w:rsidR="00AD35FD" w:rsidRPr="00B97C30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7D53C" w14:textId="77777777" w:rsidR="00183018" w:rsidRDefault="00183018">
      <w:r>
        <w:separator/>
      </w:r>
    </w:p>
  </w:endnote>
  <w:endnote w:type="continuationSeparator" w:id="0">
    <w:p w14:paraId="3E6EF345" w14:textId="77777777" w:rsidR="00183018" w:rsidRDefault="00183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Subsol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414BF" w14:textId="77777777" w:rsidR="00183018" w:rsidRDefault="00183018">
      <w:r>
        <w:separator/>
      </w:r>
    </w:p>
  </w:footnote>
  <w:footnote w:type="continuationSeparator" w:id="0">
    <w:p w14:paraId="008E86F6" w14:textId="77777777" w:rsidR="00183018" w:rsidRDefault="001830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3018"/>
    <w:rsid w:val="001D6E6F"/>
    <w:rsid w:val="00203C7F"/>
    <w:rsid w:val="002747B3"/>
    <w:rsid w:val="0029639D"/>
    <w:rsid w:val="002A5F99"/>
    <w:rsid w:val="00326F90"/>
    <w:rsid w:val="00360EBA"/>
    <w:rsid w:val="004E7794"/>
    <w:rsid w:val="004E7DF2"/>
    <w:rsid w:val="005E6036"/>
    <w:rsid w:val="0061496A"/>
    <w:rsid w:val="006B5F0F"/>
    <w:rsid w:val="006C103E"/>
    <w:rsid w:val="006D3AEC"/>
    <w:rsid w:val="007050CD"/>
    <w:rsid w:val="008E3393"/>
    <w:rsid w:val="00AA1D8D"/>
    <w:rsid w:val="00AD35FD"/>
    <w:rsid w:val="00AF7C6F"/>
    <w:rsid w:val="00B47730"/>
    <w:rsid w:val="00B769B5"/>
    <w:rsid w:val="00B97C30"/>
    <w:rsid w:val="00BB495D"/>
    <w:rsid w:val="00CB0664"/>
    <w:rsid w:val="00E61A6B"/>
    <w:rsid w:val="00EA7E2D"/>
    <w:rsid w:val="00F705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241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Asus2</cp:lastModifiedBy>
  <cp:revision>8</cp:revision>
  <dcterms:created xsi:type="dcterms:W3CDTF">2013-12-23T23:15:00Z</dcterms:created>
  <dcterms:modified xsi:type="dcterms:W3CDTF">2026-09-23T12:15:00Z</dcterms:modified>
  <cp:category/>
</cp:coreProperties>
</file>